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Default="00DC0437" w:rsidP="3F9B9FB5">
            <w:pPr>
              <w:spacing w:after="0"/>
              <w:rPr>
                <w:b/>
                <w:bCs/>
                <w:color w:val="006B54"/>
                <w:sz w:val="24"/>
                <w:szCs w:val="24"/>
              </w:rPr>
            </w:pPr>
            <w:r w:rsidRPr="3F9B9FB5">
              <w:rPr>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Default="00CF648B">
            <w:pPr>
              <w:jc w:val="right"/>
            </w:pPr>
          </w:p>
        </w:tc>
      </w:tr>
    </w:tbl>
    <w:tbl>
      <w:tblPr>
        <w:tblStyle w:val="TableGrid"/>
        <w:tblW w:w="10308" w:type="dxa"/>
        <w:tblLook w:val="04A0" w:firstRow="1" w:lastRow="0" w:firstColumn="1" w:lastColumn="0" w:noHBand="0" w:noVBand="1"/>
      </w:tblPr>
      <w:tblGrid>
        <w:gridCol w:w="6232"/>
        <w:gridCol w:w="4076"/>
      </w:tblGrid>
      <w:tr w:rsidR="00CF648B" w14:paraId="27B27951" w14:textId="77777777" w:rsidTr="401D4E06">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Default="00DC0437">
            <w:r>
              <w:rPr>
                <w:b/>
                <w:color w:val="006B54"/>
                <w:sz w:val="16"/>
              </w:rPr>
              <w:t>Position Applied For:</w:t>
            </w:r>
          </w:p>
        </w:tc>
      </w:tr>
      <w:tr w:rsidR="00CF648B" w14:paraId="5A39BBE3" w14:textId="77777777" w:rsidTr="401D4E06">
        <w:trPr>
          <w:trHeight w:val="300"/>
        </w:trPr>
        <w:tc>
          <w:tcPr>
            <w:tcW w:w="10308" w:type="dxa"/>
            <w:gridSpan w:val="2"/>
            <w:tcMar>
              <w:top w:w="100" w:type="dxa"/>
              <w:left w:w="120" w:type="dxa"/>
              <w:bottom w:w="100" w:type="dxa"/>
              <w:right w:w="120" w:type="dxa"/>
            </w:tcMar>
            <w:vAlign w:val="center"/>
          </w:tcPr>
          <w:p w14:paraId="41C8F396" w14:textId="010E55EC" w:rsidR="00CF648B" w:rsidRDefault="116DA247" w:rsidP="401D4E06">
            <w:pPr>
              <w:rPr>
                <w:rFonts w:eastAsia="Arial" w:cs="Arial"/>
                <w:szCs w:val="18"/>
              </w:rPr>
            </w:pPr>
            <w:r w:rsidRPr="401D4E06">
              <w:rPr>
                <w:rFonts w:eastAsia="Arial" w:cs="Arial"/>
                <w:color w:val="000000" w:themeColor="text1"/>
                <w:szCs w:val="18"/>
              </w:rPr>
              <w:t>Head of Data Economics</w:t>
            </w:r>
          </w:p>
        </w:tc>
      </w:tr>
      <w:tr w:rsidR="00CF648B" w14:paraId="5C4879D2" w14:textId="77777777" w:rsidTr="00B34293">
        <w:trPr>
          <w:trHeight w:val="300"/>
        </w:trPr>
        <w:tc>
          <w:tcPr>
            <w:tcW w:w="6232" w:type="dxa"/>
            <w:shd w:val="clear" w:color="auto" w:fill="DDEFE8"/>
            <w:tcMar>
              <w:top w:w="100" w:type="dxa"/>
              <w:left w:w="120" w:type="dxa"/>
              <w:bottom w:w="100" w:type="dxa"/>
              <w:right w:w="120" w:type="dxa"/>
            </w:tcMar>
            <w:vAlign w:val="center"/>
          </w:tcPr>
          <w:p w14:paraId="1C75BF29" w14:textId="0D9D722C" w:rsidR="00CF648B" w:rsidRDefault="6FBF803C" w:rsidP="401D4E06">
            <w:pPr>
              <w:rPr>
                <w:b/>
                <w:bCs/>
                <w:color w:val="006B54"/>
                <w:sz w:val="16"/>
                <w:szCs w:val="16"/>
                <w:lang w:val="en-IE"/>
              </w:rPr>
            </w:pPr>
            <w:r w:rsidRPr="401D4E06">
              <w:rPr>
                <w:rFonts w:asciiTheme="minorHAnsi" w:hAnsiTheme="minorHAnsi"/>
                <w:b/>
                <w:bCs/>
                <w:color w:val="006B54"/>
                <w:sz w:val="16"/>
                <w:szCs w:val="16"/>
                <w:lang w:val="en-IE"/>
              </w:rPr>
              <w:t xml:space="preserve">Preferred Location </w:t>
            </w:r>
          </w:p>
          <w:p w14:paraId="7B9C589C" w14:textId="16F2239A" w:rsidR="00CF648B" w:rsidRDefault="6FBF803C" w:rsidP="401D4E06">
            <w:pPr>
              <w:rPr>
                <w:b/>
                <w:bCs/>
                <w:color w:val="006B54"/>
                <w:sz w:val="16"/>
                <w:szCs w:val="16"/>
                <w:lang w:val="en-IE"/>
              </w:rPr>
            </w:pPr>
            <w:r w:rsidRPr="401D4E06">
              <w:rPr>
                <w:rFonts w:asciiTheme="minorHAnsi" w:hAnsiTheme="minorHAnsi"/>
                <w:b/>
                <w:bCs/>
                <w:color w:val="006B54"/>
                <w:sz w:val="16"/>
                <w:szCs w:val="16"/>
                <w:lang w:val="en-IE"/>
              </w:rPr>
              <w:t>(Please select up to a maximum of 2 locations)</w:t>
            </w:r>
          </w:p>
          <w:p w14:paraId="454B23F8" w14:textId="73F81628" w:rsidR="00CF648B" w:rsidRDefault="00CF648B" w:rsidP="401D4E06">
            <w:pPr>
              <w:rPr>
                <w:b/>
                <w:bCs/>
                <w:color w:val="006B54"/>
                <w:sz w:val="16"/>
                <w:szCs w:val="16"/>
              </w:rPr>
            </w:pPr>
          </w:p>
        </w:tc>
        <w:tc>
          <w:tcPr>
            <w:tcW w:w="4076" w:type="dxa"/>
            <w:shd w:val="clear" w:color="auto" w:fill="DDEFE8"/>
            <w:tcMar>
              <w:top w:w="100" w:type="dxa"/>
              <w:left w:w="120" w:type="dxa"/>
              <w:bottom w:w="100" w:type="dxa"/>
              <w:right w:w="120" w:type="dxa"/>
            </w:tcMar>
            <w:vAlign w:val="center"/>
          </w:tcPr>
          <w:p w14:paraId="61061EFC" w14:textId="5B8BE181" w:rsidR="7B2B2066" w:rsidRDefault="7B2B2066" w:rsidP="401D4E06">
            <w:r w:rsidRPr="401D4E06">
              <w:rPr>
                <w:rFonts w:asciiTheme="minorHAnsi" w:hAnsiTheme="minorHAnsi"/>
                <w:b/>
                <w:bCs/>
                <w:color w:val="006B54"/>
                <w:sz w:val="16"/>
                <w:szCs w:val="16"/>
                <w:lang w:val="en-IE"/>
              </w:rPr>
              <w:t>Mark with (X)</w:t>
            </w:r>
          </w:p>
        </w:tc>
      </w:tr>
      <w:tr w:rsidR="00CF648B" w14:paraId="72A3D3EC" w14:textId="77777777" w:rsidTr="00B34293">
        <w:trPr>
          <w:trHeight w:val="300"/>
        </w:trPr>
        <w:tc>
          <w:tcPr>
            <w:tcW w:w="6232" w:type="dxa"/>
            <w:tcMar>
              <w:top w:w="100" w:type="dxa"/>
              <w:left w:w="120" w:type="dxa"/>
              <w:bottom w:w="100" w:type="dxa"/>
              <w:right w:w="120" w:type="dxa"/>
            </w:tcMar>
            <w:vAlign w:val="center"/>
          </w:tcPr>
          <w:p w14:paraId="0D0B940D" w14:textId="2659B465" w:rsidR="00CF648B" w:rsidRDefault="00B34293">
            <w:r w:rsidRPr="00B34293">
              <w:t xml:space="preserve">4th Floor, Mathew House, Fr. Mathew St., </w:t>
            </w:r>
            <w:r w:rsidRPr="00B34293">
              <w:rPr>
                <w:b/>
                <w:bCs/>
              </w:rPr>
              <w:t>Cork</w:t>
            </w:r>
            <w:r w:rsidRPr="00B34293">
              <w:t>, T12TN56 </w:t>
            </w:r>
          </w:p>
        </w:tc>
        <w:tc>
          <w:tcPr>
            <w:tcW w:w="4076" w:type="dxa"/>
            <w:tcMar>
              <w:top w:w="100" w:type="dxa"/>
              <w:left w:w="120" w:type="dxa"/>
              <w:bottom w:w="100" w:type="dxa"/>
              <w:right w:w="120" w:type="dxa"/>
            </w:tcMar>
            <w:vAlign w:val="center"/>
          </w:tcPr>
          <w:p w14:paraId="0DDC30D3" w14:textId="4FAB629D" w:rsidR="401D4E06" w:rsidRDefault="00B34293" w:rsidP="401D4E06">
            <w:r>
              <w:t xml:space="preserve">[  ] </w:t>
            </w:r>
          </w:p>
        </w:tc>
      </w:tr>
      <w:tr w:rsidR="401D4E06" w14:paraId="4E76EEAB" w14:textId="77777777" w:rsidTr="00B34293">
        <w:trPr>
          <w:trHeight w:val="450"/>
        </w:trPr>
        <w:tc>
          <w:tcPr>
            <w:tcW w:w="6232" w:type="dxa"/>
            <w:tcMar>
              <w:top w:w="100" w:type="dxa"/>
              <w:left w:w="120" w:type="dxa"/>
              <w:bottom w:w="100" w:type="dxa"/>
              <w:right w:w="120" w:type="dxa"/>
            </w:tcMar>
            <w:vAlign w:val="center"/>
          </w:tcPr>
          <w:p w14:paraId="747D4B91" w14:textId="17C0BC78" w:rsidR="55A46855" w:rsidRDefault="00B34293" w:rsidP="401D4E06">
            <w:r w:rsidRPr="00B34293">
              <w:t xml:space="preserve">Áras Fáilte, 88-95 Amiens Street, </w:t>
            </w:r>
            <w:r w:rsidRPr="00B34293">
              <w:rPr>
                <w:b/>
                <w:bCs/>
              </w:rPr>
              <w:t>Dublin</w:t>
            </w:r>
            <w:r w:rsidRPr="00B34293">
              <w:t xml:space="preserve"> 1, D01 WR86</w:t>
            </w:r>
          </w:p>
        </w:tc>
        <w:tc>
          <w:tcPr>
            <w:tcW w:w="4076" w:type="dxa"/>
            <w:tcMar>
              <w:top w:w="100" w:type="dxa"/>
              <w:left w:w="120" w:type="dxa"/>
              <w:bottom w:w="100" w:type="dxa"/>
              <w:right w:w="120" w:type="dxa"/>
            </w:tcMar>
            <w:vAlign w:val="center"/>
          </w:tcPr>
          <w:p w14:paraId="63AE5399" w14:textId="7CF30AAE" w:rsidR="401D4E06" w:rsidRDefault="00B34293" w:rsidP="401D4E06">
            <w:r>
              <w:t>[  ]</w:t>
            </w:r>
          </w:p>
        </w:tc>
      </w:tr>
      <w:tr w:rsidR="401D4E06" w14:paraId="0A1C77E9" w14:textId="77777777" w:rsidTr="00B34293">
        <w:trPr>
          <w:trHeight w:val="300"/>
        </w:trPr>
        <w:tc>
          <w:tcPr>
            <w:tcW w:w="6232" w:type="dxa"/>
            <w:tcMar>
              <w:top w:w="100" w:type="dxa"/>
              <w:left w:w="120" w:type="dxa"/>
              <w:bottom w:w="100" w:type="dxa"/>
              <w:right w:w="120" w:type="dxa"/>
            </w:tcMar>
            <w:vAlign w:val="center"/>
          </w:tcPr>
          <w:p w14:paraId="15B6F007" w14:textId="09D81BB7" w:rsidR="55A46855" w:rsidRDefault="00B34293" w:rsidP="401D4E06">
            <w:r w:rsidRPr="00B34293">
              <w:t xml:space="preserve">3rd &amp; 4th Floor Crescent House, Hartstonge Street, </w:t>
            </w:r>
            <w:r w:rsidRPr="00B34293">
              <w:rPr>
                <w:b/>
                <w:bCs/>
              </w:rPr>
              <w:t>Limerick</w:t>
            </w:r>
            <w:r w:rsidRPr="00B34293">
              <w:t>, V94 K35Y</w:t>
            </w:r>
          </w:p>
        </w:tc>
        <w:tc>
          <w:tcPr>
            <w:tcW w:w="4076" w:type="dxa"/>
            <w:tcMar>
              <w:top w:w="100" w:type="dxa"/>
              <w:left w:w="120" w:type="dxa"/>
              <w:bottom w:w="100" w:type="dxa"/>
              <w:right w:w="120" w:type="dxa"/>
            </w:tcMar>
            <w:vAlign w:val="center"/>
          </w:tcPr>
          <w:p w14:paraId="4EE0B5F3" w14:textId="44FC2DC1" w:rsidR="401D4E06" w:rsidRDefault="00B34293" w:rsidP="401D4E06">
            <w:r>
              <w:t>[  ]</w:t>
            </w:r>
          </w:p>
        </w:tc>
      </w:tr>
      <w:tr w:rsidR="00CF648B" w14:paraId="226A1CB4" w14:textId="77777777" w:rsidTr="401D4E06">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Default="00DC0437">
            <w:r>
              <w:rPr>
                <w:b/>
                <w:color w:val="006B54"/>
                <w:sz w:val="16"/>
              </w:rPr>
              <w:t xml:space="preserve">Closing Date </w:t>
            </w:r>
            <w:r w:rsidR="00B34293">
              <w:rPr>
                <w:b/>
                <w:color w:val="006B54"/>
                <w:sz w:val="16"/>
              </w:rPr>
              <w:t>for</w:t>
            </w:r>
            <w:r>
              <w:rPr>
                <w:b/>
                <w:color w:val="006B54"/>
                <w:sz w:val="16"/>
              </w:rPr>
              <w:t xml:space="preserve"> Application:</w:t>
            </w:r>
          </w:p>
        </w:tc>
      </w:tr>
      <w:tr w:rsidR="00CF648B" w14:paraId="0E27B00A" w14:textId="77777777" w:rsidTr="401D4E06">
        <w:trPr>
          <w:trHeight w:val="300"/>
        </w:trPr>
        <w:tc>
          <w:tcPr>
            <w:tcW w:w="10308" w:type="dxa"/>
            <w:gridSpan w:val="2"/>
            <w:tcMar>
              <w:top w:w="100" w:type="dxa"/>
              <w:left w:w="120" w:type="dxa"/>
              <w:bottom w:w="100" w:type="dxa"/>
              <w:right w:w="120" w:type="dxa"/>
            </w:tcMar>
            <w:vAlign w:val="center"/>
          </w:tcPr>
          <w:p w14:paraId="60061E4C" w14:textId="4D907102" w:rsidR="00CF648B" w:rsidRDefault="1AA37D6B">
            <w:r>
              <w:t>15</w:t>
            </w:r>
            <w:r w:rsidRPr="401D4E06">
              <w:rPr>
                <w:vertAlign w:val="superscript"/>
              </w:rPr>
              <w:t>th</w:t>
            </w:r>
            <w:r>
              <w:t xml:space="preserve"> October 2026</w:t>
            </w:r>
            <w:r w:rsidR="00C03CBC">
              <w:t xml:space="preserve"> at 3pm.</w:t>
            </w:r>
          </w:p>
        </w:tc>
      </w:tr>
    </w:tbl>
    <w:p w14:paraId="6AE03482" w14:textId="1847F418" w:rsidR="401D4E06" w:rsidRDefault="401D4E06"/>
    <w:p w14:paraId="6C36A651" w14:textId="7EAC1C92" w:rsidR="00CF648B" w:rsidRDefault="00DC0437" w:rsidP="3F9B9FB5">
      <w:pPr>
        <w:jc w:val="center"/>
      </w:pPr>
      <w:r w:rsidRPr="401D4E06">
        <w:rPr>
          <w:b/>
          <w:bCs/>
          <w:color w:val="006B54"/>
        </w:rPr>
        <w:t xml:space="preserve">LATE APPLICATIONS WILL NOT BE CONSIDERED I.E. RECEIVED AFTER </w:t>
      </w:r>
      <w:r w:rsidR="00B34293">
        <w:rPr>
          <w:b/>
          <w:bCs/>
          <w:color w:val="006B54"/>
        </w:rPr>
        <w:t>3</w:t>
      </w:r>
      <w:r w:rsidRPr="401D4E06">
        <w:rPr>
          <w:b/>
          <w:bCs/>
          <w:color w:val="006B54"/>
        </w:rPr>
        <w:t>.00PM (IRELAND TIME)</w:t>
      </w:r>
    </w:p>
    <w:p w14:paraId="3898429D" w14:textId="77777777" w:rsidR="00CF648B" w:rsidRDefault="00DC0437">
      <w:pPr>
        <w:jc w:val="center"/>
      </w:pPr>
      <w:r>
        <w:t>We will contact you either by email or by telephone.</w:t>
      </w:r>
    </w:p>
    <w:tbl>
      <w:tblPr>
        <w:tblW w:w="0" w:type="auto"/>
        <w:jc w:val="center"/>
        <w:tblLook w:val="04A0" w:firstRow="1" w:lastRow="0" w:firstColumn="1" w:lastColumn="0" w:noHBand="0" w:noVBand="1"/>
      </w:tblPr>
      <w:tblGrid>
        <w:gridCol w:w="10318"/>
      </w:tblGrid>
      <w:tr w:rsidR="00CF648B"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Default="00DC0437">
            <w:pPr>
              <w:spacing w:after="0"/>
            </w:pPr>
            <w:r>
              <w:rPr>
                <w:b/>
                <w:color w:val="FFFFFF"/>
                <w:sz w:val="22"/>
              </w:rPr>
              <w:t>Please answer all the following questions:</w:t>
            </w:r>
          </w:p>
        </w:tc>
      </w:tr>
    </w:tbl>
    <w:p w14:paraId="3DEEC669" w14:textId="77777777" w:rsidR="00CF648B" w:rsidRDefault="00CF648B">
      <w:pPr>
        <w:spacing w:after="0"/>
      </w:pPr>
    </w:p>
    <w:p w14:paraId="60390542" w14:textId="77777777" w:rsidR="00CF648B" w:rsidRDefault="00DC0437">
      <w:pPr>
        <w:spacing w:after="40"/>
      </w:pPr>
      <w:r>
        <w:t>• Please answer the questions fully as this will enable us to correctly assess your application.</w:t>
      </w:r>
    </w:p>
    <w:p w14:paraId="3B7D31B7" w14:textId="77777777" w:rsidR="00CF648B" w:rsidRDefault="00DC0437">
      <w:pPr>
        <w:spacing w:after="40"/>
      </w:pPr>
      <w:r>
        <w:t>• Only the application form will be used for screening purposes.</w:t>
      </w:r>
    </w:p>
    <w:p w14:paraId="66B0DEF5" w14:textId="76F2FCC1" w:rsidR="00DC0437" w:rsidRDefault="00DC0437" w:rsidP="3F9B9FB5">
      <w:pPr>
        <w:spacing w:after="40"/>
      </w:pPr>
      <w:r>
        <w:t>• Please type your responses - do not handwrite.</w:t>
      </w:r>
    </w:p>
    <w:p w14:paraId="2707BC34" w14:textId="44A69628" w:rsidR="3F9B9FB5" w:rsidRDefault="3F9B9FB5" w:rsidP="3F9B9FB5">
      <w:pPr>
        <w:spacing w:after="40"/>
      </w:pPr>
    </w:p>
    <w:p w14:paraId="18EB6CC0" w14:textId="53DEC1FC" w:rsidR="56EAF618" w:rsidRDefault="56EAF618" w:rsidP="3F9B9FB5">
      <w:pPr>
        <w:pStyle w:val="Heading4"/>
        <w:shd w:val="clear" w:color="auto" w:fill="E6F0EC"/>
        <w:spacing w:before="0" w:after="240"/>
        <w:rPr>
          <w:rFonts w:ascii="Work Sans" w:eastAsia="Work Sans" w:hAnsi="Work Sans" w:cs="Work Sans"/>
          <w:i w:val="0"/>
          <w:iCs w:val="0"/>
          <w:color w:val="006443"/>
          <w:sz w:val="24"/>
          <w:szCs w:val="24"/>
        </w:rPr>
      </w:pPr>
      <w:r w:rsidRPr="3F9B9FB5">
        <w:rPr>
          <w:rFonts w:ascii="Work Sans" w:eastAsia="Work Sans" w:hAnsi="Work Sans" w:cs="Work Sans"/>
          <w:i w:val="0"/>
          <w:iCs w:val="0"/>
          <w:color w:val="006443"/>
          <w:sz w:val="24"/>
          <w:szCs w:val="24"/>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Default="3F9B9FB5" w:rsidP="3F9B9FB5">
      <w:pPr>
        <w:spacing w:after="40"/>
      </w:pPr>
    </w:p>
    <w:tbl>
      <w:tblPr>
        <w:tblW w:w="0" w:type="auto"/>
        <w:jc w:val="center"/>
        <w:tblLook w:val="04A0" w:firstRow="1" w:lastRow="0" w:firstColumn="1" w:lastColumn="0" w:noHBand="0" w:noVBand="1"/>
      </w:tblPr>
      <w:tblGrid>
        <w:gridCol w:w="10318"/>
      </w:tblGrid>
      <w:tr w:rsidR="00CF648B"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Default="00DC0437">
            <w:pPr>
              <w:spacing w:after="0"/>
            </w:pPr>
            <w:r>
              <w:rPr>
                <w:b/>
                <w:color w:val="FFFFFF"/>
                <w:sz w:val="22"/>
              </w:rPr>
              <w:t>PERSONAL DETAILS</w:t>
            </w:r>
          </w:p>
        </w:tc>
      </w:tr>
    </w:tbl>
    <w:p w14:paraId="3656B9AB" w14:textId="77777777" w:rsidR="00CF648B" w:rsidRDefault="00CF648B">
      <w:pPr>
        <w:spacing w:after="0"/>
      </w:pPr>
    </w:p>
    <w:tbl>
      <w:tblPr>
        <w:tblStyle w:val="TableGrid"/>
        <w:tblW w:w="0" w:type="auto"/>
        <w:tblLook w:val="04A0" w:firstRow="1" w:lastRow="0" w:firstColumn="1" w:lastColumn="0" w:noHBand="0" w:noVBand="1"/>
      </w:tblPr>
      <w:tblGrid>
        <w:gridCol w:w="5154"/>
        <w:gridCol w:w="5154"/>
      </w:tblGrid>
      <w:tr w:rsidR="00CF648B" w14:paraId="5B02BE7E" w14:textId="77777777" w:rsidTr="3443A52E">
        <w:tc>
          <w:tcPr>
            <w:tcW w:w="5159" w:type="dxa"/>
            <w:shd w:val="clear" w:color="auto" w:fill="DDEFE8"/>
            <w:tcMar>
              <w:top w:w="100" w:type="dxa"/>
              <w:left w:w="120" w:type="dxa"/>
              <w:bottom w:w="100" w:type="dxa"/>
              <w:right w:w="120" w:type="dxa"/>
            </w:tcMar>
            <w:vAlign w:val="center"/>
          </w:tcPr>
          <w:p w14:paraId="737FFEA5" w14:textId="77777777" w:rsidR="00CF648B" w:rsidRDefault="00DC0437">
            <w:r>
              <w:rPr>
                <w:b/>
                <w:color w:val="006B54"/>
              </w:rPr>
              <w:t>First Name:</w:t>
            </w:r>
            <w:r>
              <w:rPr>
                <w:b/>
                <w:color w:val="006B54"/>
              </w:rPr>
              <w:br/>
            </w:r>
          </w:p>
        </w:tc>
        <w:tc>
          <w:tcPr>
            <w:tcW w:w="5159" w:type="dxa"/>
            <w:shd w:val="clear" w:color="auto" w:fill="DDEFE8"/>
            <w:tcMar>
              <w:top w:w="100" w:type="dxa"/>
              <w:left w:w="120" w:type="dxa"/>
              <w:bottom w:w="100" w:type="dxa"/>
              <w:right w:w="120" w:type="dxa"/>
            </w:tcMar>
            <w:vAlign w:val="center"/>
          </w:tcPr>
          <w:p w14:paraId="52EC665E" w14:textId="77777777" w:rsidR="00CF648B" w:rsidRDefault="00DC0437">
            <w:r>
              <w:rPr>
                <w:b/>
                <w:color w:val="006B54"/>
              </w:rPr>
              <w:t>Surname:</w:t>
            </w:r>
            <w:r>
              <w:rPr>
                <w:b/>
                <w:color w:val="006B54"/>
              </w:rPr>
              <w:br/>
            </w:r>
          </w:p>
        </w:tc>
      </w:tr>
      <w:tr w:rsidR="00CF648B" w14:paraId="5A4DD8A6" w14:textId="77777777" w:rsidTr="3443A52E">
        <w:tc>
          <w:tcPr>
            <w:tcW w:w="5159" w:type="dxa"/>
            <w:shd w:val="clear" w:color="auto" w:fill="DDEFE8"/>
            <w:tcMar>
              <w:top w:w="100" w:type="dxa"/>
              <w:left w:w="120" w:type="dxa"/>
              <w:bottom w:w="100" w:type="dxa"/>
              <w:right w:w="120" w:type="dxa"/>
            </w:tcMar>
            <w:vAlign w:val="center"/>
          </w:tcPr>
          <w:p w14:paraId="084443D4" w14:textId="77777777" w:rsidR="00CF648B" w:rsidRDefault="00DC0437">
            <w:r>
              <w:rPr>
                <w:b/>
                <w:color w:val="006B54"/>
              </w:rPr>
              <w:t>Email:</w:t>
            </w:r>
            <w:r>
              <w:rPr>
                <w:b/>
                <w:color w:val="006B54"/>
              </w:rPr>
              <w:br/>
            </w:r>
          </w:p>
        </w:tc>
        <w:tc>
          <w:tcPr>
            <w:tcW w:w="5159" w:type="dxa"/>
            <w:shd w:val="clear" w:color="auto" w:fill="DDEFE8"/>
            <w:tcMar>
              <w:top w:w="100" w:type="dxa"/>
              <w:left w:w="120" w:type="dxa"/>
              <w:bottom w:w="100" w:type="dxa"/>
              <w:right w:w="120" w:type="dxa"/>
            </w:tcMar>
            <w:vAlign w:val="center"/>
          </w:tcPr>
          <w:p w14:paraId="31D60778" w14:textId="77777777" w:rsidR="00CF648B" w:rsidRDefault="00DC0437">
            <w:r>
              <w:rPr>
                <w:b/>
                <w:color w:val="006B54"/>
              </w:rPr>
              <w:t>Telephone No:</w:t>
            </w:r>
            <w:r>
              <w:rPr>
                <w:b/>
                <w:color w:val="006B54"/>
              </w:rPr>
              <w:br/>
            </w:r>
          </w:p>
        </w:tc>
      </w:tr>
      <w:tr w:rsidR="00CF648B" w14:paraId="27A5B737" w14:textId="77777777" w:rsidTr="3443A52E">
        <w:tc>
          <w:tcPr>
            <w:tcW w:w="5159" w:type="dxa"/>
            <w:shd w:val="clear" w:color="auto" w:fill="F2F8F5"/>
            <w:tcMar>
              <w:top w:w="100" w:type="dxa"/>
              <w:left w:w="120" w:type="dxa"/>
              <w:bottom w:w="100" w:type="dxa"/>
              <w:right w:w="120" w:type="dxa"/>
            </w:tcMar>
            <w:vAlign w:val="center"/>
          </w:tcPr>
          <w:p w14:paraId="3273C517" w14:textId="77777777" w:rsidR="00CF648B" w:rsidRDefault="00DC0437">
            <w:r>
              <w:rPr>
                <w:b/>
                <w:color w:val="006B54"/>
                <w:sz w:val="16"/>
              </w:rPr>
              <w:t>Are you currently employed by Fáilte Ireland?</w:t>
            </w:r>
          </w:p>
        </w:tc>
        <w:tc>
          <w:tcPr>
            <w:tcW w:w="5159" w:type="dxa"/>
            <w:tcMar>
              <w:top w:w="100" w:type="dxa"/>
              <w:left w:w="120" w:type="dxa"/>
              <w:bottom w:w="100" w:type="dxa"/>
              <w:right w:w="120" w:type="dxa"/>
            </w:tcMar>
            <w:vAlign w:val="center"/>
          </w:tcPr>
          <w:p w14:paraId="6105CB15" w14:textId="5312256B" w:rsidR="00CF648B" w:rsidRDefault="00000000">
            <w:pPr>
              <w:jc w:val="center"/>
            </w:pPr>
            <w:sdt>
              <w:sdtPr>
                <w:rPr>
                  <w:color w:val="000000" w:themeColor="text1"/>
                </w:rPr>
                <w:id w:val="829639554"/>
                <w14:checkbox>
                  <w14:checked w14:val="0"/>
                  <w14:checkedState w14:val="2612" w14:font="MS Gothic"/>
                  <w14:uncheckedState w14:val="2610" w14:font="MS Gothic"/>
                </w14:checkbox>
              </w:sdtPr>
              <w:sdtContent>
                <w:r w:rsidR="00401DDE" w:rsidRPr="766D1AC1">
                  <w:rPr>
                    <w:rFonts w:ascii="MS Gothic" w:eastAsia="MS Gothic" w:hAnsi="MS Gothic"/>
                    <w:color w:val="000000" w:themeColor="text1"/>
                  </w:rPr>
                  <w:t>☐</w:t>
                </w:r>
              </w:sdtContent>
            </w:sdt>
            <w:r w:rsidR="00DC0437" w:rsidRPr="766D1AC1">
              <w:rPr>
                <w:color w:val="000000" w:themeColor="text1"/>
              </w:rPr>
              <w:t xml:space="preserve"> Yes </w:t>
            </w:r>
            <w:r w:rsidR="5C70DDE6" w:rsidRPr="766D1AC1">
              <w:rPr>
                <w:color w:val="000000" w:themeColor="text1"/>
              </w:rPr>
              <w:t xml:space="preserve"> </w:t>
            </w:r>
            <w:r w:rsidR="00DC0437" w:rsidRPr="766D1AC1">
              <w:rPr>
                <w:color w:val="000000" w:themeColor="text1"/>
              </w:rPr>
              <w:t xml:space="preserve"> </w:t>
            </w:r>
            <w:sdt>
              <w:sdtPr>
                <w:rPr>
                  <w:color w:val="000000" w:themeColor="text1"/>
                </w:rPr>
                <w:id w:val="-588000404"/>
                <w14:checkbox>
                  <w14:checked w14:val="0"/>
                  <w14:checkedState w14:val="2612" w14:font="MS Gothic"/>
                  <w14:uncheckedState w14:val="2610" w14:font="MS Gothic"/>
                </w14:checkbox>
              </w:sdtPr>
              <w:sdtContent>
                <w:r w:rsidR="00401DDE" w:rsidRPr="766D1AC1">
                  <w:rPr>
                    <w:rFonts w:ascii="MS Gothic" w:eastAsia="MS Gothic" w:hAnsi="MS Gothic"/>
                    <w:color w:val="000000" w:themeColor="text1"/>
                  </w:rPr>
                  <w:t>☐</w:t>
                </w:r>
              </w:sdtContent>
            </w:sdt>
            <w:r w:rsidR="00DC0437" w:rsidRPr="766D1AC1">
              <w:rPr>
                <w:color w:val="000000" w:themeColor="text1"/>
              </w:rPr>
              <w:t xml:space="preserve"> No</w:t>
            </w:r>
          </w:p>
        </w:tc>
      </w:tr>
      <w:tr w:rsidR="00CF648B" w14:paraId="58A0484A" w14:textId="77777777" w:rsidTr="3443A52E">
        <w:tc>
          <w:tcPr>
            <w:tcW w:w="5159" w:type="dxa"/>
            <w:shd w:val="clear" w:color="auto" w:fill="F2F8F5"/>
            <w:tcMar>
              <w:top w:w="100" w:type="dxa"/>
              <w:left w:w="120" w:type="dxa"/>
              <w:bottom w:w="100" w:type="dxa"/>
              <w:right w:w="120" w:type="dxa"/>
            </w:tcMar>
            <w:vAlign w:val="center"/>
          </w:tcPr>
          <w:p w14:paraId="635141EA" w14:textId="0DF563BF" w:rsidR="00CF648B" w:rsidRDefault="01FF7788" w:rsidP="3F9B9FB5">
            <w:pPr>
              <w:rPr>
                <w:rFonts w:asciiTheme="minorHAnsi" w:hAnsiTheme="minorHAnsi"/>
                <w:b/>
                <w:bCs/>
                <w:color w:val="006B54"/>
                <w:sz w:val="16"/>
                <w:szCs w:val="16"/>
              </w:rPr>
            </w:pPr>
            <w:r w:rsidRPr="00801C7D">
              <w:rPr>
                <w:b/>
                <w:color w:val="006B54"/>
                <w:sz w:val="16"/>
              </w:rPr>
              <w:t>Please note that we require prior confirmation of your eligibility to work in the Republic of Ireland. Please select which applies</w:t>
            </w:r>
          </w:p>
        </w:tc>
        <w:tc>
          <w:tcPr>
            <w:tcW w:w="5159" w:type="dxa"/>
            <w:tcMar>
              <w:top w:w="100" w:type="dxa"/>
              <w:left w:w="120" w:type="dxa"/>
              <w:bottom w:w="100" w:type="dxa"/>
              <w:right w:w="120" w:type="dxa"/>
            </w:tcMar>
            <w:vAlign w:val="center"/>
          </w:tcPr>
          <w:p w14:paraId="46186466" w14:textId="1929FE1A" w:rsidR="00CF648B" w:rsidRDefault="00CF648B" w:rsidP="3F9B9FB5">
            <w:pPr>
              <w:rPr>
                <w:b/>
                <w:bCs/>
                <w:color w:val="006B54"/>
              </w:rPr>
            </w:pPr>
          </w:p>
          <w:p w14:paraId="1D43807B" w14:textId="206B723C" w:rsidR="00CF648B" w:rsidRDefault="00000000" w:rsidP="3F9B9FB5">
            <w:sdt>
              <w:sdtPr>
                <w:rPr>
                  <w:color w:val="000000" w:themeColor="text1"/>
                </w:rPr>
                <w:id w:val="-1772694703"/>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00401DDE" w:rsidRPr="3F9B9FB5">
              <w:t xml:space="preserve"> </w:t>
            </w:r>
            <w:r w:rsidR="57410230" w:rsidRPr="3F9B9FB5">
              <w:t>I am a citizen of the European Economic Area (EEA) </w:t>
            </w:r>
          </w:p>
          <w:p w14:paraId="33EE24F7" w14:textId="0CA2B5E6" w:rsidR="00CF648B" w:rsidRDefault="00000000" w:rsidP="3F9B9FB5">
            <w:sdt>
              <w:sdtPr>
                <w:rPr>
                  <w:color w:val="000000" w:themeColor="text1"/>
                </w:rPr>
                <w:id w:val="155425394"/>
                <w14:checkbox>
                  <w14:checked w14:val="0"/>
                  <w14:checkedState w14:val="2612" w14:font="MS Gothic"/>
                  <w14:uncheckedState w14:val="2610" w14:font="MS Gothic"/>
                </w14:checkbox>
              </w:sdtPr>
              <w:sdtContent>
                <w:r w:rsidR="00401DDE" w:rsidRPr="766D1AC1">
                  <w:rPr>
                    <w:rFonts w:ascii="MS Gothic" w:eastAsia="MS Gothic" w:hAnsi="MS Gothic"/>
                    <w:color w:val="000000" w:themeColor="text1"/>
                  </w:rPr>
                  <w:t>☐</w:t>
                </w:r>
              </w:sdtContent>
            </w:sdt>
            <w:r w:rsidR="3A1C530A">
              <w:t xml:space="preserve"> </w:t>
            </w:r>
            <w:r w:rsidR="2EB80B06">
              <w:t>I</w:t>
            </w:r>
            <w:r w:rsidR="609D24A0">
              <w:t xml:space="preserve"> </w:t>
            </w:r>
            <w:r w:rsidR="2EB80B06">
              <w:t>am a citizen of the United Kingdom</w:t>
            </w:r>
          </w:p>
          <w:p w14:paraId="4F658052" w14:textId="40B55FB9" w:rsidR="00CF648B" w:rsidRDefault="00000000" w:rsidP="3F9B9FB5">
            <w:sdt>
              <w:sdtPr>
                <w:rPr>
                  <w:color w:val="000000" w:themeColor="text1"/>
                </w:rPr>
                <w:id w:val="-1869438242"/>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4F84C81D" w:rsidRPr="3F9B9FB5">
              <w:t xml:space="preserve"> </w:t>
            </w:r>
            <w:r w:rsidR="57410230" w:rsidRPr="3F9B9FB5">
              <w:t>I am a citizen of Switzerland pursuant to the agreement between the EU and Switzerland on the free movement of persons </w:t>
            </w:r>
          </w:p>
          <w:p w14:paraId="335D3DD2" w14:textId="1E17A3C1" w:rsidR="00CF648B" w:rsidRDefault="00000000" w:rsidP="3F9B9FB5">
            <w:sdt>
              <w:sdtPr>
                <w:rPr>
                  <w:color w:val="000000" w:themeColor="text1"/>
                </w:rPr>
                <w:id w:val="698665835"/>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25A21460" w:rsidRPr="3F9B9FB5">
              <w:t xml:space="preserve"> </w:t>
            </w:r>
            <w:r w:rsidR="57410230" w:rsidRPr="3F9B9FB5">
              <w:t>I hold a valid work authorisation / permit (please refer to question 2)</w:t>
            </w:r>
          </w:p>
          <w:p w14:paraId="1A83DC42" w14:textId="26BF819C" w:rsidR="00CF648B" w:rsidRDefault="00000000" w:rsidP="3F9B9FB5">
            <w:sdt>
              <w:sdtPr>
                <w:rPr>
                  <w:color w:val="000000" w:themeColor="text1"/>
                </w:rPr>
                <w:id w:val="-1275775868"/>
                <w14:checkbox>
                  <w14:checked w14:val="0"/>
                  <w14:checkedState w14:val="2612" w14:font="MS Gothic"/>
                  <w14:uncheckedState w14:val="2610" w14:font="MS Gothic"/>
                </w14:checkbox>
              </w:sdtPr>
              <w:sdtContent>
                <w:r w:rsidR="14C248F9" w:rsidRPr="766D1AC1">
                  <w:rPr>
                    <w:rFonts w:ascii="MS Gothic" w:eastAsia="MS Gothic" w:hAnsi="MS Gothic" w:cs="MS Gothic"/>
                    <w:color w:val="000000" w:themeColor="text1"/>
                  </w:rPr>
                  <w:t>☐</w:t>
                </w:r>
              </w:sdtContent>
            </w:sdt>
            <w:r w:rsidR="101E7EA2">
              <w:t xml:space="preserve"> </w:t>
            </w:r>
            <w:r w:rsidR="2EB80B06">
              <w:t>I do not hold a valid work authorisation / permit and am not eligible to work in Republic of Ireland</w:t>
            </w:r>
          </w:p>
          <w:p w14:paraId="692CAE3E" w14:textId="71EB0C39" w:rsidR="00CF648B" w:rsidRDefault="00CF648B" w:rsidP="3F9B9FB5">
            <w:pPr>
              <w:rPr>
                <w:b/>
                <w:bCs/>
                <w:color w:val="006B54"/>
              </w:rPr>
            </w:pPr>
          </w:p>
          <w:p w14:paraId="5FBBF901" w14:textId="12BF7D60" w:rsidR="00CF648B" w:rsidRDefault="00801C7D" w:rsidP="3F9B9FB5">
            <w:pPr>
              <w:jc w:val="center"/>
              <w:rPr>
                <w:color w:val="000000" w:themeColor="text1"/>
              </w:rPr>
            </w:pPr>
            <w:r w:rsidRPr="00801C7D">
              <w:rPr>
                <w:color w:val="000000" w:themeColor="text1"/>
              </w:rPr>
              <w:lastRenderedPageBreak/>
              <w:t>Please provide details of your valid work permit if applicable.</w:t>
            </w:r>
          </w:p>
          <w:tbl>
            <w:tblPr>
              <w:tblStyle w:val="TableGrid"/>
              <w:tblW w:w="0" w:type="auto"/>
              <w:tblLook w:val="04A0" w:firstRow="1" w:lastRow="0" w:firstColumn="1" w:lastColumn="0" w:noHBand="0" w:noVBand="1"/>
            </w:tblPr>
            <w:tblGrid>
              <w:gridCol w:w="4904"/>
            </w:tblGrid>
            <w:tr w:rsidR="00801C7D" w14:paraId="6252227B" w14:textId="77777777" w:rsidTr="00801C7D">
              <w:tc>
                <w:tcPr>
                  <w:tcW w:w="4904" w:type="dxa"/>
                </w:tcPr>
                <w:p w14:paraId="374161CF" w14:textId="77777777" w:rsidR="00801C7D" w:rsidRDefault="00801C7D" w:rsidP="3F9B9FB5">
                  <w:pPr>
                    <w:jc w:val="center"/>
                    <w:rPr>
                      <w:color w:val="000000" w:themeColor="text1"/>
                    </w:rPr>
                  </w:pPr>
                </w:p>
              </w:tc>
            </w:tr>
          </w:tbl>
          <w:p w14:paraId="2BB2BD85" w14:textId="77777777" w:rsidR="00801C7D" w:rsidRDefault="00801C7D" w:rsidP="3F9B9FB5">
            <w:pPr>
              <w:jc w:val="center"/>
              <w:rPr>
                <w:color w:val="000000" w:themeColor="text1"/>
              </w:rPr>
            </w:pPr>
          </w:p>
          <w:p w14:paraId="622E2A86" w14:textId="05CF00AF" w:rsidR="00CF648B" w:rsidRDefault="00CF648B" w:rsidP="3F9B9FB5">
            <w:pPr>
              <w:jc w:val="center"/>
              <w:rPr>
                <w:color w:val="000000" w:themeColor="text1"/>
              </w:rPr>
            </w:pPr>
          </w:p>
        </w:tc>
      </w:tr>
      <w:tr w:rsidR="00CF648B" w14:paraId="40CCACA3" w14:textId="77777777" w:rsidTr="3443A52E">
        <w:tc>
          <w:tcPr>
            <w:tcW w:w="5159" w:type="dxa"/>
            <w:shd w:val="clear" w:color="auto" w:fill="F2F8F5"/>
            <w:tcMar>
              <w:top w:w="100" w:type="dxa"/>
              <w:left w:w="120" w:type="dxa"/>
              <w:bottom w:w="100" w:type="dxa"/>
              <w:right w:w="120" w:type="dxa"/>
            </w:tcMar>
            <w:vAlign w:val="center"/>
          </w:tcPr>
          <w:p w14:paraId="6137D1EA" w14:textId="4C0E1C81" w:rsidR="00CF648B" w:rsidRDefault="6CFBBD37" w:rsidP="3F9B9FB5">
            <w:r w:rsidRPr="3F9B9FB5">
              <w:rPr>
                <w:b/>
                <w:bCs/>
                <w:color w:val="006B54"/>
                <w:sz w:val="16"/>
                <w:szCs w:val="16"/>
              </w:rPr>
              <w:lastRenderedPageBreak/>
              <w:t>Please indicate if you are proficient in the Irish Language</w:t>
            </w:r>
          </w:p>
          <w:p w14:paraId="5C378276" w14:textId="4D6DFFB9" w:rsidR="00CF648B" w:rsidRDefault="00CF648B" w:rsidP="3F9B9FB5">
            <w:pPr>
              <w:rPr>
                <w:b/>
                <w:bCs/>
                <w:color w:val="006B54"/>
                <w:sz w:val="16"/>
                <w:szCs w:val="16"/>
              </w:rPr>
            </w:pPr>
          </w:p>
        </w:tc>
        <w:tc>
          <w:tcPr>
            <w:tcW w:w="5159" w:type="dxa"/>
            <w:tcMar>
              <w:top w:w="100" w:type="dxa"/>
              <w:left w:w="120" w:type="dxa"/>
              <w:bottom w:w="100" w:type="dxa"/>
              <w:right w:w="120" w:type="dxa"/>
            </w:tcMar>
            <w:vAlign w:val="center"/>
          </w:tcPr>
          <w:p w14:paraId="277AC3C5" w14:textId="34D9C06A" w:rsidR="00CF648B" w:rsidRDefault="00000000">
            <w:pPr>
              <w:jc w:val="center"/>
            </w:pPr>
            <w:sdt>
              <w:sdtPr>
                <w:rPr>
                  <w:color w:val="000000" w:themeColor="text1"/>
                </w:rPr>
                <w:id w:val="1830858389"/>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00DC0437">
              <w:rPr>
                <w:color w:val="000000"/>
              </w:rPr>
              <w:t xml:space="preserve"> Yes    </w:t>
            </w:r>
            <w:sdt>
              <w:sdtPr>
                <w:rPr>
                  <w:color w:val="000000" w:themeColor="text1"/>
                </w:rPr>
                <w:id w:val="562065911"/>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00401DDE">
              <w:rPr>
                <w:color w:val="000000"/>
              </w:rPr>
              <w:t xml:space="preserve"> </w:t>
            </w:r>
            <w:r w:rsidR="00DC0437">
              <w:rPr>
                <w:color w:val="000000"/>
              </w:rPr>
              <w:t>No</w:t>
            </w:r>
          </w:p>
        </w:tc>
      </w:tr>
      <w:tr w:rsidR="3F9B9FB5"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Default="5C09367A" w:rsidP="3F9B9FB5">
            <w:r w:rsidRPr="3F9B9FB5">
              <w:rPr>
                <w:b/>
                <w:bCs/>
                <w:color w:val="006B54"/>
                <w:sz w:val="16"/>
                <w:szCs w:val="16"/>
              </w:rPr>
              <w:t>If yes, please select from these options to indicate your level of knowledge of the Irish Language</w:t>
            </w:r>
            <w:r w:rsidR="7CCEFF0D" w:rsidRPr="3F9B9FB5">
              <w:rPr>
                <w:b/>
                <w:bCs/>
                <w:color w:val="006B54"/>
                <w:sz w:val="16"/>
                <w:szCs w:val="16"/>
              </w:rPr>
              <w:t>.</w:t>
            </w:r>
          </w:p>
          <w:p w14:paraId="352148D1" w14:textId="2A25D059" w:rsidR="3F9B9FB5" w:rsidRDefault="3F9B9FB5" w:rsidP="3F9B9FB5">
            <w:pPr>
              <w:rPr>
                <w:b/>
                <w:bCs/>
                <w:color w:val="006B54"/>
                <w:sz w:val="16"/>
                <w:szCs w:val="16"/>
              </w:rPr>
            </w:pPr>
          </w:p>
          <w:p w14:paraId="5B5D2655" w14:textId="77777777" w:rsidR="004909F5" w:rsidRPr="004909F5" w:rsidRDefault="004909F5" w:rsidP="004909F5">
            <w:pPr>
              <w:pStyle w:val="NoSpacing"/>
              <w:rPr>
                <w:rFonts w:ascii="Arial" w:hAnsi="Arial" w:cs="Arial"/>
                <w:sz w:val="16"/>
                <w:szCs w:val="16"/>
                <w:lang w:val="en-IE" w:eastAsia="en-IE"/>
              </w:rPr>
            </w:pPr>
            <w:r w:rsidRPr="004909F5">
              <w:rPr>
                <w:rFonts w:ascii="Arial" w:hAnsi="Arial" w:cs="Arial"/>
                <w:sz w:val="16"/>
                <w:szCs w:val="16"/>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Default="7CCEFF0D" w:rsidP="3F9B9FB5">
            <w:pPr>
              <w:rPr>
                <w:sz w:val="16"/>
                <w:szCs w:val="16"/>
              </w:rPr>
            </w:pPr>
          </w:p>
        </w:tc>
        <w:tc>
          <w:tcPr>
            <w:tcW w:w="5154" w:type="dxa"/>
            <w:tcMar>
              <w:top w:w="100" w:type="dxa"/>
              <w:left w:w="120" w:type="dxa"/>
              <w:bottom w:w="100" w:type="dxa"/>
              <w:right w:w="120" w:type="dxa"/>
            </w:tcMar>
            <w:vAlign w:val="center"/>
          </w:tcPr>
          <w:p w14:paraId="03672365" w14:textId="2166FC1E" w:rsidR="3F9B9FB5" w:rsidRDefault="3F9B9FB5" w:rsidP="3F9B9FB5"/>
          <w:p w14:paraId="34CDC694" w14:textId="49A4AFB2" w:rsidR="29B2D129" w:rsidRDefault="00000000" w:rsidP="3F9B9FB5">
            <w:sdt>
              <w:sdtPr>
                <w:rPr>
                  <w:color w:val="000000" w:themeColor="text1"/>
                </w:rPr>
                <w:id w:val="1988202895"/>
                <w14:checkbox>
                  <w14:checked w14:val="0"/>
                  <w14:checkedState w14:val="2612" w14:font="MS Gothic"/>
                  <w14:uncheckedState w14:val="2610" w14:font="MS Gothic"/>
                </w14:checkbox>
              </w:sdtPr>
              <w:sdtContent>
                <w:r w:rsidR="3F51EFF0" w:rsidRPr="766D1AC1">
                  <w:rPr>
                    <w:rFonts w:ascii="MS Gothic" w:eastAsia="MS Gothic" w:hAnsi="MS Gothic" w:cs="MS Gothic"/>
                    <w:color w:val="000000" w:themeColor="text1"/>
                  </w:rPr>
                  <w:t>☐</w:t>
                </w:r>
              </w:sdtContent>
            </w:sdt>
            <w:r w:rsidR="36CC93D1">
              <w:t xml:space="preserve"> Level 1 - I have little or no knowledge of the Irish Language</w:t>
            </w:r>
            <w:r w:rsidR="004D5A6C">
              <w:t xml:space="preserve"> (e.g. I did not learn Irish in School)</w:t>
            </w:r>
          </w:p>
          <w:p w14:paraId="2CD3A466" w14:textId="7D5B5CF9" w:rsidR="29B2D129" w:rsidRDefault="00000000" w:rsidP="3F9B9FB5">
            <w:sdt>
              <w:sdtPr>
                <w:rPr>
                  <w:color w:val="000000" w:themeColor="text1"/>
                </w:rPr>
                <w:id w:val="-443533376"/>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29B2D129" w:rsidRPr="3F9B9FB5">
              <w:t xml:space="preserve"> Level 2 </w:t>
            </w:r>
            <w:r w:rsidR="3AB6485F" w:rsidRPr="3F9B9FB5">
              <w:t>-</w:t>
            </w:r>
            <w:r w:rsidR="29B2D129" w:rsidRPr="3F9B9FB5">
              <w:t xml:space="preserve"> I am able to communicate at a very basic level on</w:t>
            </w:r>
            <w:r w:rsidR="303316B4" w:rsidRPr="3F9B9FB5">
              <w:t xml:space="preserve"> Irish</w:t>
            </w:r>
            <w:r w:rsidR="29B2D129" w:rsidRPr="3F9B9FB5">
              <w:t xml:space="preserve"> </w:t>
            </w:r>
            <w:r w:rsidR="004D5A6C">
              <w:t xml:space="preserve">(e.g. I can talk </w:t>
            </w:r>
            <w:r w:rsidR="008A6B23">
              <w:t>about my background, where I live etc.)</w:t>
            </w:r>
          </w:p>
          <w:p w14:paraId="61E7B18E" w14:textId="17798E9B" w:rsidR="29B2D129" w:rsidRDefault="00000000" w:rsidP="3F9B9FB5">
            <w:sdt>
              <w:sdtPr>
                <w:rPr>
                  <w:color w:val="000000" w:themeColor="text1"/>
                </w:rPr>
                <w:id w:val="-270168155"/>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29B2D129" w:rsidRPr="3F9B9FB5">
              <w:t xml:space="preserve"> </w:t>
            </w:r>
            <w:r w:rsidR="33DA5CE5" w:rsidRPr="3F9B9FB5">
              <w:t xml:space="preserve">Level 3- I </w:t>
            </w:r>
            <w:r w:rsidR="00F37F2A">
              <w:t xml:space="preserve">have studied Irish at school and </w:t>
            </w:r>
            <w:r w:rsidR="33DA5CE5" w:rsidRPr="3F9B9FB5">
              <w:t>understand a good deal of the language but have had few opportunities to use in recent years</w:t>
            </w:r>
            <w:r w:rsidR="008A6B23">
              <w:t xml:space="preserve"> </w:t>
            </w:r>
          </w:p>
          <w:p w14:paraId="71A34952" w14:textId="1D7EA2C0" w:rsidR="29B2D129" w:rsidRDefault="00000000" w:rsidP="3F9B9FB5">
            <w:sdt>
              <w:sdtPr>
                <w:rPr>
                  <w:color w:val="000000" w:themeColor="text1"/>
                </w:rPr>
                <w:id w:val="-222674786"/>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29B2D129" w:rsidRPr="3F9B9FB5">
              <w:t xml:space="preserve"> </w:t>
            </w:r>
            <w:r w:rsidR="52F5152A" w:rsidRPr="3F9B9FB5">
              <w:t xml:space="preserve">Level 4 </w:t>
            </w:r>
            <w:r w:rsidR="7F3E0573" w:rsidRPr="3F9B9FB5">
              <w:t>-</w:t>
            </w:r>
            <w:r w:rsidR="52F5152A" w:rsidRPr="3F9B9FB5">
              <w:t xml:space="preserve"> I am comfortable speaking Irish and use the language from time to time</w:t>
            </w:r>
          </w:p>
          <w:p w14:paraId="3DFDF58C" w14:textId="0685C012" w:rsidR="29B2D129" w:rsidRDefault="00000000" w:rsidP="3F9B9FB5">
            <w:sdt>
              <w:sdtPr>
                <w:rPr>
                  <w:color w:val="000000" w:themeColor="text1"/>
                </w:rPr>
                <w:id w:val="1373117898"/>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29B2D129" w:rsidRPr="3F9B9FB5">
              <w:t xml:space="preserve"> </w:t>
            </w:r>
            <w:r w:rsidR="78A28CC0" w:rsidRPr="3F9B9FB5">
              <w:t>Level 5</w:t>
            </w:r>
            <w:r w:rsidR="28DEBC17" w:rsidRPr="3F9B9FB5">
              <w:t xml:space="preserve"> </w:t>
            </w:r>
            <w:r w:rsidR="4F76FF56" w:rsidRPr="3F9B9FB5">
              <w:t>-</w:t>
            </w:r>
            <w:r w:rsidR="28DEBC17" w:rsidRPr="3F9B9FB5">
              <w:t xml:space="preserve"> I </w:t>
            </w:r>
            <w:r w:rsidR="650A679B" w:rsidRPr="3F9B9FB5">
              <w:t>am fluent in Irish</w:t>
            </w:r>
          </w:p>
          <w:p w14:paraId="71B10245" w14:textId="50D69AFF" w:rsidR="3F9B9FB5" w:rsidRDefault="3F9B9FB5" w:rsidP="3F9B9FB5"/>
        </w:tc>
      </w:tr>
      <w:tr w:rsidR="00CF648B" w14:paraId="0AE3899E" w14:textId="77777777" w:rsidTr="3443A52E">
        <w:tc>
          <w:tcPr>
            <w:tcW w:w="5159" w:type="dxa"/>
            <w:shd w:val="clear" w:color="auto" w:fill="F2F8F5"/>
            <w:tcMar>
              <w:top w:w="100" w:type="dxa"/>
              <w:left w:w="120" w:type="dxa"/>
              <w:bottom w:w="100" w:type="dxa"/>
              <w:right w:w="120" w:type="dxa"/>
            </w:tcMar>
            <w:vAlign w:val="center"/>
          </w:tcPr>
          <w:p w14:paraId="3F1FED91" w14:textId="5BCB2A6A" w:rsidR="00CF648B" w:rsidRDefault="61F8660C" w:rsidP="3F9B9FB5">
            <w:r w:rsidRPr="3F9B9FB5">
              <w:rPr>
                <w:b/>
                <w:bCs/>
                <w:color w:val="006B54"/>
                <w:sz w:val="16"/>
                <w:szCs w:val="16"/>
              </w:rPr>
              <w:t>Do you require reasonable accommodation to be made at any stage of the selection process?</w:t>
            </w:r>
          </w:p>
          <w:p w14:paraId="1F05E2A9" w14:textId="66239D3E" w:rsidR="00CF648B" w:rsidRDefault="00CF648B" w:rsidP="3F9B9FB5">
            <w:pPr>
              <w:rPr>
                <w:b/>
                <w:bCs/>
                <w:color w:val="006B54"/>
                <w:sz w:val="16"/>
                <w:szCs w:val="16"/>
              </w:rPr>
            </w:pPr>
          </w:p>
          <w:p w14:paraId="295BE27D" w14:textId="448F2BBB" w:rsidR="00CF648B" w:rsidRDefault="1AFA1D20" w:rsidP="3F9B9FB5">
            <w:pPr>
              <w:rPr>
                <w:sz w:val="16"/>
                <w:szCs w:val="16"/>
              </w:rPr>
            </w:pPr>
            <w:r w:rsidRPr="00801C7D">
              <w:rPr>
                <w:sz w:val="16"/>
                <w:szCs w:val="16"/>
              </w:rPr>
              <w:t>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Traveller community.</w:t>
            </w:r>
          </w:p>
        </w:tc>
        <w:tc>
          <w:tcPr>
            <w:tcW w:w="5159" w:type="dxa"/>
            <w:tcMar>
              <w:top w:w="100" w:type="dxa"/>
              <w:left w:w="120" w:type="dxa"/>
              <w:bottom w:w="100" w:type="dxa"/>
              <w:right w:w="120" w:type="dxa"/>
            </w:tcMar>
            <w:vAlign w:val="center"/>
          </w:tcPr>
          <w:p w14:paraId="3B445905" w14:textId="55C171E3" w:rsidR="00CF648B" w:rsidRDefault="00000000" w:rsidP="3F9B9FB5">
            <w:pPr>
              <w:jc w:val="center"/>
            </w:pPr>
            <w:sdt>
              <w:sdtPr>
                <w:rPr>
                  <w:color w:val="000000" w:themeColor="text1"/>
                </w:rPr>
                <w:id w:val="-1449231259"/>
                <w14:checkbox>
                  <w14:checked w14:val="0"/>
                  <w14:checkedState w14:val="2612" w14:font="MS Gothic"/>
                  <w14:uncheckedState w14:val="2610" w14:font="MS Gothic"/>
                </w14:checkbox>
              </w:sdtPr>
              <w:sdtContent>
                <w:r w:rsidR="7F9CF6DD" w:rsidRPr="3443A52E">
                  <w:rPr>
                    <w:rFonts w:ascii="MS Gothic" w:eastAsia="MS Gothic" w:hAnsi="MS Gothic" w:cs="MS Gothic"/>
                    <w:color w:val="000000" w:themeColor="text1"/>
                  </w:rPr>
                  <w:t>☐</w:t>
                </w:r>
              </w:sdtContent>
            </w:sdt>
            <w:r w:rsidR="00DC0437" w:rsidRPr="3443A52E">
              <w:rPr>
                <w:color w:val="000000" w:themeColor="text1"/>
              </w:rPr>
              <w:t xml:space="preserve"> Yes    </w:t>
            </w:r>
            <w:sdt>
              <w:sdtPr>
                <w:rPr>
                  <w:color w:val="000000" w:themeColor="text1"/>
                </w:rPr>
                <w:id w:val="-1697998362"/>
                <w14:checkbox>
                  <w14:checked w14:val="0"/>
                  <w14:checkedState w14:val="2612" w14:font="MS Gothic"/>
                  <w14:uncheckedState w14:val="2610" w14:font="MS Gothic"/>
                </w14:checkbox>
              </w:sdtPr>
              <w:sdtContent>
                <w:r w:rsidR="00401DDE" w:rsidRPr="3443A52E">
                  <w:rPr>
                    <w:rFonts w:ascii="MS Gothic" w:eastAsia="MS Gothic" w:hAnsi="MS Gothic"/>
                    <w:color w:val="000000" w:themeColor="text1"/>
                  </w:rPr>
                  <w:t>☐</w:t>
                </w:r>
              </w:sdtContent>
            </w:sdt>
            <w:r w:rsidR="00DC0437" w:rsidRPr="3443A52E">
              <w:rPr>
                <w:color w:val="000000" w:themeColor="text1"/>
              </w:rPr>
              <w:t xml:space="preserve"> No</w:t>
            </w:r>
            <w:r w:rsidR="7A28EFE1" w:rsidRPr="3443A52E">
              <w:rPr>
                <w:color w:val="000000" w:themeColor="text1"/>
              </w:rPr>
              <w:t xml:space="preserve">   </w:t>
            </w:r>
            <w:sdt>
              <w:sdtPr>
                <w:rPr>
                  <w:color w:val="000000" w:themeColor="text1"/>
                </w:rPr>
                <w:id w:val="2094043471"/>
                <w14:checkbox>
                  <w14:checked w14:val="0"/>
                  <w14:checkedState w14:val="2612" w14:font="MS Gothic"/>
                  <w14:uncheckedState w14:val="2610" w14:font="MS Gothic"/>
                </w14:checkbox>
              </w:sdtPr>
              <w:sdtContent>
                <w:r w:rsidR="00401DDE" w:rsidRPr="3443A52E">
                  <w:rPr>
                    <w:rFonts w:ascii="MS Gothic" w:eastAsia="MS Gothic" w:hAnsi="MS Gothic"/>
                    <w:color w:val="000000" w:themeColor="text1"/>
                  </w:rPr>
                  <w:t>☐</w:t>
                </w:r>
              </w:sdtContent>
            </w:sdt>
            <w:r w:rsidR="7A28EFE1" w:rsidRPr="3443A52E">
              <w:rPr>
                <w:color w:val="000000" w:themeColor="text1"/>
              </w:rPr>
              <w:t xml:space="preserve"> Do not wish to disclose</w:t>
            </w:r>
          </w:p>
        </w:tc>
      </w:tr>
    </w:tbl>
    <w:p w14:paraId="5A366DDD" w14:textId="77777777" w:rsidR="00CF648B" w:rsidRDefault="00DC0437">
      <w:r w:rsidRPr="3F9B9FB5">
        <w:rPr>
          <w:sz w:val="15"/>
          <w:szCs w:val="15"/>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Default="6B13AFB4" w:rsidP="3443A52E">
            <w:pPr>
              <w:rPr>
                <w:b/>
                <w:bCs/>
                <w:color w:val="006B54"/>
                <w:sz w:val="16"/>
                <w:szCs w:val="16"/>
              </w:rPr>
            </w:pPr>
            <w:r w:rsidRPr="3443A52E">
              <w:rPr>
                <w:rFonts w:asciiTheme="minorHAnsi" w:hAnsiTheme="minorHAnsi"/>
                <w:b/>
                <w:bCs/>
                <w:color w:val="006B54"/>
                <w:sz w:val="16"/>
                <w:szCs w:val="16"/>
              </w:rPr>
              <w:t>Where did you hear about this vacancy?</w:t>
            </w:r>
          </w:p>
          <w:p w14:paraId="19FD0B60" w14:textId="2EAAFAC5" w:rsidR="3F9B9FB5" w:rsidRDefault="3F9B9FB5"/>
          <w:p w14:paraId="1CBC4548" w14:textId="0A8B5C21" w:rsidR="3F9B9FB5" w:rsidRDefault="3F9B9FB5" w:rsidP="3F9B9FB5">
            <w:pPr>
              <w:rPr>
                <w:b/>
                <w:bCs/>
                <w:color w:val="006B54"/>
                <w:sz w:val="16"/>
                <w:szCs w:val="16"/>
              </w:rPr>
            </w:pPr>
          </w:p>
        </w:tc>
        <w:tc>
          <w:tcPr>
            <w:tcW w:w="5154" w:type="dxa"/>
            <w:tcMar>
              <w:top w:w="100" w:type="dxa"/>
              <w:left w:w="120" w:type="dxa"/>
              <w:bottom w:w="100" w:type="dxa"/>
              <w:right w:w="120" w:type="dxa"/>
            </w:tcMar>
            <w:vAlign w:val="center"/>
          </w:tcPr>
          <w:p w14:paraId="33394C25" w14:textId="15E4500F" w:rsidR="3F9B9FB5" w:rsidRDefault="00000000" w:rsidP="3F9B9FB5">
            <w:sdt>
              <w:sdtPr>
                <w:rPr>
                  <w:color w:val="000000" w:themeColor="text1"/>
                </w:rPr>
                <w:id w:val="760412278"/>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3F9B9FB5" w:rsidRPr="3F9B9FB5">
              <w:t xml:space="preserve"> </w:t>
            </w:r>
            <w:r w:rsidR="132D9D11" w:rsidRPr="3F9B9FB5">
              <w:t>Fáilte Ireland Website</w:t>
            </w:r>
          </w:p>
          <w:p w14:paraId="0E630FC7" w14:textId="240C4232" w:rsidR="1B677B44" w:rsidRDefault="00000000" w:rsidP="3F9B9FB5">
            <w:sdt>
              <w:sdtPr>
                <w:rPr>
                  <w:color w:val="000000" w:themeColor="text1"/>
                </w:rPr>
                <w:id w:val="797269863"/>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1B677B44" w:rsidRPr="3F9B9FB5">
              <w:t xml:space="preserve"> </w:t>
            </w:r>
            <w:r w:rsidR="132D9D11" w:rsidRPr="3F9B9FB5">
              <w:t>PublicJobs.ie</w:t>
            </w:r>
          </w:p>
          <w:p w14:paraId="408A9F4E" w14:textId="586A1D82" w:rsidR="7F211E71" w:rsidRDefault="00000000" w:rsidP="3F9B9FB5">
            <w:sdt>
              <w:sdtPr>
                <w:rPr>
                  <w:color w:val="000000" w:themeColor="text1"/>
                </w:rPr>
                <w:id w:val="319854052"/>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7F211E71" w:rsidRPr="3F9B9FB5">
              <w:t xml:space="preserve"> </w:t>
            </w:r>
            <w:r w:rsidR="132D9D11" w:rsidRPr="3F9B9FB5">
              <w:t xml:space="preserve">Open Doors Initiative </w:t>
            </w:r>
          </w:p>
          <w:p w14:paraId="750281D0" w14:textId="7DA308EF" w:rsidR="5108E578" w:rsidRDefault="00000000" w:rsidP="3F9B9FB5">
            <w:sdt>
              <w:sdtPr>
                <w:rPr>
                  <w:color w:val="000000" w:themeColor="text1"/>
                </w:rPr>
                <w:id w:val="1375038353"/>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5108E578" w:rsidRPr="3F9B9FB5">
              <w:t xml:space="preserve"> </w:t>
            </w:r>
            <w:r w:rsidR="61E274A4" w:rsidRPr="3F9B9FB5">
              <w:t>LinkedIn</w:t>
            </w:r>
          </w:p>
          <w:p w14:paraId="5CAB7DAF" w14:textId="3692FEF9" w:rsidR="5108E578" w:rsidRPr="00F37F2A" w:rsidRDefault="00000000" w:rsidP="3F9B9FB5">
            <w:sdt>
              <w:sdtPr>
                <w:rPr>
                  <w:color w:val="000000" w:themeColor="text1"/>
                </w:rPr>
                <w:id w:val="1738199343"/>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5108E578" w:rsidRPr="3F9B9FB5">
              <w:rPr>
                <w:b/>
                <w:bCs/>
              </w:rPr>
              <w:t xml:space="preserve"> </w:t>
            </w:r>
            <w:r w:rsidR="132D9D11" w:rsidRPr="00F37F2A">
              <w:t xml:space="preserve">Conscia </w:t>
            </w:r>
            <w:r w:rsidR="00F37F2A">
              <w:t xml:space="preserve">Talent </w:t>
            </w:r>
          </w:p>
          <w:p w14:paraId="07FC2FD4" w14:textId="5AB0236C" w:rsidR="7E035450" w:rsidRDefault="00000000" w:rsidP="3F9B9FB5">
            <w:sdt>
              <w:sdtPr>
                <w:rPr>
                  <w:color w:val="000000" w:themeColor="text1"/>
                </w:rPr>
                <w:id w:val="-221293422"/>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7E035450" w:rsidRPr="3F9B9FB5">
              <w:t xml:space="preserve"> </w:t>
            </w:r>
            <w:r w:rsidR="132D9D11" w:rsidRPr="3F9B9FB5">
              <w:t>Word of Mouth</w:t>
            </w:r>
          </w:p>
          <w:p w14:paraId="270BB5C2" w14:textId="63981732" w:rsidR="5D29FD70" w:rsidRDefault="00000000" w:rsidP="3F9B9FB5">
            <w:sdt>
              <w:sdtPr>
                <w:rPr>
                  <w:color w:val="000000" w:themeColor="text1"/>
                </w:rPr>
                <w:id w:val="1019122666"/>
                <w14:checkbox>
                  <w14:checked w14:val="0"/>
                  <w14:checkedState w14:val="2612" w14:font="MS Gothic"/>
                  <w14:uncheckedState w14:val="2610" w14:font="MS Gothic"/>
                </w14:checkbox>
              </w:sdtPr>
              <w:sdtContent>
                <w:r w:rsidR="00401DDE">
                  <w:rPr>
                    <w:rFonts w:ascii="MS Gothic" w:eastAsia="MS Gothic" w:hAnsi="MS Gothic" w:hint="eastAsia"/>
                    <w:color w:val="000000" w:themeColor="text1"/>
                  </w:rPr>
                  <w:t>☐</w:t>
                </w:r>
              </w:sdtContent>
            </w:sdt>
            <w:r w:rsidR="5D29FD70" w:rsidRPr="3F9B9FB5">
              <w:t xml:space="preserve"> </w:t>
            </w:r>
            <w:r w:rsidR="132D9D11" w:rsidRPr="3F9B9FB5">
              <w:t>Other</w:t>
            </w:r>
          </w:p>
          <w:p w14:paraId="7A16B70D" w14:textId="410E92B0" w:rsidR="3F9B9FB5" w:rsidRDefault="3F9B9FB5" w:rsidP="3F9B9FB5"/>
          <w:p w14:paraId="4AC5AFBE" w14:textId="134EBAFF" w:rsidR="132D9D11" w:rsidRDefault="132D9D11" w:rsidP="3F9B9FB5">
            <w:r w:rsidRPr="3F9B9FB5">
              <w:t>If Other, please give details</w:t>
            </w:r>
            <w:r w:rsidR="13F1FC16" w:rsidRPr="3F9B9FB5">
              <w:t>:</w:t>
            </w:r>
          </w:p>
          <w:tbl>
            <w:tblPr>
              <w:tblStyle w:val="TableGrid"/>
              <w:tblW w:w="0" w:type="auto"/>
              <w:tblLook w:val="06A0" w:firstRow="1" w:lastRow="0" w:firstColumn="1" w:lastColumn="0" w:noHBand="1" w:noVBand="1"/>
            </w:tblPr>
            <w:tblGrid>
              <w:gridCol w:w="4904"/>
            </w:tblGrid>
            <w:tr w:rsidR="3F9B9FB5" w14:paraId="214BF54D" w14:textId="77777777" w:rsidTr="3F9B9FB5">
              <w:trPr>
                <w:trHeight w:val="300"/>
              </w:trPr>
              <w:tc>
                <w:tcPr>
                  <w:tcW w:w="4905" w:type="dxa"/>
                </w:tcPr>
                <w:p w14:paraId="1F992CA7" w14:textId="2761DF7E" w:rsidR="3F9B9FB5" w:rsidRDefault="3F9B9FB5" w:rsidP="3F9B9FB5"/>
              </w:tc>
            </w:tr>
          </w:tbl>
          <w:p w14:paraId="77D96BDC" w14:textId="0516B65F" w:rsidR="3F9B9FB5" w:rsidRDefault="3F9B9FB5" w:rsidP="3F9B9FB5">
            <w:pPr>
              <w:jc w:val="center"/>
            </w:pPr>
          </w:p>
          <w:p w14:paraId="7FB8B49B" w14:textId="471ED7D6" w:rsidR="3F9B9FB5" w:rsidRDefault="3F9B9FB5" w:rsidP="3F9B9FB5">
            <w:pPr>
              <w:jc w:val="center"/>
            </w:pPr>
          </w:p>
          <w:p w14:paraId="7E0E5690" w14:textId="1F5DB1BB" w:rsidR="3F9B9FB5" w:rsidRDefault="3F9B9FB5" w:rsidP="3F9B9FB5">
            <w:pPr>
              <w:jc w:val="center"/>
            </w:pPr>
            <w:r w:rsidRPr="3F9B9FB5">
              <w:rPr>
                <w:color w:val="000000" w:themeColor="text1"/>
              </w:rPr>
              <w:t xml:space="preserve">    </w:t>
            </w:r>
          </w:p>
        </w:tc>
      </w:tr>
    </w:tbl>
    <w:p w14:paraId="3B786237" w14:textId="3EEC7983" w:rsidR="3F9B9FB5" w:rsidRDefault="3F9B9FB5" w:rsidP="3F9B9FB5">
      <w:pPr>
        <w:rPr>
          <w:sz w:val="15"/>
          <w:szCs w:val="15"/>
        </w:rPr>
      </w:pPr>
    </w:p>
    <w:p w14:paraId="53128261"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Default="00DC0437" w:rsidP="3F9B9FB5">
            <w:pPr>
              <w:spacing w:after="0"/>
              <w:rPr>
                <w:b/>
                <w:bCs/>
                <w:color w:val="006B54"/>
                <w:sz w:val="24"/>
                <w:szCs w:val="24"/>
              </w:rPr>
            </w:pPr>
            <w:r w:rsidRPr="3F9B9FB5">
              <w:rPr>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Default="00CF648B">
            <w:pPr>
              <w:jc w:val="right"/>
            </w:pPr>
          </w:p>
        </w:tc>
      </w:tr>
      <w:tr w:rsidR="00CF648B"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Default="006D710E">
            <w:pPr>
              <w:spacing w:after="0"/>
            </w:pPr>
            <w:r>
              <w:rPr>
                <w:b/>
                <w:color w:val="FFFFFF"/>
                <w:sz w:val="22"/>
              </w:rPr>
              <w:t xml:space="preserve">QUALIFICATION DETAILS </w:t>
            </w:r>
          </w:p>
        </w:tc>
      </w:tr>
    </w:tbl>
    <w:p w14:paraId="4101652C" w14:textId="77777777" w:rsidR="00CF648B" w:rsidRDefault="00CF648B">
      <w:pPr>
        <w:spacing w:after="0"/>
      </w:pPr>
    </w:p>
    <w:p w14:paraId="2B29B7D5" w14:textId="77777777" w:rsidR="00CF648B" w:rsidRDefault="00DC0437">
      <w: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29"/>
        <w:gridCol w:w="2413"/>
        <w:gridCol w:w="2574"/>
        <w:gridCol w:w="2192"/>
      </w:tblGrid>
      <w:tr w:rsidR="006D7F69" w14:paraId="360E4511" w14:textId="40C7B4B4" w:rsidTr="006D7F69">
        <w:tc>
          <w:tcPr>
            <w:tcW w:w="3129" w:type="dxa"/>
            <w:shd w:val="clear" w:color="auto" w:fill="006B54"/>
            <w:tcMar>
              <w:top w:w="100" w:type="dxa"/>
              <w:left w:w="120" w:type="dxa"/>
              <w:bottom w:w="100" w:type="dxa"/>
              <w:right w:w="120" w:type="dxa"/>
            </w:tcMar>
            <w:vAlign w:val="center"/>
          </w:tcPr>
          <w:p w14:paraId="646D8035" w14:textId="77777777" w:rsidR="006D7F69" w:rsidRDefault="006D7F69">
            <w:pPr>
              <w:jc w:val="center"/>
            </w:pPr>
            <w:r>
              <w:rPr>
                <w:b/>
                <w:color w:val="FFFFFF"/>
                <w:sz w:val="16"/>
              </w:rPr>
              <w:t>College/University/Professional Bodies</w:t>
            </w:r>
          </w:p>
        </w:tc>
        <w:tc>
          <w:tcPr>
            <w:tcW w:w="2413" w:type="dxa"/>
            <w:shd w:val="clear" w:color="auto" w:fill="006B54"/>
            <w:tcMar>
              <w:top w:w="100" w:type="dxa"/>
              <w:left w:w="120" w:type="dxa"/>
              <w:bottom w:w="100" w:type="dxa"/>
              <w:right w:w="120" w:type="dxa"/>
            </w:tcMar>
            <w:vAlign w:val="center"/>
          </w:tcPr>
          <w:p w14:paraId="38D93C5A" w14:textId="2B6AB825" w:rsidR="006D7F69" w:rsidRDefault="006D7F69">
            <w:pPr>
              <w:jc w:val="center"/>
            </w:pPr>
            <w:r>
              <w:rPr>
                <w:b/>
                <w:color w:val="FFFFFF"/>
                <w:sz w:val="16"/>
              </w:rPr>
              <w:t xml:space="preserve">Course Name </w:t>
            </w:r>
          </w:p>
        </w:tc>
        <w:tc>
          <w:tcPr>
            <w:tcW w:w="2574" w:type="dxa"/>
            <w:shd w:val="clear" w:color="auto" w:fill="006B54"/>
            <w:tcMar>
              <w:top w:w="100" w:type="dxa"/>
              <w:left w:w="120" w:type="dxa"/>
              <w:bottom w:w="100" w:type="dxa"/>
              <w:right w:w="120" w:type="dxa"/>
            </w:tcMar>
            <w:vAlign w:val="center"/>
          </w:tcPr>
          <w:p w14:paraId="795D9AA1" w14:textId="1B04BBCD" w:rsidR="006D7F69" w:rsidRDefault="006D7F69">
            <w:pPr>
              <w:jc w:val="center"/>
            </w:pPr>
            <w:r>
              <w:rPr>
                <w:b/>
                <w:color w:val="FFFFFF"/>
                <w:sz w:val="16"/>
              </w:rPr>
              <w:t>Qualification Type / Level</w:t>
            </w:r>
          </w:p>
        </w:tc>
        <w:tc>
          <w:tcPr>
            <w:tcW w:w="2192" w:type="dxa"/>
            <w:shd w:val="clear" w:color="auto" w:fill="006B54"/>
          </w:tcPr>
          <w:p w14:paraId="2811CA70" w14:textId="77777777" w:rsidR="006D7F69" w:rsidRDefault="006D7F69">
            <w:pPr>
              <w:jc w:val="center"/>
              <w:rPr>
                <w:b/>
                <w:color w:val="FFFFFF"/>
                <w:sz w:val="16"/>
              </w:rPr>
            </w:pPr>
            <w:r>
              <w:rPr>
                <w:b/>
                <w:color w:val="FFFFFF"/>
                <w:sz w:val="16"/>
              </w:rPr>
              <w:t>Duration of Course</w:t>
            </w:r>
          </w:p>
          <w:p w14:paraId="486C3FC5" w14:textId="5329BFBF" w:rsidR="006D7F69" w:rsidRDefault="006D7F69">
            <w:pPr>
              <w:jc w:val="center"/>
              <w:rPr>
                <w:b/>
                <w:color w:val="FFFFFF"/>
                <w:sz w:val="16"/>
              </w:rPr>
            </w:pPr>
            <w:r>
              <w:rPr>
                <w:b/>
                <w:color w:val="FFFFFF"/>
                <w:sz w:val="16"/>
              </w:rPr>
              <w:t>(in years)</w:t>
            </w:r>
          </w:p>
        </w:tc>
      </w:tr>
      <w:tr w:rsidR="006D7F69" w14:paraId="4B99056E" w14:textId="0D0D1EF2" w:rsidTr="006D7F69">
        <w:tc>
          <w:tcPr>
            <w:tcW w:w="3129" w:type="dxa"/>
            <w:tcMar>
              <w:top w:w="100" w:type="dxa"/>
              <w:left w:w="120" w:type="dxa"/>
              <w:bottom w:w="100" w:type="dxa"/>
              <w:right w:w="120" w:type="dxa"/>
            </w:tcMar>
            <w:vAlign w:val="center"/>
          </w:tcPr>
          <w:p w14:paraId="1299C43A" w14:textId="77777777" w:rsidR="006D7F69" w:rsidRDefault="006D7F69">
            <w:r>
              <w:rPr>
                <w:color w:val="000000"/>
              </w:rPr>
              <w:br/>
            </w:r>
          </w:p>
        </w:tc>
        <w:tc>
          <w:tcPr>
            <w:tcW w:w="2413" w:type="dxa"/>
            <w:tcMar>
              <w:top w:w="100" w:type="dxa"/>
              <w:left w:w="120" w:type="dxa"/>
              <w:bottom w:w="100" w:type="dxa"/>
              <w:right w:w="120" w:type="dxa"/>
            </w:tcMar>
            <w:vAlign w:val="center"/>
          </w:tcPr>
          <w:p w14:paraId="4DDBEF00" w14:textId="77777777" w:rsidR="006D7F69" w:rsidRDefault="006D7F69">
            <w:r>
              <w:rPr>
                <w:color w:val="000000"/>
              </w:rPr>
              <w:br/>
            </w:r>
          </w:p>
        </w:tc>
        <w:tc>
          <w:tcPr>
            <w:tcW w:w="2574" w:type="dxa"/>
            <w:tcMar>
              <w:top w:w="100" w:type="dxa"/>
              <w:left w:w="120" w:type="dxa"/>
              <w:bottom w:w="100" w:type="dxa"/>
              <w:right w:w="120" w:type="dxa"/>
            </w:tcMar>
            <w:vAlign w:val="center"/>
          </w:tcPr>
          <w:p w14:paraId="3461D779" w14:textId="77777777" w:rsidR="006D7F69" w:rsidRDefault="006D7F69">
            <w:r>
              <w:rPr>
                <w:color w:val="000000"/>
              </w:rPr>
              <w:br/>
            </w:r>
          </w:p>
        </w:tc>
        <w:tc>
          <w:tcPr>
            <w:tcW w:w="2192" w:type="dxa"/>
          </w:tcPr>
          <w:p w14:paraId="4B68EACD" w14:textId="77777777" w:rsidR="006D7F69" w:rsidRDefault="006D7F69">
            <w:pPr>
              <w:rPr>
                <w:color w:val="000000"/>
              </w:rPr>
            </w:pPr>
          </w:p>
        </w:tc>
      </w:tr>
      <w:tr w:rsidR="006D7F69" w14:paraId="3CF2D8B6" w14:textId="33F7C2D9" w:rsidTr="006D7F69">
        <w:tc>
          <w:tcPr>
            <w:tcW w:w="3129" w:type="dxa"/>
            <w:tcMar>
              <w:top w:w="100" w:type="dxa"/>
              <w:left w:w="120" w:type="dxa"/>
              <w:bottom w:w="100" w:type="dxa"/>
              <w:right w:w="120" w:type="dxa"/>
            </w:tcMar>
            <w:vAlign w:val="center"/>
          </w:tcPr>
          <w:p w14:paraId="0FB78278" w14:textId="77777777" w:rsidR="006D7F69" w:rsidRDefault="006D7F69">
            <w:r>
              <w:rPr>
                <w:color w:val="000000"/>
              </w:rPr>
              <w:br/>
            </w:r>
          </w:p>
        </w:tc>
        <w:tc>
          <w:tcPr>
            <w:tcW w:w="2413" w:type="dxa"/>
            <w:tcMar>
              <w:top w:w="100" w:type="dxa"/>
              <w:left w:w="120" w:type="dxa"/>
              <w:bottom w:w="100" w:type="dxa"/>
              <w:right w:w="120" w:type="dxa"/>
            </w:tcMar>
            <w:vAlign w:val="center"/>
          </w:tcPr>
          <w:p w14:paraId="1FC39945" w14:textId="77777777" w:rsidR="006D7F69" w:rsidRDefault="006D7F69">
            <w:r>
              <w:rPr>
                <w:color w:val="000000"/>
              </w:rPr>
              <w:br/>
            </w:r>
          </w:p>
        </w:tc>
        <w:tc>
          <w:tcPr>
            <w:tcW w:w="2574" w:type="dxa"/>
            <w:tcMar>
              <w:top w:w="100" w:type="dxa"/>
              <w:left w:w="120" w:type="dxa"/>
              <w:bottom w:w="100" w:type="dxa"/>
              <w:right w:w="120" w:type="dxa"/>
            </w:tcMar>
            <w:vAlign w:val="center"/>
          </w:tcPr>
          <w:p w14:paraId="0562CB0E" w14:textId="77777777" w:rsidR="006D7F69" w:rsidRDefault="006D7F69">
            <w:r>
              <w:rPr>
                <w:color w:val="000000"/>
              </w:rPr>
              <w:br/>
            </w:r>
          </w:p>
        </w:tc>
        <w:tc>
          <w:tcPr>
            <w:tcW w:w="2192" w:type="dxa"/>
          </w:tcPr>
          <w:p w14:paraId="42FAE064" w14:textId="77777777" w:rsidR="006D7F69" w:rsidRDefault="006D7F69">
            <w:pPr>
              <w:rPr>
                <w:color w:val="000000"/>
              </w:rPr>
            </w:pPr>
          </w:p>
        </w:tc>
      </w:tr>
      <w:tr w:rsidR="006D7F69" w14:paraId="34CE0A41" w14:textId="17D21BD9" w:rsidTr="006D7F69">
        <w:tc>
          <w:tcPr>
            <w:tcW w:w="3129" w:type="dxa"/>
            <w:tcMar>
              <w:top w:w="100" w:type="dxa"/>
              <w:left w:w="120" w:type="dxa"/>
              <w:bottom w:w="100" w:type="dxa"/>
              <w:right w:w="120" w:type="dxa"/>
            </w:tcMar>
            <w:vAlign w:val="center"/>
          </w:tcPr>
          <w:p w14:paraId="62EBF3C5" w14:textId="77777777" w:rsidR="006D7F69" w:rsidRDefault="006D7F69">
            <w:r>
              <w:rPr>
                <w:color w:val="000000"/>
              </w:rPr>
              <w:br/>
            </w:r>
          </w:p>
        </w:tc>
        <w:tc>
          <w:tcPr>
            <w:tcW w:w="2413" w:type="dxa"/>
            <w:tcMar>
              <w:top w:w="100" w:type="dxa"/>
              <w:left w:w="120" w:type="dxa"/>
              <w:bottom w:w="100" w:type="dxa"/>
              <w:right w:w="120" w:type="dxa"/>
            </w:tcMar>
            <w:vAlign w:val="center"/>
          </w:tcPr>
          <w:p w14:paraId="6D98A12B" w14:textId="77777777" w:rsidR="006D7F69" w:rsidRDefault="006D7F69">
            <w:r>
              <w:rPr>
                <w:color w:val="000000"/>
              </w:rPr>
              <w:br/>
            </w:r>
          </w:p>
        </w:tc>
        <w:tc>
          <w:tcPr>
            <w:tcW w:w="2574" w:type="dxa"/>
            <w:tcMar>
              <w:top w:w="100" w:type="dxa"/>
              <w:left w:w="120" w:type="dxa"/>
              <w:bottom w:w="100" w:type="dxa"/>
              <w:right w:w="120" w:type="dxa"/>
            </w:tcMar>
            <w:vAlign w:val="center"/>
          </w:tcPr>
          <w:p w14:paraId="2946DB82" w14:textId="77777777" w:rsidR="006D7F69" w:rsidRDefault="006D7F69">
            <w:r>
              <w:rPr>
                <w:color w:val="000000"/>
              </w:rPr>
              <w:br/>
            </w:r>
          </w:p>
        </w:tc>
        <w:tc>
          <w:tcPr>
            <w:tcW w:w="2192" w:type="dxa"/>
          </w:tcPr>
          <w:p w14:paraId="72830E20" w14:textId="77777777" w:rsidR="006D7F69" w:rsidRDefault="006D7F69">
            <w:pPr>
              <w:rPr>
                <w:color w:val="000000"/>
              </w:rPr>
            </w:pPr>
          </w:p>
        </w:tc>
      </w:tr>
      <w:tr w:rsidR="006D7F69" w14:paraId="5997CC1D" w14:textId="75EC689D" w:rsidTr="006D7F69">
        <w:tc>
          <w:tcPr>
            <w:tcW w:w="3129" w:type="dxa"/>
            <w:tcMar>
              <w:top w:w="100" w:type="dxa"/>
              <w:left w:w="120" w:type="dxa"/>
              <w:bottom w:w="100" w:type="dxa"/>
              <w:right w:w="120" w:type="dxa"/>
            </w:tcMar>
            <w:vAlign w:val="center"/>
          </w:tcPr>
          <w:p w14:paraId="110FFD37" w14:textId="77777777" w:rsidR="006D7F69" w:rsidRDefault="006D7F69">
            <w:r>
              <w:rPr>
                <w:color w:val="000000"/>
              </w:rPr>
              <w:br/>
            </w:r>
          </w:p>
        </w:tc>
        <w:tc>
          <w:tcPr>
            <w:tcW w:w="2413" w:type="dxa"/>
            <w:tcMar>
              <w:top w:w="100" w:type="dxa"/>
              <w:left w:w="120" w:type="dxa"/>
              <w:bottom w:w="100" w:type="dxa"/>
              <w:right w:w="120" w:type="dxa"/>
            </w:tcMar>
            <w:vAlign w:val="center"/>
          </w:tcPr>
          <w:p w14:paraId="6B699379" w14:textId="77777777" w:rsidR="006D7F69" w:rsidRDefault="006D7F69">
            <w:r>
              <w:rPr>
                <w:color w:val="000000"/>
              </w:rPr>
              <w:br/>
            </w:r>
          </w:p>
        </w:tc>
        <w:tc>
          <w:tcPr>
            <w:tcW w:w="2574" w:type="dxa"/>
            <w:tcMar>
              <w:top w:w="100" w:type="dxa"/>
              <w:left w:w="120" w:type="dxa"/>
              <w:bottom w:w="100" w:type="dxa"/>
              <w:right w:w="120" w:type="dxa"/>
            </w:tcMar>
            <w:vAlign w:val="center"/>
          </w:tcPr>
          <w:p w14:paraId="3FE9F23F" w14:textId="77777777" w:rsidR="006D7F69" w:rsidRDefault="006D7F69">
            <w:r>
              <w:rPr>
                <w:color w:val="000000"/>
              </w:rPr>
              <w:br/>
            </w:r>
          </w:p>
        </w:tc>
        <w:tc>
          <w:tcPr>
            <w:tcW w:w="2192" w:type="dxa"/>
          </w:tcPr>
          <w:p w14:paraId="097653BD" w14:textId="77777777" w:rsidR="006D7F69" w:rsidRDefault="006D7F69">
            <w:pPr>
              <w:rPr>
                <w:color w:val="000000"/>
              </w:rPr>
            </w:pPr>
          </w:p>
        </w:tc>
      </w:tr>
    </w:tbl>
    <w:tbl>
      <w:tblPr>
        <w:tblW w:w="0" w:type="auto"/>
        <w:jc w:val="center"/>
        <w:tblLook w:val="04A0" w:firstRow="1" w:lastRow="0" w:firstColumn="1" w:lastColumn="0" w:noHBand="0" w:noVBand="1"/>
      </w:tblPr>
      <w:tblGrid>
        <w:gridCol w:w="10318"/>
      </w:tblGrid>
      <w:tr w:rsidR="00CF648B"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Default="00DB0165">
            <w:pPr>
              <w:spacing w:after="0"/>
            </w:pPr>
            <w:r>
              <w:rPr>
                <w:b/>
                <w:color w:val="FFFFFF"/>
                <w:sz w:val="22"/>
              </w:rPr>
              <w:t xml:space="preserve"> PROFESSIONAL BODIES &amp; </w:t>
            </w:r>
            <w:r w:rsidR="00DC0437">
              <w:rPr>
                <w:b/>
                <w:color w:val="FFFFFF"/>
                <w:sz w:val="22"/>
              </w:rPr>
              <w:t>OTHER TRAINING COURSES</w:t>
            </w:r>
          </w:p>
        </w:tc>
      </w:tr>
    </w:tbl>
    <w:p w14:paraId="1F72F646" w14:textId="77777777" w:rsidR="00CF648B" w:rsidRDefault="00CF648B">
      <w:pPr>
        <w:spacing w:after="0"/>
      </w:pPr>
    </w:p>
    <w:p w14:paraId="71105374" w14:textId="77777777" w:rsidR="00CF648B" w:rsidRDefault="00DC0437">
      <w: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14:paraId="08CE6F91" w14:textId="77777777">
        <w:tc>
          <w:tcPr>
            <w:tcW w:w="10318" w:type="dxa"/>
            <w:tcMar>
              <w:top w:w="100" w:type="dxa"/>
              <w:left w:w="120" w:type="dxa"/>
              <w:bottom w:w="100" w:type="dxa"/>
              <w:right w:w="120" w:type="dxa"/>
            </w:tcMar>
            <w:vAlign w:val="center"/>
          </w:tcPr>
          <w:p w14:paraId="61CDCEAD" w14:textId="77777777" w:rsidR="00CF648B" w:rsidRDefault="00DC0437">
            <w:r>
              <w:rPr>
                <w:color w:val="000000"/>
              </w:rPr>
              <w:br/>
            </w:r>
          </w:p>
        </w:tc>
      </w:tr>
      <w:tr w:rsidR="00CF648B" w14:paraId="6BB9E253" w14:textId="77777777">
        <w:tc>
          <w:tcPr>
            <w:tcW w:w="10318" w:type="dxa"/>
            <w:tcMar>
              <w:top w:w="100" w:type="dxa"/>
              <w:left w:w="120" w:type="dxa"/>
              <w:bottom w:w="100" w:type="dxa"/>
              <w:right w:w="120" w:type="dxa"/>
            </w:tcMar>
            <w:vAlign w:val="center"/>
          </w:tcPr>
          <w:p w14:paraId="23DE523C" w14:textId="77777777" w:rsidR="00CF648B" w:rsidRDefault="00DC0437">
            <w:r>
              <w:rPr>
                <w:color w:val="000000"/>
              </w:rPr>
              <w:br/>
            </w:r>
          </w:p>
        </w:tc>
      </w:tr>
      <w:tr w:rsidR="00CF648B" w14:paraId="52E56223" w14:textId="77777777">
        <w:tc>
          <w:tcPr>
            <w:tcW w:w="10318" w:type="dxa"/>
            <w:tcMar>
              <w:top w:w="100" w:type="dxa"/>
              <w:left w:w="120" w:type="dxa"/>
              <w:bottom w:w="100" w:type="dxa"/>
              <w:right w:w="120" w:type="dxa"/>
            </w:tcMar>
            <w:vAlign w:val="center"/>
          </w:tcPr>
          <w:p w14:paraId="07547A01" w14:textId="77777777" w:rsidR="00CF648B" w:rsidRDefault="00DC0437">
            <w:r>
              <w:rPr>
                <w:color w:val="000000"/>
              </w:rPr>
              <w:br/>
            </w:r>
          </w:p>
        </w:tc>
      </w:tr>
      <w:tr w:rsidR="00CF648B" w14:paraId="5043CB0F" w14:textId="77777777">
        <w:tc>
          <w:tcPr>
            <w:tcW w:w="10318" w:type="dxa"/>
            <w:tcMar>
              <w:top w:w="100" w:type="dxa"/>
              <w:left w:w="120" w:type="dxa"/>
              <w:bottom w:w="100" w:type="dxa"/>
              <w:right w:w="120" w:type="dxa"/>
            </w:tcMar>
            <w:vAlign w:val="center"/>
          </w:tcPr>
          <w:p w14:paraId="07459315" w14:textId="77777777" w:rsidR="00CF648B" w:rsidRDefault="00DC0437">
            <w:r>
              <w:rPr>
                <w:color w:val="000000"/>
              </w:rPr>
              <w:br/>
            </w:r>
          </w:p>
        </w:tc>
      </w:tr>
    </w:tbl>
    <w:tbl>
      <w:tblPr>
        <w:tblW w:w="0" w:type="auto"/>
        <w:jc w:val="center"/>
        <w:tblLook w:val="04A0" w:firstRow="1" w:lastRow="0" w:firstColumn="1" w:lastColumn="0" w:noHBand="0" w:noVBand="1"/>
      </w:tblPr>
      <w:tblGrid>
        <w:gridCol w:w="10318"/>
      </w:tblGrid>
      <w:tr w:rsidR="00CF648B"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Default="00CF648B">
            <w:pPr>
              <w:spacing w:after="0"/>
            </w:pPr>
          </w:p>
        </w:tc>
      </w:tr>
    </w:tbl>
    <w:p w14:paraId="6537F28F" w14:textId="77777777" w:rsidR="00CF648B" w:rsidRDefault="00CF648B">
      <w:pPr>
        <w:spacing w:after="0"/>
      </w:pPr>
    </w:p>
    <w:p w14:paraId="44E871BC"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Default="00DC0437" w:rsidP="3F9B9FB5">
            <w:pPr>
              <w:spacing w:after="0"/>
              <w:rPr>
                <w:b/>
                <w:bCs/>
                <w:color w:val="006B54"/>
                <w:sz w:val="24"/>
                <w:szCs w:val="24"/>
              </w:rPr>
            </w:pPr>
            <w:r w:rsidRPr="3F9B9FB5">
              <w:rPr>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Default="00CF648B">
            <w:pPr>
              <w:jc w:val="right"/>
            </w:pPr>
          </w:p>
        </w:tc>
      </w:tr>
      <w:tr w:rsidR="00CF648B"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Default="00DC0437">
            <w:pPr>
              <w:spacing w:after="0"/>
            </w:pPr>
            <w:r>
              <w:rPr>
                <w:b/>
                <w:color w:val="FFFFFF"/>
                <w:sz w:val="22"/>
              </w:rPr>
              <w:t>EMPLOYMENT HISTORY</w:t>
            </w:r>
          </w:p>
        </w:tc>
      </w:tr>
    </w:tbl>
    <w:p w14:paraId="738610EB" w14:textId="77777777" w:rsidR="00CF648B" w:rsidRDefault="00CF648B">
      <w:pPr>
        <w:spacing w:after="0"/>
      </w:pPr>
    </w:p>
    <w:tbl>
      <w:tblPr>
        <w:tblStyle w:val="TableGrid"/>
        <w:tblW w:w="0" w:type="auto"/>
        <w:tblLook w:val="04A0" w:firstRow="1" w:lastRow="0" w:firstColumn="1" w:lastColumn="0" w:noHBand="0" w:noVBand="1"/>
      </w:tblPr>
      <w:tblGrid>
        <w:gridCol w:w="5154"/>
        <w:gridCol w:w="5154"/>
      </w:tblGrid>
      <w:tr w:rsidR="00CF648B"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Default="00DC0437">
            <w:r>
              <w:rPr>
                <w:b/>
                <w:color w:val="006B54"/>
                <w:sz w:val="16"/>
              </w:rPr>
              <w:t>Name of employer:</w:t>
            </w:r>
            <w:r>
              <w:rPr>
                <w:b/>
                <w:color w:val="006B54"/>
                <w:sz w:val="16"/>
              </w:rPr>
              <w:br/>
            </w:r>
          </w:p>
        </w:tc>
        <w:tc>
          <w:tcPr>
            <w:tcW w:w="5159" w:type="dxa"/>
            <w:shd w:val="clear" w:color="auto" w:fill="DDEFE8"/>
            <w:tcMar>
              <w:top w:w="100" w:type="dxa"/>
              <w:left w:w="120" w:type="dxa"/>
              <w:bottom w:w="100" w:type="dxa"/>
              <w:right w:w="120" w:type="dxa"/>
            </w:tcMar>
            <w:vAlign w:val="center"/>
          </w:tcPr>
          <w:p w14:paraId="07263F08" w14:textId="77777777" w:rsidR="00CF648B" w:rsidRDefault="00DC0437">
            <w:r>
              <w:rPr>
                <w:b/>
                <w:color w:val="006B54"/>
                <w:sz w:val="16"/>
              </w:rPr>
              <w:t>Nature of business:</w:t>
            </w:r>
            <w:r>
              <w:rPr>
                <w:b/>
                <w:color w:val="006B54"/>
                <w:sz w:val="16"/>
              </w:rPr>
              <w:br/>
            </w:r>
          </w:p>
        </w:tc>
      </w:tr>
      <w:tr w:rsidR="00CF648B"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Default="00DC0437">
            <w:r>
              <w:rPr>
                <w:b/>
                <w:color w:val="006B54"/>
                <w:sz w:val="16"/>
              </w:rPr>
              <w:t>Job title:</w:t>
            </w:r>
            <w:r>
              <w:rPr>
                <w:b/>
                <w:color w:val="006B54"/>
                <w:sz w:val="16"/>
              </w:rPr>
              <w:br/>
            </w:r>
          </w:p>
        </w:tc>
        <w:tc>
          <w:tcPr>
            <w:tcW w:w="5159" w:type="dxa"/>
            <w:shd w:val="clear" w:color="auto" w:fill="DDEFE8"/>
            <w:tcMar>
              <w:top w:w="100" w:type="dxa"/>
              <w:left w:w="120" w:type="dxa"/>
              <w:bottom w:w="100" w:type="dxa"/>
              <w:right w:w="120" w:type="dxa"/>
            </w:tcMar>
            <w:vAlign w:val="center"/>
          </w:tcPr>
          <w:p w14:paraId="62A8A13B" w14:textId="77777777" w:rsidR="00CF648B" w:rsidRDefault="00DC0437">
            <w:r>
              <w:rPr>
                <w:b/>
                <w:color w:val="006B54"/>
                <w:sz w:val="16"/>
              </w:rPr>
              <w:t>Start date:                         End date:</w:t>
            </w:r>
            <w:r>
              <w:rPr>
                <w:b/>
                <w:color w:val="006B54"/>
                <w:sz w:val="16"/>
              </w:rPr>
              <w:br/>
            </w:r>
          </w:p>
        </w:tc>
      </w:tr>
      <w:tr w:rsidR="00CF648B"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Default="00DC0437">
            <w:r>
              <w:rPr>
                <w:b/>
                <w:color w:val="006B54"/>
                <w:sz w:val="16"/>
              </w:rPr>
              <w:t>Roles and Responsibilities:</w:t>
            </w:r>
            <w:r>
              <w:rPr>
                <w:b/>
                <w:color w:val="006B54"/>
                <w:sz w:val="16"/>
              </w:rPr>
              <w:br/>
            </w:r>
            <w:r>
              <w:rPr>
                <w:b/>
                <w:color w:val="006B54"/>
                <w:sz w:val="16"/>
              </w:rPr>
              <w:br/>
            </w:r>
            <w:r>
              <w:rPr>
                <w:b/>
                <w:color w:val="006B54"/>
                <w:sz w:val="16"/>
              </w:rPr>
              <w:br/>
            </w:r>
            <w:r>
              <w:rPr>
                <w:b/>
                <w:color w:val="006B54"/>
                <w:sz w:val="16"/>
              </w:rPr>
              <w:br/>
              <w:t>Reason for leaving:</w:t>
            </w:r>
            <w:r>
              <w:rPr>
                <w:b/>
                <w:color w:val="006B54"/>
                <w:sz w:val="16"/>
              </w:rPr>
              <w:br/>
            </w:r>
          </w:p>
        </w:tc>
      </w:tr>
    </w:tbl>
    <w:p w14:paraId="637805D2" w14:textId="77777777" w:rsidR="00CF648B" w:rsidRDefault="00CF648B">
      <w:pPr>
        <w:spacing w:after="60"/>
      </w:pPr>
    </w:p>
    <w:tbl>
      <w:tblPr>
        <w:tblStyle w:val="TableGrid"/>
        <w:tblW w:w="0" w:type="auto"/>
        <w:tblLook w:val="04A0" w:firstRow="1" w:lastRow="0" w:firstColumn="1" w:lastColumn="0" w:noHBand="0" w:noVBand="1"/>
      </w:tblPr>
      <w:tblGrid>
        <w:gridCol w:w="5154"/>
        <w:gridCol w:w="5154"/>
      </w:tblGrid>
      <w:tr w:rsidR="00CF648B"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Default="00DC0437">
            <w:r>
              <w:rPr>
                <w:b/>
                <w:color w:val="006B54"/>
                <w:sz w:val="16"/>
              </w:rPr>
              <w:t>Name of employer:</w:t>
            </w:r>
            <w:r>
              <w:rPr>
                <w:b/>
                <w:color w:val="006B54"/>
                <w:sz w:val="16"/>
              </w:rPr>
              <w:br/>
            </w:r>
          </w:p>
        </w:tc>
        <w:tc>
          <w:tcPr>
            <w:tcW w:w="5159" w:type="dxa"/>
            <w:shd w:val="clear" w:color="auto" w:fill="DDEFE8"/>
            <w:tcMar>
              <w:top w:w="100" w:type="dxa"/>
              <w:left w:w="120" w:type="dxa"/>
              <w:bottom w:w="100" w:type="dxa"/>
              <w:right w:w="120" w:type="dxa"/>
            </w:tcMar>
            <w:vAlign w:val="center"/>
          </w:tcPr>
          <w:p w14:paraId="5073D0C8" w14:textId="77777777" w:rsidR="00CF648B" w:rsidRDefault="00DC0437">
            <w:r>
              <w:rPr>
                <w:b/>
                <w:color w:val="006B54"/>
                <w:sz w:val="16"/>
              </w:rPr>
              <w:t>Nature of business:</w:t>
            </w:r>
            <w:r>
              <w:rPr>
                <w:b/>
                <w:color w:val="006B54"/>
                <w:sz w:val="16"/>
              </w:rPr>
              <w:br/>
            </w:r>
          </w:p>
        </w:tc>
      </w:tr>
      <w:tr w:rsidR="00CF648B"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Default="00DC0437">
            <w:r>
              <w:rPr>
                <w:b/>
                <w:color w:val="006B54"/>
                <w:sz w:val="16"/>
              </w:rPr>
              <w:t>Job title:</w:t>
            </w:r>
            <w:r>
              <w:rPr>
                <w:b/>
                <w:color w:val="006B54"/>
                <w:sz w:val="16"/>
              </w:rPr>
              <w:br/>
            </w:r>
          </w:p>
        </w:tc>
        <w:tc>
          <w:tcPr>
            <w:tcW w:w="5159" w:type="dxa"/>
            <w:shd w:val="clear" w:color="auto" w:fill="DDEFE8"/>
            <w:tcMar>
              <w:top w:w="100" w:type="dxa"/>
              <w:left w:w="120" w:type="dxa"/>
              <w:bottom w:w="100" w:type="dxa"/>
              <w:right w:w="120" w:type="dxa"/>
            </w:tcMar>
            <w:vAlign w:val="center"/>
          </w:tcPr>
          <w:p w14:paraId="2B1D8A46" w14:textId="77777777" w:rsidR="00CF648B" w:rsidRDefault="00DC0437">
            <w:r>
              <w:rPr>
                <w:b/>
                <w:color w:val="006B54"/>
                <w:sz w:val="16"/>
              </w:rPr>
              <w:t>Start date:                         End date:</w:t>
            </w:r>
            <w:r>
              <w:rPr>
                <w:b/>
                <w:color w:val="006B54"/>
                <w:sz w:val="16"/>
              </w:rPr>
              <w:br/>
            </w:r>
          </w:p>
        </w:tc>
      </w:tr>
      <w:tr w:rsidR="00CF648B"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Default="00DC0437">
            <w:r>
              <w:rPr>
                <w:b/>
                <w:color w:val="006B54"/>
                <w:sz w:val="16"/>
              </w:rPr>
              <w:t>Roles and Responsibilities:</w:t>
            </w:r>
            <w:r>
              <w:rPr>
                <w:b/>
                <w:color w:val="006B54"/>
                <w:sz w:val="16"/>
              </w:rPr>
              <w:br/>
            </w:r>
            <w:r>
              <w:rPr>
                <w:b/>
                <w:color w:val="006B54"/>
                <w:sz w:val="16"/>
              </w:rPr>
              <w:br/>
            </w:r>
            <w:r>
              <w:rPr>
                <w:b/>
                <w:color w:val="006B54"/>
                <w:sz w:val="16"/>
              </w:rPr>
              <w:br/>
            </w:r>
            <w:r>
              <w:rPr>
                <w:b/>
                <w:color w:val="006B54"/>
                <w:sz w:val="16"/>
              </w:rPr>
              <w:br/>
              <w:t>Reason for leaving:</w:t>
            </w:r>
            <w:r>
              <w:rPr>
                <w:b/>
                <w:color w:val="006B54"/>
                <w:sz w:val="16"/>
              </w:rPr>
              <w:br/>
            </w:r>
          </w:p>
        </w:tc>
      </w:tr>
    </w:tbl>
    <w:p w14:paraId="463F29E8" w14:textId="77777777" w:rsidR="00CF648B" w:rsidRDefault="00CF648B">
      <w:pPr>
        <w:spacing w:after="60"/>
      </w:pPr>
    </w:p>
    <w:p w14:paraId="3B7B4B86"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Default="00DC0437" w:rsidP="3F9B9FB5">
            <w:pPr>
              <w:spacing w:after="0"/>
              <w:rPr>
                <w:b/>
                <w:bCs/>
                <w:color w:val="006B54"/>
                <w:sz w:val="24"/>
                <w:szCs w:val="24"/>
              </w:rPr>
            </w:pPr>
            <w:r w:rsidRPr="3F9B9FB5">
              <w:rPr>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Default="00CF648B">
            <w:pPr>
              <w:jc w:val="right"/>
            </w:pPr>
          </w:p>
        </w:tc>
      </w:tr>
      <w:tr w:rsidR="00CF648B"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Default="00DC0437">
            <w:pPr>
              <w:spacing w:after="0"/>
            </w:pPr>
            <w:r>
              <w:rPr>
                <w:b/>
                <w:color w:val="FFFFFF"/>
                <w:sz w:val="22"/>
              </w:rPr>
              <w:t>EMPLOYMENT HISTORY</w:t>
            </w:r>
          </w:p>
        </w:tc>
      </w:tr>
    </w:tbl>
    <w:p w14:paraId="5630AD66" w14:textId="77777777" w:rsidR="00CF648B" w:rsidRDefault="00CF648B">
      <w:pPr>
        <w:spacing w:after="0"/>
      </w:pPr>
    </w:p>
    <w:tbl>
      <w:tblPr>
        <w:tblStyle w:val="TableGrid"/>
        <w:tblW w:w="0" w:type="auto"/>
        <w:tblLook w:val="04A0" w:firstRow="1" w:lastRow="0" w:firstColumn="1" w:lastColumn="0" w:noHBand="0" w:noVBand="1"/>
      </w:tblPr>
      <w:tblGrid>
        <w:gridCol w:w="5154"/>
        <w:gridCol w:w="5154"/>
      </w:tblGrid>
      <w:tr w:rsidR="00CF648B"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Default="00DC0437">
            <w:r>
              <w:rPr>
                <w:b/>
                <w:color w:val="006B54"/>
                <w:sz w:val="16"/>
              </w:rPr>
              <w:t>Name of employer:</w:t>
            </w:r>
            <w:r>
              <w:rPr>
                <w:b/>
                <w:color w:val="006B54"/>
                <w:sz w:val="16"/>
              </w:rPr>
              <w:br/>
            </w:r>
          </w:p>
        </w:tc>
        <w:tc>
          <w:tcPr>
            <w:tcW w:w="5159" w:type="dxa"/>
            <w:shd w:val="clear" w:color="auto" w:fill="DDEFE8"/>
            <w:tcMar>
              <w:top w:w="100" w:type="dxa"/>
              <w:left w:w="120" w:type="dxa"/>
              <w:bottom w:w="100" w:type="dxa"/>
              <w:right w:w="120" w:type="dxa"/>
            </w:tcMar>
            <w:vAlign w:val="center"/>
          </w:tcPr>
          <w:p w14:paraId="6F16CBF1" w14:textId="77777777" w:rsidR="00CF648B" w:rsidRDefault="00DC0437">
            <w:r>
              <w:rPr>
                <w:b/>
                <w:color w:val="006B54"/>
                <w:sz w:val="16"/>
              </w:rPr>
              <w:t>Nature of business:</w:t>
            </w:r>
            <w:r>
              <w:rPr>
                <w:b/>
                <w:color w:val="006B54"/>
                <w:sz w:val="16"/>
              </w:rPr>
              <w:br/>
            </w:r>
          </w:p>
        </w:tc>
      </w:tr>
      <w:tr w:rsidR="00CF648B"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Default="00DC0437">
            <w:r>
              <w:rPr>
                <w:b/>
                <w:color w:val="006B54"/>
                <w:sz w:val="16"/>
              </w:rPr>
              <w:t>Job title:</w:t>
            </w:r>
            <w:r>
              <w:rPr>
                <w:b/>
                <w:color w:val="006B54"/>
                <w:sz w:val="16"/>
              </w:rPr>
              <w:br/>
            </w:r>
          </w:p>
        </w:tc>
        <w:tc>
          <w:tcPr>
            <w:tcW w:w="5159" w:type="dxa"/>
            <w:shd w:val="clear" w:color="auto" w:fill="DDEFE8"/>
            <w:tcMar>
              <w:top w:w="100" w:type="dxa"/>
              <w:left w:w="120" w:type="dxa"/>
              <w:bottom w:w="100" w:type="dxa"/>
              <w:right w:w="120" w:type="dxa"/>
            </w:tcMar>
            <w:vAlign w:val="center"/>
          </w:tcPr>
          <w:p w14:paraId="1C07F0D6" w14:textId="77777777" w:rsidR="00CF648B" w:rsidRDefault="00DC0437">
            <w:r>
              <w:rPr>
                <w:b/>
                <w:color w:val="006B54"/>
                <w:sz w:val="16"/>
              </w:rPr>
              <w:t>Start date:                         End date:</w:t>
            </w:r>
            <w:r>
              <w:rPr>
                <w:b/>
                <w:color w:val="006B54"/>
                <w:sz w:val="16"/>
              </w:rPr>
              <w:br/>
            </w:r>
          </w:p>
        </w:tc>
      </w:tr>
      <w:tr w:rsidR="00CF648B"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Default="00DC0437">
            <w:r>
              <w:rPr>
                <w:b/>
                <w:color w:val="006B54"/>
                <w:sz w:val="16"/>
              </w:rPr>
              <w:t>Roles and Responsibilities:</w:t>
            </w:r>
            <w:r>
              <w:rPr>
                <w:b/>
                <w:color w:val="006B54"/>
                <w:sz w:val="16"/>
              </w:rPr>
              <w:br/>
            </w:r>
            <w:r>
              <w:rPr>
                <w:b/>
                <w:color w:val="006B54"/>
                <w:sz w:val="16"/>
              </w:rPr>
              <w:br/>
            </w:r>
            <w:r>
              <w:rPr>
                <w:b/>
                <w:color w:val="006B54"/>
                <w:sz w:val="16"/>
              </w:rPr>
              <w:br/>
            </w:r>
            <w:r>
              <w:rPr>
                <w:b/>
                <w:color w:val="006B54"/>
                <w:sz w:val="16"/>
              </w:rPr>
              <w:br/>
              <w:t>Reason for leaving:</w:t>
            </w:r>
            <w:r>
              <w:rPr>
                <w:b/>
                <w:color w:val="006B54"/>
                <w:sz w:val="16"/>
              </w:rPr>
              <w:br/>
            </w:r>
          </w:p>
        </w:tc>
      </w:tr>
    </w:tbl>
    <w:p w14:paraId="61829076" w14:textId="77777777" w:rsidR="00CF648B" w:rsidRDefault="00CF648B">
      <w:pPr>
        <w:spacing w:after="60"/>
      </w:pPr>
    </w:p>
    <w:tbl>
      <w:tblPr>
        <w:tblStyle w:val="TableGrid"/>
        <w:tblW w:w="0" w:type="auto"/>
        <w:tblLook w:val="04A0" w:firstRow="1" w:lastRow="0" w:firstColumn="1" w:lastColumn="0" w:noHBand="0" w:noVBand="1"/>
      </w:tblPr>
      <w:tblGrid>
        <w:gridCol w:w="5154"/>
        <w:gridCol w:w="5154"/>
      </w:tblGrid>
      <w:tr w:rsidR="00CF648B"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Default="00DC0437">
            <w:r>
              <w:rPr>
                <w:b/>
                <w:color w:val="006B54"/>
                <w:sz w:val="16"/>
              </w:rPr>
              <w:t>Name of employer:</w:t>
            </w:r>
            <w:r>
              <w:rPr>
                <w:b/>
                <w:color w:val="006B54"/>
                <w:sz w:val="16"/>
              </w:rPr>
              <w:br/>
            </w:r>
          </w:p>
        </w:tc>
        <w:tc>
          <w:tcPr>
            <w:tcW w:w="5159" w:type="dxa"/>
            <w:shd w:val="clear" w:color="auto" w:fill="DDEFE8"/>
            <w:tcMar>
              <w:top w:w="100" w:type="dxa"/>
              <w:left w:w="120" w:type="dxa"/>
              <w:bottom w:w="100" w:type="dxa"/>
              <w:right w:w="120" w:type="dxa"/>
            </w:tcMar>
            <w:vAlign w:val="center"/>
          </w:tcPr>
          <w:p w14:paraId="505BC253" w14:textId="77777777" w:rsidR="00CF648B" w:rsidRDefault="00DC0437">
            <w:r>
              <w:rPr>
                <w:b/>
                <w:color w:val="006B54"/>
                <w:sz w:val="16"/>
              </w:rPr>
              <w:t>Nature of business:</w:t>
            </w:r>
            <w:r>
              <w:rPr>
                <w:b/>
                <w:color w:val="006B54"/>
                <w:sz w:val="16"/>
              </w:rPr>
              <w:br/>
            </w:r>
          </w:p>
        </w:tc>
      </w:tr>
      <w:tr w:rsidR="00CF648B"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Default="00DC0437">
            <w:r>
              <w:rPr>
                <w:b/>
                <w:color w:val="006B54"/>
                <w:sz w:val="16"/>
              </w:rPr>
              <w:t>Job title:</w:t>
            </w:r>
            <w:r>
              <w:rPr>
                <w:b/>
                <w:color w:val="006B54"/>
                <w:sz w:val="16"/>
              </w:rPr>
              <w:br/>
            </w:r>
          </w:p>
        </w:tc>
        <w:tc>
          <w:tcPr>
            <w:tcW w:w="5159" w:type="dxa"/>
            <w:shd w:val="clear" w:color="auto" w:fill="DDEFE8"/>
            <w:tcMar>
              <w:top w:w="100" w:type="dxa"/>
              <w:left w:w="120" w:type="dxa"/>
              <w:bottom w:w="100" w:type="dxa"/>
              <w:right w:w="120" w:type="dxa"/>
            </w:tcMar>
            <w:vAlign w:val="center"/>
          </w:tcPr>
          <w:p w14:paraId="3A0BC237" w14:textId="77777777" w:rsidR="00CF648B" w:rsidRDefault="00DC0437">
            <w:r>
              <w:rPr>
                <w:b/>
                <w:color w:val="006B54"/>
                <w:sz w:val="16"/>
              </w:rPr>
              <w:t>Start date:                         End date:</w:t>
            </w:r>
            <w:r>
              <w:rPr>
                <w:b/>
                <w:color w:val="006B54"/>
                <w:sz w:val="16"/>
              </w:rPr>
              <w:br/>
            </w:r>
          </w:p>
        </w:tc>
      </w:tr>
      <w:tr w:rsidR="00CF648B"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Default="00DC0437">
            <w:r>
              <w:rPr>
                <w:b/>
                <w:color w:val="006B54"/>
                <w:sz w:val="16"/>
              </w:rPr>
              <w:t>Roles and Responsibilities:</w:t>
            </w:r>
            <w:r>
              <w:rPr>
                <w:b/>
                <w:color w:val="006B54"/>
                <w:sz w:val="16"/>
              </w:rPr>
              <w:br/>
            </w:r>
            <w:r>
              <w:rPr>
                <w:b/>
                <w:color w:val="006B54"/>
                <w:sz w:val="16"/>
              </w:rPr>
              <w:br/>
            </w:r>
            <w:r>
              <w:rPr>
                <w:b/>
                <w:color w:val="006B54"/>
                <w:sz w:val="16"/>
              </w:rPr>
              <w:br/>
            </w:r>
            <w:r>
              <w:rPr>
                <w:b/>
                <w:color w:val="006B54"/>
                <w:sz w:val="16"/>
              </w:rPr>
              <w:br/>
              <w:t>Reason for leaving:</w:t>
            </w:r>
            <w:r>
              <w:rPr>
                <w:b/>
                <w:color w:val="006B54"/>
                <w:sz w:val="16"/>
              </w:rPr>
              <w:br/>
            </w:r>
          </w:p>
        </w:tc>
      </w:tr>
    </w:tbl>
    <w:p w14:paraId="2BA226A1" w14:textId="77777777" w:rsidR="00CF648B" w:rsidRDefault="00CF648B">
      <w:pPr>
        <w:spacing w:after="60"/>
      </w:pPr>
    </w:p>
    <w:p w14:paraId="17AD93B2"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Default="00DC0437" w:rsidP="3F9B9FB5">
            <w:pPr>
              <w:spacing w:after="0"/>
              <w:rPr>
                <w:b/>
                <w:bCs/>
                <w:color w:val="006B54"/>
                <w:sz w:val="24"/>
                <w:szCs w:val="24"/>
              </w:rPr>
            </w:pPr>
            <w:r w:rsidRPr="3F9B9FB5">
              <w:rPr>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Default="00CF648B">
            <w:pPr>
              <w:jc w:val="right"/>
            </w:pPr>
          </w:p>
        </w:tc>
      </w:tr>
      <w:tr w:rsidR="00CF648B"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Default="00DC0437">
            <w:pPr>
              <w:spacing w:after="0"/>
            </w:pPr>
            <w:r>
              <w:rPr>
                <w:b/>
                <w:color w:val="FFFFFF"/>
                <w:sz w:val="22"/>
              </w:rPr>
              <w:t>EMPLOYMENT HISTORY</w:t>
            </w:r>
          </w:p>
        </w:tc>
      </w:tr>
    </w:tbl>
    <w:p w14:paraId="66204FF1" w14:textId="77777777" w:rsidR="00CF648B" w:rsidRDefault="00CF648B">
      <w:pPr>
        <w:spacing w:after="0"/>
      </w:pPr>
    </w:p>
    <w:tbl>
      <w:tblPr>
        <w:tblStyle w:val="TableGrid"/>
        <w:tblW w:w="0" w:type="auto"/>
        <w:tblLook w:val="04A0" w:firstRow="1" w:lastRow="0" w:firstColumn="1" w:lastColumn="0" w:noHBand="0" w:noVBand="1"/>
      </w:tblPr>
      <w:tblGrid>
        <w:gridCol w:w="5154"/>
        <w:gridCol w:w="5154"/>
      </w:tblGrid>
      <w:tr w:rsidR="00CF648B"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Default="00DC0437">
            <w:r>
              <w:rPr>
                <w:b/>
                <w:color w:val="006B54"/>
                <w:sz w:val="16"/>
              </w:rPr>
              <w:t>Name of employer:</w:t>
            </w:r>
            <w:r>
              <w:rPr>
                <w:b/>
                <w:color w:val="006B54"/>
                <w:sz w:val="16"/>
              </w:rPr>
              <w:br/>
            </w:r>
          </w:p>
        </w:tc>
        <w:tc>
          <w:tcPr>
            <w:tcW w:w="5159" w:type="dxa"/>
            <w:shd w:val="clear" w:color="auto" w:fill="DDEFE8"/>
            <w:tcMar>
              <w:top w:w="100" w:type="dxa"/>
              <w:left w:w="120" w:type="dxa"/>
              <w:bottom w:w="100" w:type="dxa"/>
              <w:right w:w="120" w:type="dxa"/>
            </w:tcMar>
            <w:vAlign w:val="center"/>
          </w:tcPr>
          <w:p w14:paraId="185AC3FE" w14:textId="77777777" w:rsidR="00CF648B" w:rsidRDefault="00DC0437">
            <w:r>
              <w:rPr>
                <w:b/>
                <w:color w:val="006B54"/>
                <w:sz w:val="16"/>
              </w:rPr>
              <w:t>Nature of business:</w:t>
            </w:r>
            <w:r>
              <w:rPr>
                <w:b/>
                <w:color w:val="006B54"/>
                <w:sz w:val="16"/>
              </w:rPr>
              <w:br/>
            </w:r>
          </w:p>
        </w:tc>
      </w:tr>
      <w:tr w:rsidR="00CF648B"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Default="00DC0437">
            <w:r>
              <w:rPr>
                <w:b/>
                <w:color w:val="006B54"/>
                <w:sz w:val="16"/>
              </w:rPr>
              <w:t>Job title:</w:t>
            </w:r>
            <w:r>
              <w:rPr>
                <w:b/>
                <w:color w:val="006B54"/>
                <w:sz w:val="16"/>
              </w:rPr>
              <w:br/>
            </w:r>
          </w:p>
        </w:tc>
        <w:tc>
          <w:tcPr>
            <w:tcW w:w="5159" w:type="dxa"/>
            <w:shd w:val="clear" w:color="auto" w:fill="DDEFE8"/>
            <w:tcMar>
              <w:top w:w="100" w:type="dxa"/>
              <w:left w:w="120" w:type="dxa"/>
              <w:bottom w:w="100" w:type="dxa"/>
              <w:right w:w="120" w:type="dxa"/>
            </w:tcMar>
            <w:vAlign w:val="center"/>
          </w:tcPr>
          <w:p w14:paraId="62D7F8A9" w14:textId="77777777" w:rsidR="00CF648B" w:rsidRDefault="00DC0437">
            <w:r>
              <w:rPr>
                <w:b/>
                <w:color w:val="006B54"/>
                <w:sz w:val="16"/>
              </w:rPr>
              <w:t>Start date:                         End date:</w:t>
            </w:r>
            <w:r>
              <w:rPr>
                <w:b/>
                <w:color w:val="006B54"/>
                <w:sz w:val="16"/>
              </w:rPr>
              <w:br/>
            </w:r>
          </w:p>
        </w:tc>
      </w:tr>
      <w:tr w:rsidR="00CF648B"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Default="00DC0437">
            <w:r>
              <w:rPr>
                <w:b/>
                <w:color w:val="006B54"/>
                <w:sz w:val="16"/>
              </w:rPr>
              <w:t>Roles and Responsibilities:</w:t>
            </w:r>
            <w:r>
              <w:rPr>
                <w:b/>
                <w:color w:val="006B54"/>
                <w:sz w:val="16"/>
              </w:rPr>
              <w:br/>
            </w:r>
            <w:r>
              <w:rPr>
                <w:b/>
                <w:color w:val="006B54"/>
                <w:sz w:val="16"/>
              </w:rPr>
              <w:br/>
            </w:r>
            <w:r>
              <w:rPr>
                <w:b/>
                <w:color w:val="006B54"/>
                <w:sz w:val="16"/>
              </w:rPr>
              <w:br/>
            </w:r>
            <w:r>
              <w:rPr>
                <w:b/>
                <w:color w:val="006B54"/>
                <w:sz w:val="16"/>
              </w:rPr>
              <w:br/>
              <w:t>Reason for leaving:</w:t>
            </w:r>
            <w:r>
              <w:rPr>
                <w:b/>
                <w:color w:val="006B54"/>
                <w:sz w:val="16"/>
              </w:rPr>
              <w:br/>
            </w:r>
          </w:p>
        </w:tc>
      </w:tr>
    </w:tbl>
    <w:p w14:paraId="2DBF0D7D" w14:textId="77777777" w:rsidR="00CF648B" w:rsidRDefault="00CF648B">
      <w:pPr>
        <w:spacing w:after="60"/>
      </w:pPr>
    </w:p>
    <w:tbl>
      <w:tblPr>
        <w:tblStyle w:val="TableGrid"/>
        <w:tblW w:w="0" w:type="auto"/>
        <w:tblLook w:val="04A0" w:firstRow="1" w:lastRow="0" w:firstColumn="1" w:lastColumn="0" w:noHBand="0" w:noVBand="1"/>
      </w:tblPr>
      <w:tblGrid>
        <w:gridCol w:w="5154"/>
        <w:gridCol w:w="5154"/>
      </w:tblGrid>
      <w:tr w:rsidR="00CF648B"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Default="00DC0437">
            <w:r>
              <w:rPr>
                <w:b/>
                <w:color w:val="006B54"/>
                <w:sz w:val="16"/>
              </w:rPr>
              <w:t>Name of employer:</w:t>
            </w:r>
            <w:r>
              <w:rPr>
                <w:b/>
                <w:color w:val="006B54"/>
                <w:sz w:val="16"/>
              </w:rPr>
              <w:br/>
            </w:r>
          </w:p>
        </w:tc>
        <w:tc>
          <w:tcPr>
            <w:tcW w:w="5159" w:type="dxa"/>
            <w:shd w:val="clear" w:color="auto" w:fill="DDEFE8"/>
            <w:tcMar>
              <w:top w:w="100" w:type="dxa"/>
              <w:left w:w="120" w:type="dxa"/>
              <w:bottom w:w="100" w:type="dxa"/>
              <w:right w:w="120" w:type="dxa"/>
            </w:tcMar>
            <w:vAlign w:val="center"/>
          </w:tcPr>
          <w:p w14:paraId="2CD3B037" w14:textId="77777777" w:rsidR="00CF648B" w:rsidRDefault="00DC0437">
            <w:r>
              <w:rPr>
                <w:b/>
                <w:color w:val="006B54"/>
                <w:sz w:val="16"/>
              </w:rPr>
              <w:t>Nature of business:</w:t>
            </w:r>
            <w:r>
              <w:rPr>
                <w:b/>
                <w:color w:val="006B54"/>
                <w:sz w:val="16"/>
              </w:rPr>
              <w:br/>
            </w:r>
          </w:p>
        </w:tc>
      </w:tr>
      <w:tr w:rsidR="00CF648B"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Default="00DC0437">
            <w:r>
              <w:rPr>
                <w:b/>
                <w:color w:val="006B54"/>
                <w:sz w:val="16"/>
              </w:rPr>
              <w:t>Job title:</w:t>
            </w:r>
            <w:r>
              <w:rPr>
                <w:b/>
                <w:color w:val="006B54"/>
                <w:sz w:val="16"/>
              </w:rPr>
              <w:br/>
            </w:r>
          </w:p>
        </w:tc>
        <w:tc>
          <w:tcPr>
            <w:tcW w:w="5159" w:type="dxa"/>
            <w:shd w:val="clear" w:color="auto" w:fill="DDEFE8"/>
            <w:tcMar>
              <w:top w:w="100" w:type="dxa"/>
              <w:left w:w="120" w:type="dxa"/>
              <w:bottom w:w="100" w:type="dxa"/>
              <w:right w:w="120" w:type="dxa"/>
            </w:tcMar>
            <w:vAlign w:val="center"/>
          </w:tcPr>
          <w:p w14:paraId="623E06EB" w14:textId="77777777" w:rsidR="00CF648B" w:rsidRDefault="00DC0437">
            <w:r>
              <w:rPr>
                <w:b/>
                <w:color w:val="006B54"/>
                <w:sz w:val="16"/>
              </w:rPr>
              <w:t>Start date:                         End date:</w:t>
            </w:r>
            <w:r>
              <w:rPr>
                <w:b/>
                <w:color w:val="006B54"/>
                <w:sz w:val="16"/>
              </w:rPr>
              <w:br/>
            </w:r>
          </w:p>
        </w:tc>
      </w:tr>
      <w:tr w:rsidR="00CF648B"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Default="00DC0437">
            <w:r>
              <w:rPr>
                <w:b/>
                <w:color w:val="006B54"/>
                <w:sz w:val="16"/>
              </w:rPr>
              <w:t>Roles and Responsibilities:</w:t>
            </w:r>
            <w:r>
              <w:rPr>
                <w:b/>
                <w:color w:val="006B54"/>
                <w:sz w:val="16"/>
              </w:rPr>
              <w:br/>
            </w:r>
            <w:r>
              <w:rPr>
                <w:b/>
                <w:color w:val="006B54"/>
                <w:sz w:val="16"/>
              </w:rPr>
              <w:br/>
            </w:r>
            <w:r>
              <w:rPr>
                <w:b/>
                <w:color w:val="006B54"/>
                <w:sz w:val="16"/>
              </w:rPr>
              <w:br/>
            </w:r>
            <w:r>
              <w:rPr>
                <w:b/>
                <w:color w:val="006B54"/>
                <w:sz w:val="16"/>
              </w:rPr>
              <w:br/>
              <w:t>Reason for leaving:</w:t>
            </w:r>
            <w:r>
              <w:rPr>
                <w:b/>
                <w:color w:val="006B54"/>
                <w:sz w:val="16"/>
              </w:rPr>
              <w:br/>
            </w:r>
          </w:p>
        </w:tc>
      </w:tr>
    </w:tbl>
    <w:p w14:paraId="6B62F1B3" w14:textId="77777777" w:rsidR="00CF648B" w:rsidRDefault="00CF648B">
      <w:pPr>
        <w:spacing w:after="60"/>
      </w:pPr>
    </w:p>
    <w:p w14:paraId="02F2C34E"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Default="00DC0437" w:rsidP="3F9B9FB5">
            <w:pPr>
              <w:spacing w:after="0"/>
              <w:rPr>
                <w:b/>
                <w:bCs/>
                <w:color w:val="006B54"/>
                <w:sz w:val="24"/>
                <w:szCs w:val="24"/>
              </w:rPr>
            </w:pPr>
            <w:r w:rsidRPr="3F9B9FB5">
              <w:rPr>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Default="00CF648B">
            <w:pPr>
              <w:jc w:val="right"/>
            </w:pPr>
          </w:p>
        </w:tc>
      </w:tr>
      <w:tr w:rsidR="00CF648B"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Default="00DC0437">
            <w:pPr>
              <w:spacing w:after="0"/>
            </w:pPr>
            <w:r>
              <w:rPr>
                <w:b/>
                <w:color w:val="FFFFFF"/>
                <w:sz w:val="22"/>
              </w:rPr>
              <w:t>KEY COMPETENCIES - Candidate must provide evidence of the following:</w:t>
            </w:r>
          </w:p>
        </w:tc>
      </w:tr>
    </w:tbl>
    <w:p w14:paraId="19219836" w14:textId="77777777" w:rsidR="00CF648B" w:rsidRDefault="00CF648B">
      <w:pPr>
        <w:spacing w:after="0"/>
      </w:pPr>
    </w:p>
    <w:p w14:paraId="6ACCC50A" w14:textId="44DBE420" w:rsidR="7041137D" w:rsidRDefault="7041137D" w:rsidP="401D4E06">
      <w:pPr>
        <w:pStyle w:val="Heading4"/>
        <w:shd w:val="clear" w:color="auto" w:fill="E6F0EC"/>
        <w:spacing w:before="0" w:after="240"/>
        <w:rPr>
          <w:rFonts w:ascii="Arial" w:eastAsia="Arial" w:hAnsi="Arial" w:cs="Arial"/>
          <w:i w:val="0"/>
          <w:iCs w:val="0"/>
          <w:color w:val="006443"/>
          <w:sz w:val="24"/>
          <w:szCs w:val="24"/>
        </w:rPr>
      </w:pPr>
      <w:r w:rsidRPr="401D4E06">
        <w:rPr>
          <w:rFonts w:ascii="Arial" w:eastAsia="Arial" w:hAnsi="Arial"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14:paraId="57B14DA5" w14:textId="77777777" w:rsidTr="401D4E06">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Default="7041137D" w:rsidP="401D4E06">
            <w:pPr>
              <w:rPr>
                <w:rFonts w:eastAsia="Arial" w:cs="Arial"/>
                <w:b/>
                <w:bCs/>
                <w:color w:val="006B54"/>
                <w:sz w:val="22"/>
              </w:rPr>
            </w:pPr>
            <w:r w:rsidRPr="401D4E06">
              <w:rPr>
                <w:rFonts w:eastAsia="Arial" w:cs="Arial"/>
                <w:b/>
                <w:bCs/>
                <w:color w:val="006B54"/>
                <w:sz w:val="22"/>
              </w:rPr>
              <w:t xml:space="preserve">Please give your reasons for making this application, </w:t>
            </w:r>
            <w:bookmarkStart w:id="0" w:name="_Int_DbS6C8yN"/>
            <w:r w:rsidRPr="401D4E06">
              <w:rPr>
                <w:rFonts w:eastAsia="Arial" w:cs="Arial"/>
                <w:b/>
                <w:bCs/>
                <w:color w:val="006B54"/>
                <w:sz w:val="22"/>
              </w:rPr>
              <w:t>relating</w:t>
            </w:r>
            <w:bookmarkEnd w:id="0"/>
            <w:r w:rsidRPr="401D4E06">
              <w:rPr>
                <w:rFonts w:eastAsia="Arial" w:cs="Arial"/>
                <w:b/>
                <w:bCs/>
                <w:color w:val="006B54"/>
                <w:sz w:val="22"/>
              </w:rPr>
              <w:t xml:space="preserve"> your experience, achievements and abilities to the post for which you are applying. Make any points of particular interest, such as practical experience in specialised areas and notable achievements.</w:t>
            </w:r>
          </w:p>
        </w:tc>
      </w:tr>
      <w:tr w:rsidR="3F9B9FB5" w14:paraId="0B9C91AB" w14:textId="77777777" w:rsidTr="401D4E06">
        <w:trPr>
          <w:trHeight w:val="300"/>
        </w:trPr>
        <w:tc>
          <w:tcPr>
            <w:tcW w:w="10308" w:type="dxa"/>
            <w:tcMar>
              <w:top w:w="100" w:type="dxa"/>
              <w:left w:w="120" w:type="dxa"/>
              <w:bottom w:w="100" w:type="dxa"/>
              <w:right w:w="120" w:type="dxa"/>
            </w:tcMar>
            <w:vAlign w:val="center"/>
          </w:tcPr>
          <w:p w14:paraId="354493E8" w14:textId="77777777" w:rsidR="3F9B9FB5" w:rsidRDefault="3F9B9FB5" w:rsidP="3F9B9FB5">
            <w:pPr>
              <w:rPr>
                <w:sz w:val="22"/>
              </w:rPr>
            </w:pPr>
            <w:r>
              <w:br/>
            </w:r>
            <w:r>
              <w:br/>
            </w:r>
            <w:r>
              <w:br/>
            </w:r>
            <w:r>
              <w:br/>
            </w:r>
            <w:r>
              <w:br/>
            </w:r>
            <w:r>
              <w:br/>
            </w:r>
            <w:r>
              <w:br/>
            </w:r>
            <w:r>
              <w:br/>
            </w:r>
            <w:r>
              <w:br/>
            </w:r>
            <w:r>
              <w:br/>
            </w:r>
          </w:p>
        </w:tc>
      </w:tr>
      <w:tr w:rsidR="3443A52E"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Default="3443A52E" w:rsidP="3443A52E">
            <w:pPr>
              <w:spacing w:line="276" w:lineRule="auto"/>
              <w:rPr>
                <w:sz w:val="22"/>
              </w:rPr>
            </w:pPr>
          </w:p>
          <w:p w14:paraId="06F26E59" w14:textId="0B623690" w:rsidR="09AF46E9" w:rsidRDefault="09AF46E9" w:rsidP="3443A52E">
            <w:r w:rsidRPr="3443A52E">
              <w:rPr>
                <w:rFonts w:eastAsia="Arial" w:cs="Arial"/>
                <w:sz w:val="22"/>
              </w:rPr>
              <w:t xml:space="preserve">Are you proficient in the use of Microsoft Office applications (e.g. Outlook, Word, Excel, </w:t>
            </w:r>
            <w:r w:rsidR="07918B2D" w:rsidRPr="3443A52E">
              <w:rPr>
                <w:rFonts w:eastAsia="Arial" w:cs="Arial"/>
                <w:sz w:val="22"/>
              </w:rPr>
              <w:t>PowerPoint,</w:t>
            </w:r>
            <w:r w:rsidRPr="3443A52E">
              <w:rPr>
                <w:rFonts w:eastAsia="Arial" w:cs="Arial"/>
                <w:sz w:val="22"/>
              </w:rPr>
              <w:t xml:space="preserve"> and Teams) required to perform the duties of this role?</w:t>
            </w:r>
          </w:p>
          <w:p w14:paraId="79728924" w14:textId="706A33C2" w:rsidR="3443A52E" w:rsidRDefault="3443A52E" w:rsidP="3443A52E">
            <w:pPr>
              <w:rPr>
                <w:rFonts w:eastAsia="Arial" w:cs="Arial"/>
                <w:sz w:val="22"/>
              </w:rPr>
            </w:pPr>
          </w:p>
          <w:p w14:paraId="0E875CE4" w14:textId="1E3A9F45" w:rsidR="0827A3FD" w:rsidRDefault="00000000" w:rsidP="3443A52E">
            <w:pPr>
              <w:rPr>
                <w:color w:val="000000" w:themeColor="text1"/>
              </w:rPr>
            </w:pPr>
            <w:sdt>
              <w:sdtPr>
                <w:rPr>
                  <w:color w:val="000000" w:themeColor="text1"/>
                </w:rPr>
                <w:id w:val="1356394933"/>
                <w14:checkbox>
                  <w14:checked w14:val="0"/>
                  <w14:checkedState w14:val="2612" w14:font="MS Gothic"/>
                  <w14:uncheckedState w14:val="2610" w14:font="MS Gothic"/>
                </w14:checkbox>
              </w:sdtPr>
              <w:sdtContent>
                <w:r w:rsidR="0827A3FD" w:rsidRPr="3443A52E">
                  <w:rPr>
                    <w:rFonts w:ascii="MS Gothic" w:eastAsia="MS Gothic" w:hAnsi="MS Gothic" w:cs="MS Gothic"/>
                    <w:color w:val="000000" w:themeColor="text1"/>
                  </w:rPr>
                  <w:t>☐</w:t>
                </w:r>
              </w:sdtContent>
            </w:sdt>
            <w:r w:rsidR="7A5352C1" w:rsidRPr="3443A52E">
              <w:rPr>
                <w:color w:val="000000" w:themeColor="text1"/>
              </w:rPr>
              <w:t xml:space="preserve"> Yes    </w:t>
            </w:r>
            <w:sdt>
              <w:sdtPr>
                <w:rPr>
                  <w:color w:val="000000" w:themeColor="text1"/>
                </w:rPr>
                <w:id w:val="209717674"/>
                <w14:checkbox>
                  <w14:checked w14:val="0"/>
                  <w14:checkedState w14:val="2612" w14:font="MS Gothic"/>
                  <w14:uncheckedState w14:val="2610" w14:font="MS Gothic"/>
                </w14:checkbox>
              </w:sdtPr>
              <w:sdtContent>
                <w:r w:rsidR="7A5352C1" w:rsidRPr="3443A52E">
                  <w:rPr>
                    <w:rFonts w:ascii="MS Gothic" w:eastAsia="MS Gothic" w:hAnsi="MS Gothic"/>
                    <w:color w:val="000000" w:themeColor="text1"/>
                  </w:rPr>
                  <w:t>☐</w:t>
                </w:r>
              </w:sdtContent>
            </w:sdt>
            <w:r w:rsidR="7A5352C1" w:rsidRPr="3443A52E">
              <w:rPr>
                <w:color w:val="000000" w:themeColor="text1"/>
              </w:rPr>
              <w:t xml:space="preserve"> No</w:t>
            </w:r>
          </w:p>
          <w:p w14:paraId="14CA9383" w14:textId="6F014BDA" w:rsidR="3443A52E" w:rsidRDefault="3443A52E" w:rsidP="3443A52E">
            <w:pPr>
              <w:rPr>
                <w:sz w:val="22"/>
              </w:rPr>
            </w:pPr>
          </w:p>
        </w:tc>
      </w:tr>
    </w:tbl>
    <w:p w14:paraId="609C731C" w14:textId="56029E3B" w:rsidR="3443A52E" w:rsidRDefault="3443A52E" w:rsidP="3443A52E">
      <w:pPr>
        <w:spacing w:after="0"/>
        <w:rPr>
          <w:sz w:val="22"/>
        </w:rPr>
      </w:pPr>
    </w:p>
    <w:tbl>
      <w:tblPr>
        <w:tblStyle w:val="TableGrid"/>
        <w:tblW w:w="0" w:type="auto"/>
        <w:tblLook w:val="04A0" w:firstRow="1" w:lastRow="0" w:firstColumn="1" w:lastColumn="0" w:noHBand="0" w:noVBand="1"/>
      </w:tblPr>
      <w:tblGrid>
        <w:gridCol w:w="10308"/>
      </w:tblGrid>
      <w:tr w:rsidR="00CF648B" w14:paraId="1FB14324" w14:textId="77777777" w:rsidTr="17C126FE">
        <w:tc>
          <w:tcPr>
            <w:tcW w:w="10318" w:type="dxa"/>
            <w:shd w:val="clear" w:color="auto" w:fill="DDEFE8"/>
            <w:tcMar>
              <w:top w:w="100" w:type="dxa"/>
              <w:left w:w="120" w:type="dxa"/>
              <w:bottom w:w="100" w:type="dxa"/>
              <w:right w:w="120" w:type="dxa"/>
            </w:tcMar>
            <w:vAlign w:val="center"/>
          </w:tcPr>
          <w:p w14:paraId="558E67D3" w14:textId="1E450BD6" w:rsidR="004F36F6" w:rsidRPr="004F36F6" w:rsidRDefault="004F36F6" w:rsidP="004F36F6">
            <w:pPr>
              <w:pStyle w:val="ListParagraph"/>
              <w:numPr>
                <w:ilvl w:val="0"/>
                <w:numId w:val="20"/>
              </w:numPr>
              <w:rPr>
                <w:rFonts w:eastAsia="Arial" w:cs="Arial"/>
                <w:b/>
                <w:bCs/>
                <w:color w:val="006B54"/>
                <w:sz w:val="22"/>
                <w:lang w:val="en-GB"/>
              </w:rPr>
            </w:pPr>
            <w:r w:rsidRPr="004F36F6">
              <w:rPr>
                <w:rFonts w:eastAsia="Arial" w:cs="Arial"/>
                <w:b/>
                <w:bCs/>
                <w:color w:val="006B54"/>
                <w:sz w:val="22"/>
                <w:lang w:val="en-GB"/>
              </w:rPr>
              <w:t>Strategic Thinking </w:t>
            </w:r>
          </w:p>
          <w:p w14:paraId="46B311D1" w14:textId="7BB322B6" w:rsidR="00CF648B" w:rsidRDefault="00DC0437" w:rsidP="17C126FE">
            <w:pPr>
              <w:rPr>
                <w:rFonts w:eastAsia="Arial" w:cs="Arial"/>
                <w:color w:val="006B54"/>
                <w:sz w:val="22"/>
              </w:rPr>
            </w:pPr>
            <w:r>
              <w:br/>
            </w:r>
            <w:r w:rsidRPr="17C126FE">
              <w:rPr>
                <w:rFonts w:eastAsia="Arial" w:cs="Arial"/>
                <w:color w:val="006B54"/>
                <w:sz w:val="22"/>
              </w:rPr>
              <w:t>Please give one specific example of where you demonstrated strong skills in this area (max 3</w:t>
            </w:r>
            <w:r w:rsidR="7C5BE92A" w:rsidRPr="17C126FE">
              <w:rPr>
                <w:rFonts w:eastAsia="Arial" w:cs="Arial"/>
                <w:color w:val="006B54"/>
                <w:sz w:val="22"/>
              </w:rPr>
              <w:t>5</w:t>
            </w:r>
            <w:r w:rsidRPr="17C126FE">
              <w:rPr>
                <w:rFonts w:eastAsia="Arial" w:cs="Arial"/>
                <w:color w:val="006B54"/>
                <w:sz w:val="22"/>
              </w:rPr>
              <w:t>0 words - anything above may disqualify).</w:t>
            </w:r>
          </w:p>
        </w:tc>
      </w:tr>
      <w:tr w:rsidR="00CF648B" w14:paraId="296FEF7D" w14:textId="77777777" w:rsidTr="17C126FE">
        <w:tc>
          <w:tcPr>
            <w:tcW w:w="10318" w:type="dxa"/>
            <w:tcMar>
              <w:top w:w="100" w:type="dxa"/>
              <w:left w:w="120" w:type="dxa"/>
              <w:bottom w:w="100" w:type="dxa"/>
              <w:right w:w="120" w:type="dxa"/>
            </w:tcMar>
            <w:vAlign w:val="center"/>
          </w:tcPr>
          <w:p w14:paraId="7194DBDC" w14:textId="77777777" w:rsidR="00CF648B" w:rsidRDefault="00DC0437" w:rsidP="17C126FE">
            <w:pPr>
              <w:rPr>
                <w:rFonts w:eastAsia="Arial" w:cs="Arial"/>
                <w:sz w:val="22"/>
              </w:rPr>
            </w:pPr>
            <w:r>
              <w:br/>
            </w:r>
            <w:r>
              <w:br/>
            </w:r>
            <w:r>
              <w:br/>
            </w:r>
            <w:r>
              <w:br/>
            </w:r>
            <w:r>
              <w:br/>
            </w:r>
            <w:r>
              <w:br/>
            </w:r>
            <w:r>
              <w:br/>
            </w:r>
            <w:r>
              <w:br/>
            </w:r>
            <w:r>
              <w:br/>
            </w:r>
            <w:r>
              <w:br/>
            </w:r>
          </w:p>
        </w:tc>
      </w:tr>
    </w:tbl>
    <w:p w14:paraId="769D0D3C" w14:textId="77777777" w:rsidR="00CF648B" w:rsidRDefault="00CF648B" w:rsidP="17C126FE">
      <w:pPr>
        <w:rPr>
          <w:rFonts w:eastAsia="Arial" w:cs="Arial"/>
          <w:sz w:val="22"/>
        </w:rPr>
      </w:pPr>
    </w:p>
    <w:tbl>
      <w:tblPr>
        <w:tblStyle w:val="TableGrid"/>
        <w:tblW w:w="0" w:type="auto"/>
        <w:tblLook w:val="04A0" w:firstRow="1" w:lastRow="0" w:firstColumn="1" w:lastColumn="0" w:noHBand="0" w:noVBand="1"/>
      </w:tblPr>
      <w:tblGrid>
        <w:gridCol w:w="10308"/>
      </w:tblGrid>
      <w:tr w:rsidR="00CF648B" w14:paraId="62FA3B99" w14:textId="77777777" w:rsidTr="17C126FE">
        <w:tc>
          <w:tcPr>
            <w:tcW w:w="10318" w:type="dxa"/>
            <w:shd w:val="clear" w:color="auto" w:fill="DDEFE8"/>
            <w:tcMar>
              <w:top w:w="100" w:type="dxa"/>
              <w:left w:w="120" w:type="dxa"/>
              <w:bottom w:w="100" w:type="dxa"/>
              <w:right w:w="120" w:type="dxa"/>
            </w:tcMar>
            <w:vAlign w:val="center"/>
          </w:tcPr>
          <w:p w14:paraId="7BE80015" w14:textId="7D4E3F03" w:rsidR="00CF648B" w:rsidRPr="004F36F6" w:rsidRDefault="004F36F6" w:rsidP="004F36F6">
            <w:pPr>
              <w:pStyle w:val="ListParagraph"/>
              <w:numPr>
                <w:ilvl w:val="0"/>
                <w:numId w:val="20"/>
              </w:numPr>
              <w:rPr>
                <w:rFonts w:eastAsia="Arial" w:cs="Arial"/>
                <w:b/>
                <w:bCs/>
                <w:color w:val="006B54"/>
                <w:sz w:val="22"/>
              </w:rPr>
            </w:pPr>
            <w:r>
              <w:rPr>
                <w:rFonts w:eastAsia="Arial" w:cs="Arial"/>
                <w:b/>
                <w:bCs/>
                <w:color w:val="006B54"/>
                <w:sz w:val="22"/>
              </w:rPr>
              <w:t>Decision Making</w:t>
            </w:r>
          </w:p>
          <w:p w14:paraId="3E848124" w14:textId="7B388847" w:rsidR="00CF648B" w:rsidRDefault="00DC0437" w:rsidP="17C126FE">
            <w:pPr>
              <w:rPr>
                <w:rFonts w:eastAsia="Arial" w:cs="Arial"/>
                <w:b/>
                <w:bCs/>
                <w:color w:val="006B54"/>
                <w:sz w:val="22"/>
              </w:rPr>
            </w:pPr>
            <w:r>
              <w:br/>
            </w:r>
            <w:r w:rsidRPr="17C126FE">
              <w:rPr>
                <w:rFonts w:eastAsia="Arial" w:cs="Arial"/>
                <w:color w:val="006B54"/>
                <w:sz w:val="22"/>
              </w:rPr>
              <w:t xml:space="preserve">Please give one specific example of where you </w:t>
            </w:r>
            <w:bookmarkStart w:id="1" w:name="_Int_X6iSjR6T"/>
            <w:r w:rsidRPr="17C126FE">
              <w:rPr>
                <w:rFonts w:eastAsia="Arial" w:cs="Arial"/>
                <w:color w:val="006B54"/>
                <w:sz w:val="22"/>
              </w:rPr>
              <w:t>demonstrated</w:t>
            </w:r>
            <w:bookmarkEnd w:id="1"/>
            <w:r w:rsidRPr="17C126FE">
              <w:rPr>
                <w:rFonts w:eastAsia="Arial" w:cs="Arial"/>
                <w:color w:val="006B54"/>
                <w:sz w:val="22"/>
              </w:rPr>
              <w:t xml:space="preserve"> strong skills in this area (max 3</w:t>
            </w:r>
            <w:r w:rsidR="77AC2A70" w:rsidRPr="17C126FE">
              <w:rPr>
                <w:rFonts w:eastAsia="Arial" w:cs="Arial"/>
                <w:color w:val="006B54"/>
                <w:sz w:val="22"/>
              </w:rPr>
              <w:t>5</w:t>
            </w:r>
            <w:r w:rsidRPr="17C126FE">
              <w:rPr>
                <w:rFonts w:eastAsia="Arial" w:cs="Arial"/>
                <w:color w:val="006B54"/>
                <w:sz w:val="22"/>
              </w:rPr>
              <w:t>0 words - anything above may disqualify).</w:t>
            </w:r>
          </w:p>
        </w:tc>
      </w:tr>
      <w:tr w:rsidR="00CF648B" w14:paraId="54CD245A" w14:textId="77777777" w:rsidTr="17C126FE">
        <w:tc>
          <w:tcPr>
            <w:tcW w:w="10318" w:type="dxa"/>
            <w:tcMar>
              <w:top w:w="100" w:type="dxa"/>
              <w:left w:w="120" w:type="dxa"/>
              <w:bottom w:w="100" w:type="dxa"/>
              <w:right w:w="120" w:type="dxa"/>
            </w:tcMar>
            <w:vAlign w:val="center"/>
          </w:tcPr>
          <w:p w14:paraId="76E74AFA" w14:textId="741C5A55" w:rsidR="00CF648B" w:rsidRDefault="00DC0437" w:rsidP="17C126FE">
            <w:pPr>
              <w:rPr>
                <w:rFonts w:eastAsia="Arial" w:cs="Arial"/>
              </w:rPr>
            </w:pPr>
            <w:r>
              <w:br/>
            </w:r>
            <w:r>
              <w:br/>
            </w:r>
            <w:r>
              <w:br/>
            </w:r>
            <w:r>
              <w:br/>
            </w:r>
            <w:r>
              <w:br/>
            </w:r>
            <w:r>
              <w:br/>
            </w:r>
            <w:r>
              <w:br/>
            </w:r>
            <w:r>
              <w:br/>
            </w:r>
            <w:r>
              <w:lastRenderedPageBreak/>
              <w:br/>
            </w:r>
          </w:p>
          <w:p w14:paraId="1231BE67" w14:textId="19A4A746" w:rsidR="00CF648B" w:rsidRDefault="00DC0437" w:rsidP="17C126FE">
            <w:pPr>
              <w:rPr>
                <w:rFonts w:eastAsia="Arial" w:cs="Arial"/>
                <w:sz w:val="22"/>
              </w:rPr>
            </w:pPr>
            <w:r>
              <w:br/>
            </w:r>
          </w:p>
        </w:tc>
      </w:tr>
    </w:tbl>
    <w:p w14:paraId="08831F03" w14:textId="77777777" w:rsidR="00CF648B" w:rsidRDefault="00CF648B" w:rsidP="17C126FE">
      <w:pPr>
        <w:spacing w:after="0"/>
        <w:rPr>
          <w:rFonts w:eastAsia="Arial" w:cs="Arial"/>
          <w:sz w:val="22"/>
        </w:rPr>
      </w:pPr>
    </w:p>
    <w:tbl>
      <w:tblPr>
        <w:tblStyle w:val="TableGrid"/>
        <w:tblW w:w="0" w:type="auto"/>
        <w:tblLook w:val="04A0" w:firstRow="1" w:lastRow="0" w:firstColumn="1" w:lastColumn="0" w:noHBand="0" w:noVBand="1"/>
      </w:tblPr>
      <w:tblGrid>
        <w:gridCol w:w="10308"/>
      </w:tblGrid>
      <w:tr w:rsidR="7A5198BA" w14:paraId="4C3C51E1" w14:textId="77777777" w:rsidTr="17C126FE">
        <w:trPr>
          <w:trHeight w:val="300"/>
        </w:trPr>
        <w:tc>
          <w:tcPr>
            <w:tcW w:w="10308" w:type="dxa"/>
            <w:shd w:val="clear" w:color="auto" w:fill="DDEFE8"/>
            <w:tcMar>
              <w:top w:w="100" w:type="dxa"/>
              <w:left w:w="120" w:type="dxa"/>
              <w:bottom w:w="100" w:type="dxa"/>
              <w:right w:w="120" w:type="dxa"/>
            </w:tcMar>
            <w:vAlign w:val="center"/>
          </w:tcPr>
          <w:p w14:paraId="779CCBF6" w14:textId="11D4513E" w:rsidR="7A5198BA" w:rsidRPr="004F36F6" w:rsidRDefault="004F36F6" w:rsidP="004F36F6">
            <w:pPr>
              <w:pStyle w:val="ListParagraph"/>
              <w:numPr>
                <w:ilvl w:val="0"/>
                <w:numId w:val="20"/>
              </w:numPr>
              <w:rPr>
                <w:rFonts w:eastAsia="Arial" w:cs="Arial"/>
                <w:b/>
                <w:bCs/>
                <w:color w:val="006B54"/>
                <w:sz w:val="22"/>
              </w:rPr>
            </w:pPr>
            <w:r w:rsidRPr="004F36F6">
              <w:rPr>
                <w:rFonts w:eastAsia="Arial" w:cs="Arial"/>
                <w:b/>
                <w:bCs/>
                <w:color w:val="006B54"/>
                <w:sz w:val="22"/>
              </w:rPr>
              <w:t>Inspire and Engage</w:t>
            </w:r>
          </w:p>
          <w:p w14:paraId="795D7D77" w14:textId="70EA9912" w:rsidR="7A5198BA" w:rsidRDefault="7A5198BA" w:rsidP="17C126FE">
            <w:pPr>
              <w:rPr>
                <w:rFonts w:eastAsia="Arial" w:cs="Arial"/>
                <w:color w:val="006B54"/>
                <w:sz w:val="22"/>
              </w:rPr>
            </w:pPr>
            <w:r>
              <w:br/>
            </w:r>
            <w:r w:rsidR="04A0CF53" w:rsidRPr="17C126FE">
              <w:rPr>
                <w:rFonts w:eastAsia="Arial" w:cs="Arial"/>
                <w:color w:val="006B54"/>
                <w:sz w:val="22"/>
              </w:rPr>
              <w:t>Please give one specific example of where you demonstrated strong skills in this area (max 350 words - anything above may disqualify).</w:t>
            </w:r>
          </w:p>
        </w:tc>
      </w:tr>
      <w:tr w:rsidR="7A5198BA" w14:paraId="2C68086D" w14:textId="77777777" w:rsidTr="17C126FE">
        <w:trPr>
          <w:trHeight w:val="300"/>
        </w:trPr>
        <w:tc>
          <w:tcPr>
            <w:tcW w:w="10308" w:type="dxa"/>
            <w:tcMar>
              <w:top w:w="100" w:type="dxa"/>
              <w:left w:w="120" w:type="dxa"/>
              <w:bottom w:w="100" w:type="dxa"/>
              <w:right w:w="120" w:type="dxa"/>
            </w:tcMar>
            <w:vAlign w:val="center"/>
          </w:tcPr>
          <w:p w14:paraId="44958D69" w14:textId="77777777" w:rsidR="7A5198BA" w:rsidRDefault="7A5198BA" w:rsidP="17C126FE">
            <w:pPr>
              <w:rPr>
                <w:rFonts w:eastAsia="Arial" w:cs="Arial"/>
                <w:sz w:val="22"/>
              </w:rPr>
            </w:pPr>
            <w:r>
              <w:br/>
            </w:r>
            <w:r>
              <w:br/>
            </w:r>
            <w:r>
              <w:br/>
            </w:r>
            <w:r>
              <w:br/>
            </w:r>
            <w:r>
              <w:br/>
            </w:r>
            <w:r>
              <w:br/>
            </w:r>
            <w:r>
              <w:br/>
            </w:r>
            <w:r>
              <w:br/>
            </w:r>
            <w:r>
              <w:br/>
            </w:r>
            <w:r>
              <w:br/>
            </w:r>
          </w:p>
        </w:tc>
      </w:tr>
    </w:tbl>
    <w:p w14:paraId="117A5A5B" w14:textId="77777777" w:rsidR="00CF648B" w:rsidRDefault="00CF648B" w:rsidP="17C126FE">
      <w:pPr>
        <w:rPr>
          <w:rFonts w:eastAsia="Arial" w:cs="Arial"/>
          <w:sz w:val="22"/>
        </w:rPr>
      </w:pPr>
    </w:p>
    <w:tbl>
      <w:tblPr>
        <w:tblStyle w:val="TableGrid"/>
        <w:tblW w:w="0" w:type="auto"/>
        <w:tblLook w:val="04A0" w:firstRow="1" w:lastRow="0" w:firstColumn="1" w:lastColumn="0" w:noHBand="0" w:noVBand="1"/>
      </w:tblPr>
      <w:tblGrid>
        <w:gridCol w:w="10308"/>
      </w:tblGrid>
      <w:tr w:rsidR="401D4E06"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2B6F9194" w14:textId="45E1220C" w:rsidR="6771A950" w:rsidRPr="004F36F6" w:rsidRDefault="004F36F6" w:rsidP="004F36F6">
            <w:pPr>
              <w:pStyle w:val="ListParagraph"/>
              <w:numPr>
                <w:ilvl w:val="0"/>
                <w:numId w:val="20"/>
              </w:numPr>
              <w:rPr>
                <w:rFonts w:eastAsia="Arial" w:cs="Arial"/>
                <w:b/>
                <w:bCs/>
                <w:color w:val="006B54"/>
                <w:sz w:val="22"/>
              </w:rPr>
            </w:pPr>
            <w:r>
              <w:rPr>
                <w:rFonts w:eastAsia="Arial" w:cs="Arial"/>
                <w:b/>
                <w:bCs/>
                <w:color w:val="006B54"/>
                <w:sz w:val="22"/>
              </w:rPr>
              <w:t>Embracing Innovation</w:t>
            </w:r>
          </w:p>
          <w:p w14:paraId="40848C7C" w14:textId="70EA9912" w:rsidR="401D4E06" w:rsidRDefault="401D4E06" w:rsidP="17C126FE">
            <w:pPr>
              <w:rPr>
                <w:rFonts w:eastAsia="Arial" w:cs="Arial"/>
                <w:color w:val="006B54"/>
                <w:sz w:val="22"/>
              </w:rPr>
            </w:pPr>
            <w:r>
              <w:br/>
            </w:r>
            <w:r w:rsidRPr="17C126FE">
              <w:rPr>
                <w:rFonts w:eastAsia="Arial" w:cs="Arial"/>
                <w:color w:val="006B54"/>
                <w:sz w:val="22"/>
              </w:rPr>
              <w:t>Please give one specific example of where you demonstrated strong skills in this area (max 350 words - anything above may disqualify).</w:t>
            </w:r>
          </w:p>
        </w:tc>
      </w:tr>
      <w:tr w:rsidR="401D4E06"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Default="401D4E06" w:rsidP="17C126FE">
            <w:pPr>
              <w:rPr>
                <w:rFonts w:eastAsia="Arial" w:cs="Arial"/>
                <w:sz w:val="22"/>
              </w:rPr>
            </w:pPr>
            <w:r>
              <w:br/>
            </w:r>
            <w:r>
              <w:br/>
            </w:r>
            <w:r>
              <w:br/>
            </w:r>
            <w:r>
              <w:br/>
            </w:r>
            <w:r>
              <w:br/>
            </w:r>
            <w:r>
              <w:br/>
            </w:r>
            <w:r>
              <w:br/>
            </w:r>
            <w:r>
              <w:br/>
            </w:r>
            <w:r>
              <w:br/>
            </w:r>
            <w:r>
              <w:br/>
            </w:r>
          </w:p>
        </w:tc>
      </w:tr>
    </w:tbl>
    <w:p w14:paraId="2B50D783" w14:textId="5E4896B3" w:rsidR="401D4E06" w:rsidRDefault="401D4E06" w:rsidP="17C126FE">
      <w:pPr>
        <w:rPr>
          <w:rFonts w:eastAsia="Arial" w:cs="Arial"/>
          <w:sz w:val="22"/>
        </w:rPr>
      </w:pPr>
    </w:p>
    <w:p w14:paraId="36FEB5B0" w14:textId="143F57B7" w:rsidR="00CF648B" w:rsidRDefault="00CF648B" w:rsidP="17C126FE">
      <w:pPr>
        <w:rPr>
          <w:rFonts w:eastAsia="Arial" w:cs="Arial"/>
          <w:sz w:val="22"/>
        </w:rPr>
      </w:pPr>
    </w:p>
    <w:p w14:paraId="47207D17" w14:textId="1977F20A" w:rsidR="401D4E06" w:rsidRDefault="401D4E06" w:rsidP="17C126FE">
      <w:pPr>
        <w:rPr>
          <w:rFonts w:eastAsia="Arial" w:cs="Arial"/>
          <w:sz w:val="22"/>
        </w:rPr>
      </w:pPr>
    </w:p>
    <w:p w14:paraId="202D621B" w14:textId="38A470F2" w:rsidR="401D4E06" w:rsidRDefault="401D4E06" w:rsidP="17C126FE">
      <w:pPr>
        <w:rPr>
          <w:rFonts w:eastAsia="Arial" w:cs="Arial"/>
          <w:sz w:val="22"/>
        </w:rPr>
      </w:pPr>
    </w:p>
    <w:p w14:paraId="30DC3353" w14:textId="71F94081" w:rsidR="401D4E06" w:rsidRDefault="401D4E06" w:rsidP="401D4E06">
      <w:pPr>
        <w:rPr>
          <w:sz w:val="22"/>
        </w:rPr>
      </w:pPr>
    </w:p>
    <w:p w14:paraId="20D48B9D" w14:textId="5AFA31B0" w:rsidR="401D4E06" w:rsidRDefault="401D4E06" w:rsidP="17C126FE">
      <w:pPr>
        <w:rPr>
          <w:rFonts w:eastAsia="Arial" w:cs="Arial"/>
          <w:sz w:val="22"/>
        </w:rPr>
      </w:pPr>
    </w:p>
    <w:p w14:paraId="2AE7BD5A" w14:textId="240C1DA4" w:rsidR="401D4E06" w:rsidRDefault="401D4E06" w:rsidP="17C126FE">
      <w:pPr>
        <w:rPr>
          <w:rFonts w:eastAsia="Arial" w:cs="Arial"/>
          <w:sz w:val="22"/>
        </w:rPr>
      </w:pPr>
    </w:p>
    <w:p w14:paraId="30D7AA69" w14:textId="77777777" w:rsidR="00CF648B" w:rsidRDefault="00DC0437" w:rsidP="17C126FE">
      <w:pPr>
        <w:rPr>
          <w:rFonts w:eastAsia="Arial" w:cs="Arial"/>
          <w:sz w:val="22"/>
        </w:rPr>
      </w:pPr>
      <w:r w:rsidRPr="17C126FE">
        <w:rPr>
          <w:rFonts w:eastAsia="Arial" w:cs="Arial"/>
          <w:sz w:val="22"/>
        </w:rPr>
        <w:br w:type="page"/>
      </w:r>
    </w:p>
    <w:p w14:paraId="7601D09C" w14:textId="77777777" w:rsidR="00CF648B" w:rsidRDefault="00DC0437">
      <w:pPr>
        <w:spacing w:before="500"/>
      </w:pPr>
      <w:r>
        <w:rPr>
          <w:b/>
          <w:color w:val="006B54"/>
        </w:rPr>
        <w:lastRenderedPageBreak/>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Default="00DC0437">
            <w:pPr>
              <w:spacing w:after="0"/>
            </w:pPr>
            <w:r>
              <w:rPr>
                <w:b/>
                <w:color w:val="FFFFFF"/>
                <w:sz w:val="22"/>
              </w:rPr>
              <w:t>DECLARATION</w:t>
            </w:r>
          </w:p>
        </w:tc>
      </w:tr>
    </w:tbl>
    <w:p w14:paraId="4B1F511A" w14:textId="77777777" w:rsidR="00CF648B" w:rsidRDefault="00CF648B">
      <w:pPr>
        <w:spacing w:after="0"/>
      </w:pPr>
    </w:p>
    <w:p w14:paraId="11613342" w14:textId="4FC905E1" w:rsidR="00CF648B" w:rsidRDefault="00DC0437">
      <w:pPr>
        <w:spacing w:after="500"/>
      </w:pPr>
      <w:r>
        <w:t>I declare that by submitting this application form, the foregoing particulars are complete and correct to the best of my knowledge and belief, and I consent to my personal details being used to process my employment application.</w:t>
      </w:r>
      <w:r>
        <w:br/>
      </w:r>
      <w:r>
        <w:br/>
        <w:t>Any candidate found to have knowingly given false information, or to have wil</w:t>
      </w:r>
      <w:r w:rsidR="298FE48A">
        <w:t>l f</w:t>
      </w:r>
      <w: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Default="00DC0437">
            <w:r>
              <w:rPr>
                <w:b/>
                <w:color w:val="006B54"/>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Default="00DC0437">
            <w:r>
              <w:rPr>
                <w:b/>
                <w:color w:val="006B54"/>
              </w:rPr>
              <w:t>Date:</w:t>
            </w:r>
          </w:p>
        </w:tc>
      </w:tr>
      <w:tr w:rsidR="00CF648B" w14:paraId="65F9C3DC" w14:textId="77777777">
        <w:tc>
          <w:tcPr>
            <w:tcW w:w="5159" w:type="dxa"/>
            <w:tcMar>
              <w:top w:w="100" w:type="dxa"/>
              <w:left w:w="120" w:type="dxa"/>
              <w:bottom w:w="100" w:type="dxa"/>
              <w:right w:w="120" w:type="dxa"/>
            </w:tcMar>
            <w:vAlign w:val="center"/>
          </w:tcPr>
          <w:p w14:paraId="5023141B" w14:textId="77777777" w:rsidR="00CF648B" w:rsidRDefault="00DC0437">
            <w:r>
              <w:rPr>
                <w:color w:val="000000"/>
              </w:rPr>
              <w:br/>
            </w:r>
          </w:p>
        </w:tc>
        <w:tc>
          <w:tcPr>
            <w:tcW w:w="5159" w:type="dxa"/>
            <w:tcMar>
              <w:top w:w="100" w:type="dxa"/>
              <w:left w:w="120" w:type="dxa"/>
              <w:bottom w:w="100" w:type="dxa"/>
              <w:right w:w="120" w:type="dxa"/>
            </w:tcMar>
            <w:vAlign w:val="center"/>
          </w:tcPr>
          <w:p w14:paraId="1F3B1409" w14:textId="77777777" w:rsidR="00CF648B" w:rsidRDefault="00DC0437">
            <w:r>
              <w:rPr>
                <w:color w:val="000000"/>
              </w:rPr>
              <w:br/>
            </w:r>
          </w:p>
        </w:tc>
      </w:tr>
    </w:tbl>
    <w:p w14:paraId="12AD40EC" w14:textId="77777777" w:rsidR="00DC0437" w:rsidRDefault="00DC0437"/>
    <w:sectPr w:rsidR="00DC0437"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7332F" w14:textId="77777777" w:rsidR="0006531D" w:rsidRDefault="0006531D" w:rsidP="00986640">
      <w:pPr>
        <w:spacing w:after="0" w:line="240" w:lineRule="auto"/>
      </w:pPr>
      <w:r>
        <w:separator/>
      </w:r>
    </w:p>
  </w:endnote>
  <w:endnote w:type="continuationSeparator" w:id="0">
    <w:p w14:paraId="1DCACAF0" w14:textId="77777777" w:rsidR="0006531D" w:rsidRDefault="0006531D"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Work Sans">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9197C" w14:textId="77777777" w:rsidR="0006531D" w:rsidRDefault="0006531D" w:rsidP="00986640">
      <w:pPr>
        <w:spacing w:after="0" w:line="240" w:lineRule="auto"/>
      </w:pPr>
      <w:r>
        <w:separator/>
      </w:r>
    </w:p>
  </w:footnote>
  <w:footnote w:type="continuationSeparator" w:id="0">
    <w:p w14:paraId="2050CF99" w14:textId="77777777" w:rsidR="0006531D" w:rsidRDefault="0006531D"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bookmark int2:bookmarkName="_Int_DbS6C8yN" int2:invalidationBookmarkName="" int2:hashCode="Fkl+fKfzfBny+H" int2:id="now3nncY">
      <int2:state int2:value="Rejected" int2:type="gram"/>
    </int2:bookmark>
    <int2:bookmark int2:bookmarkName="_Int_X6iSjR6T" int2:invalidationBookmarkName="" int2:hashCode="8+x9wAokN1wf5f" int2:id="EaE2yr8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1"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2"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3"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4"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5"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6"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7"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8" w15:restartNumberingAfterBreak="0">
    <w:nsid w:val="69B04F8F"/>
    <w:multiLevelType w:val="hybridMultilevel"/>
    <w:tmpl w:val="4B10FA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0"/>
  </w:num>
  <w:num w:numId="2" w16cid:durableId="1685084344">
    <w:abstractNumId w:val="16"/>
  </w:num>
  <w:num w:numId="3" w16cid:durableId="1247150552">
    <w:abstractNumId w:val="14"/>
  </w:num>
  <w:num w:numId="4" w16cid:durableId="1782187966">
    <w:abstractNumId w:val="15"/>
  </w:num>
  <w:num w:numId="5" w16cid:durableId="2032951483">
    <w:abstractNumId w:val="11"/>
  </w:num>
  <w:num w:numId="6" w16cid:durableId="153693343">
    <w:abstractNumId w:val="17"/>
  </w:num>
  <w:num w:numId="7" w16cid:durableId="1646550339">
    <w:abstractNumId w:val="12"/>
  </w:num>
  <w:num w:numId="8" w16cid:durableId="676156792">
    <w:abstractNumId w:val="13"/>
  </w:num>
  <w:num w:numId="9" w16cid:durableId="1897619196">
    <w:abstractNumId w:val="19"/>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13357646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6531D"/>
    <w:rsid w:val="000A3CFB"/>
    <w:rsid w:val="0015074B"/>
    <w:rsid w:val="0017102D"/>
    <w:rsid w:val="00197D4A"/>
    <w:rsid w:val="00284D82"/>
    <w:rsid w:val="0029639D"/>
    <w:rsid w:val="002B76FE"/>
    <w:rsid w:val="002E779C"/>
    <w:rsid w:val="00310457"/>
    <w:rsid w:val="00326F90"/>
    <w:rsid w:val="00384C07"/>
    <w:rsid w:val="00401DDE"/>
    <w:rsid w:val="00487981"/>
    <w:rsid w:val="004909F5"/>
    <w:rsid w:val="004D5A6C"/>
    <w:rsid w:val="004F36F6"/>
    <w:rsid w:val="00554FC3"/>
    <w:rsid w:val="005C5286"/>
    <w:rsid w:val="006417D8"/>
    <w:rsid w:val="006D710E"/>
    <w:rsid w:val="006D7F69"/>
    <w:rsid w:val="007A171E"/>
    <w:rsid w:val="00801C7D"/>
    <w:rsid w:val="008A6B23"/>
    <w:rsid w:val="009127B5"/>
    <w:rsid w:val="00936385"/>
    <w:rsid w:val="009611D8"/>
    <w:rsid w:val="00986640"/>
    <w:rsid w:val="009A5BC9"/>
    <w:rsid w:val="00A407C0"/>
    <w:rsid w:val="00AA1D8D"/>
    <w:rsid w:val="00B34293"/>
    <w:rsid w:val="00B47730"/>
    <w:rsid w:val="00B53C95"/>
    <w:rsid w:val="00B622DB"/>
    <w:rsid w:val="00C03CBC"/>
    <w:rsid w:val="00C406A3"/>
    <w:rsid w:val="00CB0664"/>
    <w:rsid w:val="00CF648B"/>
    <w:rsid w:val="00D24A3E"/>
    <w:rsid w:val="00DB0165"/>
    <w:rsid w:val="00DC0437"/>
    <w:rsid w:val="00E324B3"/>
    <w:rsid w:val="00E5E8ED"/>
    <w:rsid w:val="00E97E0D"/>
    <w:rsid w:val="00F00A8A"/>
    <w:rsid w:val="00F37F2A"/>
    <w:rsid w:val="00FC693F"/>
    <w:rsid w:val="01C9DF74"/>
    <w:rsid w:val="01DDCBF1"/>
    <w:rsid w:val="01FF7788"/>
    <w:rsid w:val="0401B485"/>
    <w:rsid w:val="04A0CF53"/>
    <w:rsid w:val="04A30BF5"/>
    <w:rsid w:val="04EB4B8A"/>
    <w:rsid w:val="06815B54"/>
    <w:rsid w:val="0733D1F0"/>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A33EEE"/>
    <w:rsid w:val="44BAFCE6"/>
    <w:rsid w:val="466D8BE0"/>
    <w:rsid w:val="46AA4338"/>
    <w:rsid w:val="4940B131"/>
    <w:rsid w:val="4947C53F"/>
    <w:rsid w:val="4A32AAFC"/>
    <w:rsid w:val="4D0F6964"/>
    <w:rsid w:val="4D952779"/>
    <w:rsid w:val="4DE91180"/>
    <w:rsid w:val="4EE25D66"/>
    <w:rsid w:val="4EE803E2"/>
    <w:rsid w:val="4F76FF56"/>
    <w:rsid w:val="4F84C81D"/>
    <w:rsid w:val="5073D694"/>
    <w:rsid w:val="507EB8CA"/>
    <w:rsid w:val="50CE9526"/>
    <w:rsid w:val="50D85236"/>
    <w:rsid w:val="50F7D97F"/>
    <w:rsid w:val="5108E578"/>
    <w:rsid w:val="51AEC22F"/>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B869AE9"/>
    <w:rsid w:val="5BCE2D4A"/>
    <w:rsid w:val="5C09367A"/>
    <w:rsid w:val="5C3504FC"/>
    <w:rsid w:val="5C70DDE6"/>
    <w:rsid w:val="5CA90785"/>
    <w:rsid w:val="5D1E0348"/>
    <w:rsid w:val="5D29FD70"/>
    <w:rsid w:val="609D24A0"/>
    <w:rsid w:val="61816BBF"/>
    <w:rsid w:val="61E274A4"/>
    <w:rsid w:val="61F8660C"/>
    <w:rsid w:val="629958E2"/>
    <w:rsid w:val="62A7561B"/>
    <w:rsid w:val="650A679B"/>
    <w:rsid w:val="6764C63C"/>
    <w:rsid w:val="6771A950"/>
    <w:rsid w:val="67D5B91C"/>
    <w:rsid w:val="6830A729"/>
    <w:rsid w:val="68EC88EC"/>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2025 - Employment Application Form - Editable</vt:lpstr>
    </vt:vector>
  </TitlesOfParts>
  <Manager/>
  <Company/>
  <LinksUpToDate>false</LinksUpToDate>
  <CharactersWithSpaces>7576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30</cp:revision>
  <dcterms:created xsi:type="dcterms:W3CDTF">2026-09-22T08:49:00Z</dcterms:created>
  <dcterms:modified xsi:type="dcterms:W3CDTF">2026-09-28T13:09:00Z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