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Default="68EC88EC" w:rsidP="766D1AC1">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14:paraId="0A37501D"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rsidRPr="001A4E91" w14:paraId="51CC6E0F" w14:textId="77777777" w:rsidTr="3F9B9FB5">
        <w:trPr>
          <w:jc w:val="center"/>
        </w:trPr>
        <w:tc>
          <w:tcPr>
            <w:tcW w:w="5159" w:type="dxa"/>
            <w:tcMar>
              <w:top w:w="100" w:type="dxa"/>
              <w:left w:w="120" w:type="dxa"/>
              <w:bottom w:w="100" w:type="dxa"/>
              <w:right w:w="120" w:type="dxa"/>
            </w:tcMar>
            <w:vAlign w:val="center"/>
          </w:tcPr>
          <w:p w14:paraId="23E5A054" w14:textId="77777777" w:rsidR="00CF648B" w:rsidRPr="001A4E91" w:rsidRDefault="00DC0437" w:rsidP="3F9B9FB5">
            <w:pPr>
              <w:spacing w:after="0"/>
              <w:rPr>
                <w:rFonts w:ascii="Aptos" w:hAnsi="Aptos"/>
                <w:b/>
                <w:bCs/>
                <w:color w:val="006B54"/>
                <w:sz w:val="24"/>
                <w:szCs w:val="24"/>
              </w:rPr>
            </w:pPr>
            <w:r w:rsidRPr="001A4E91">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5DAB6C7B" w14:textId="3A2E4DDC" w:rsidR="00CF648B" w:rsidRPr="001A4E91" w:rsidRDefault="00CF648B">
            <w:pPr>
              <w:jc w:val="right"/>
              <w:rPr>
                <w:rFonts w:ascii="Aptos" w:hAnsi="Aptos"/>
              </w:rPr>
            </w:pPr>
          </w:p>
        </w:tc>
      </w:tr>
    </w:tbl>
    <w:tbl>
      <w:tblPr>
        <w:tblStyle w:val="TableGrid"/>
        <w:tblW w:w="10308" w:type="dxa"/>
        <w:tblLook w:val="04A0" w:firstRow="1" w:lastRow="0" w:firstColumn="1" w:lastColumn="0" w:noHBand="0" w:noVBand="1"/>
      </w:tblPr>
      <w:tblGrid>
        <w:gridCol w:w="6232"/>
        <w:gridCol w:w="4076"/>
      </w:tblGrid>
      <w:tr w:rsidR="00CF648B" w:rsidRPr="001A4E91" w14:paraId="27B27951" w14:textId="77777777" w:rsidTr="526DB7C4">
        <w:trPr>
          <w:trHeight w:val="300"/>
        </w:trPr>
        <w:tc>
          <w:tcPr>
            <w:tcW w:w="10308" w:type="dxa"/>
            <w:gridSpan w:val="2"/>
            <w:shd w:val="clear" w:color="auto" w:fill="DDEFE8"/>
            <w:tcMar>
              <w:top w:w="100" w:type="dxa"/>
              <w:left w:w="120" w:type="dxa"/>
              <w:bottom w:w="100" w:type="dxa"/>
              <w:right w:w="120" w:type="dxa"/>
            </w:tcMar>
            <w:vAlign w:val="center"/>
          </w:tcPr>
          <w:p w14:paraId="1F7D8BBD" w14:textId="77777777" w:rsidR="00CF648B" w:rsidRPr="001A4E91" w:rsidRDefault="00DC0437">
            <w:pPr>
              <w:rPr>
                <w:rFonts w:ascii="Aptos" w:hAnsi="Aptos"/>
                <w:sz w:val="20"/>
                <w:szCs w:val="20"/>
              </w:rPr>
            </w:pPr>
            <w:r w:rsidRPr="001A4E91">
              <w:rPr>
                <w:rFonts w:ascii="Aptos" w:hAnsi="Aptos"/>
                <w:b/>
                <w:color w:val="006B54"/>
                <w:sz w:val="20"/>
                <w:szCs w:val="20"/>
              </w:rPr>
              <w:t>Position Applied For:</w:t>
            </w:r>
          </w:p>
        </w:tc>
      </w:tr>
      <w:tr w:rsidR="00CF648B" w:rsidRPr="001A4E91" w14:paraId="5A39BBE3" w14:textId="77777777" w:rsidTr="526DB7C4">
        <w:trPr>
          <w:trHeight w:val="300"/>
        </w:trPr>
        <w:tc>
          <w:tcPr>
            <w:tcW w:w="10308" w:type="dxa"/>
            <w:gridSpan w:val="2"/>
            <w:tcMar>
              <w:top w:w="100" w:type="dxa"/>
              <w:left w:w="120" w:type="dxa"/>
              <w:bottom w:w="100" w:type="dxa"/>
              <w:right w:w="120" w:type="dxa"/>
            </w:tcMar>
            <w:vAlign w:val="center"/>
          </w:tcPr>
          <w:p w14:paraId="41C8F396" w14:textId="253A0178" w:rsidR="00CF648B" w:rsidRPr="00D92A8F" w:rsidRDefault="00D92A8F" w:rsidP="401D4E06">
            <w:pPr>
              <w:rPr>
                <w:rFonts w:ascii="Aptos" w:eastAsia="Arial" w:hAnsi="Aptos" w:cs="Arial"/>
                <w:sz w:val="20"/>
                <w:szCs w:val="20"/>
              </w:rPr>
            </w:pPr>
            <w:r w:rsidRPr="00D92A8F">
              <w:rPr>
                <w:rFonts w:ascii="Aptos" w:eastAsia="Arial" w:hAnsi="Aptos" w:cs="Arial"/>
                <w:color w:val="000000" w:themeColor="text1"/>
                <w:sz w:val="20"/>
                <w:szCs w:val="20"/>
              </w:rPr>
              <w:t>Destination Development Manager</w:t>
            </w:r>
          </w:p>
        </w:tc>
      </w:tr>
      <w:tr w:rsidR="00CF648B" w:rsidRPr="001A4E91" w14:paraId="5C4879D2" w14:textId="77777777" w:rsidTr="526DB7C4">
        <w:trPr>
          <w:trHeight w:val="300"/>
        </w:trPr>
        <w:tc>
          <w:tcPr>
            <w:tcW w:w="6232" w:type="dxa"/>
            <w:shd w:val="clear" w:color="auto" w:fill="DDEFE8"/>
            <w:tcMar>
              <w:top w:w="100" w:type="dxa"/>
              <w:left w:w="120" w:type="dxa"/>
              <w:bottom w:w="100" w:type="dxa"/>
              <w:right w:w="120" w:type="dxa"/>
            </w:tcMar>
            <w:vAlign w:val="center"/>
          </w:tcPr>
          <w:p w14:paraId="1C75BF29" w14:textId="0D9D722C"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 xml:space="preserve">Preferred Location </w:t>
            </w:r>
          </w:p>
          <w:p w14:paraId="7B9C589C" w14:textId="16F2239A"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(Please select up to a maximum of 2 locations)</w:t>
            </w:r>
          </w:p>
          <w:p w14:paraId="454B23F8" w14:textId="73F81628" w:rsidR="00CF648B" w:rsidRPr="001A4E91" w:rsidRDefault="00CF648B" w:rsidP="401D4E06">
            <w:pPr>
              <w:rPr>
                <w:rFonts w:ascii="Aptos" w:hAnsi="Aptos"/>
                <w:b/>
                <w:bCs/>
                <w:color w:val="006B54"/>
                <w:sz w:val="20"/>
                <w:szCs w:val="20"/>
              </w:rPr>
            </w:pPr>
          </w:p>
        </w:tc>
        <w:tc>
          <w:tcPr>
            <w:tcW w:w="4076" w:type="dxa"/>
            <w:shd w:val="clear" w:color="auto" w:fill="DDEFE8"/>
            <w:tcMar>
              <w:top w:w="100" w:type="dxa"/>
              <w:left w:w="120" w:type="dxa"/>
              <w:bottom w:w="100" w:type="dxa"/>
              <w:right w:w="120" w:type="dxa"/>
            </w:tcMar>
            <w:vAlign w:val="center"/>
          </w:tcPr>
          <w:p w14:paraId="61061EFC" w14:textId="5B8BE181" w:rsidR="7B2B2066" w:rsidRPr="001A4E91" w:rsidRDefault="7B2B2066" w:rsidP="401D4E06">
            <w:pPr>
              <w:rPr>
                <w:rFonts w:ascii="Aptos" w:hAnsi="Aptos"/>
                <w:sz w:val="20"/>
                <w:szCs w:val="20"/>
              </w:rPr>
            </w:pPr>
            <w:r w:rsidRPr="001A4E91">
              <w:rPr>
                <w:rFonts w:ascii="Aptos" w:hAnsi="Aptos"/>
                <w:b/>
                <w:bCs/>
                <w:color w:val="006B54"/>
                <w:sz w:val="20"/>
                <w:szCs w:val="20"/>
                <w:lang w:val="en-IE"/>
              </w:rPr>
              <w:t>Mark with (X)</w:t>
            </w:r>
          </w:p>
        </w:tc>
      </w:tr>
      <w:tr w:rsidR="00CF648B" w:rsidRPr="001A4E91" w14:paraId="72A3D3EC" w14:textId="77777777" w:rsidTr="526DB7C4">
        <w:trPr>
          <w:trHeight w:val="300"/>
        </w:trPr>
        <w:tc>
          <w:tcPr>
            <w:tcW w:w="6232" w:type="dxa"/>
            <w:tcMar>
              <w:top w:w="100" w:type="dxa"/>
              <w:left w:w="120" w:type="dxa"/>
              <w:bottom w:w="100" w:type="dxa"/>
              <w:right w:w="120" w:type="dxa"/>
            </w:tcMar>
            <w:vAlign w:val="center"/>
          </w:tcPr>
          <w:p w14:paraId="0D0B940D" w14:textId="2659B465" w:rsidR="00CF648B" w:rsidRPr="001A4E91" w:rsidRDefault="00B34293">
            <w:pPr>
              <w:rPr>
                <w:rFonts w:ascii="Aptos" w:hAnsi="Aptos"/>
                <w:sz w:val="20"/>
                <w:szCs w:val="20"/>
              </w:rPr>
            </w:pPr>
            <w:r w:rsidRPr="001A4E91">
              <w:rPr>
                <w:rFonts w:ascii="Aptos" w:hAnsi="Aptos"/>
                <w:sz w:val="20"/>
                <w:szCs w:val="20"/>
              </w:rPr>
              <w:t xml:space="preserve">4th Floor, Mathew House, Fr. Mathew St., </w:t>
            </w:r>
            <w:r w:rsidRPr="001A4E91">
              <w:rPr>
                <w:rFonts w:ascii="Aptos" w:hAnsi="Aptos"/>
                <w:b/>
                <w:bCs/>
                <w:sz w:val="20"/>
                <w:szCs w:val="20"/>
              </w:rPr>
              <w:t>Cork</w:t>
            </w:r>
            <w:r w:rsidRPr="001A4E91">
              <w:rPr>
                <w:rFonts w:ascii="Aptos" w:hAnsi="Aptos"/>
                <w:sz w:val="20"/>
                <w:szCs w:val="20"/>
              </w:rPr>
              <w:t>, T12TN56 </w:t>
            </w:r>
          </w:p>
        </w:tc>
        <w:tc>
          <w:tcPr>
            <w:tcW w:w="4076" w:type="dxa"/>
            <w:tcMar>
              <w:top w:w="100" w:type="dxa"/>
              <w:left w:w="120" w:type="dxa"/>
              <w:bottom w:w="100" w:type="dxa"/>
              <w:right w:w="120" w:type="dxa"/>
            </w:tcMar>
            <w:vAlign w:val="center"/>
          </w:tcPr>
          <w:p w14:paraId="0DDC30D3" w14:textId="4FAB629D" w:rsidR="401D4E06" w:rsidRPr="001A4E91" w:rsidRDefault="00B34293" w:rsidP="401D4E06">
            <w:pPr>
              <w:rPr>
                <w:rFonts w:ascii="Aptos" w:hAnsi="Aptos"/>
                <w:sz w:val="20"/>
                <w:szCs w:val="20"/>
              </w:rPr>
            </w:pPr>
            <w:r w:rsidRPr="001A4E91">
              <w:rPr>
                <w:rFonts w:ascii="Aptos" w:hAnsi="Aptos"/>
                <w:sz w:val="20"/>
                <w:szCs w:val="20"/>
              </w:rPr>
              <w:t xml:space="preserve">[  ] </w:t>
            </w:r>
          </w:p>
        </w:tc>
      </w:tr>
      <w:tr w:rsidR="401D4E06" w:rsidRPr="001A4E91" w14:paraId="4E76EEAB" w14:textId="77777777" w:rsidTr="526DB7C4">
        <w:trPr>
          <w:trHeight w:val="450"/>
        </w:trPr>
        <w:tc>
          <w:tcPr>
            <w:tcW w:w="6232" w:type="dxa"/>
            <w:tcMar>
              <w:top w:w="100" w:type="dxa"/>
              <w:left w:w="120" w:type="dxa"/>
              <w:bottom w:w="100" w:type="dxa"/>
              <w:right w:w="120" w:type="dxa"/>
            </w:tcMar>
            <w:vAlign w:val="center"/>
          </w:tcPr>
          <w:p w14:paraId="747D4B91" w14:textId="17C0BC78" w:rsidR="55A46855" w:rsidRPr="001A4E91" w:rsidRDefault="00B34293" w:rsidP="401D4E06">
            <w:pPr>
              <w:rPr>
                <w:rFonts w:ascii="Aptos" w:hAnsi="Aptos"/>
                <w:sz w:val="20"/>
                <w:szCs w:val="20"/>
              </w:rPr>
            </w:pPr>
            <w:r w:rsidRPr="001A4E91">
              <w:rPr>
                <w:rFonts w:ascii="Aptos" w:hAnsi="Aptos"/>
                <w:sz w:val="20"/>
                <w:szCs w:val="20"/>
              </w:rPr>
              <w:t xml:space="preserve">Áras Fáilte, 88-95 Amiens Street, </w:t>
            </w:r>
            <w:r w:rsidRPr="001A4E91">
              <w:rPr>
                <w:rFonts w:ascii="Aptos" w:hAnsi="Aptos"/>
                <w:b/>
                <w:bCs/>
                <w:sz w:val="20"/>
                <w:szCs w:val="20"/>
              </w:rPr>
              <w:t>Dublin</w:t>
            </w:r>
            <w:r w:rsidRPr="001A4E91">
              <w:rPr>
                <w:rFonts w:ascii="Aptos" w:hAnsi="Aptos"/>
                <w:sz w:val="20"/>
                <w:szCs w:val="20"/>
              </w:rPr>
              <w:t xml:space="preserve"> 1, D01 WR86</w:t>
            </w:r>
          </w:p>
        </w:tc>
        <w:tc>
          <w:tcPr>
            <w:tcW w:w="4076" w:type="dxa"/>
            <w:tcMar>
              <w:top w:w="100" w:type="dxa"/>
              <w:left w:w="120" w:type="dxa"/>
              <w:bottom w:w="100" w:type="dxa"/>
              <w:right w:w="120" w:type="dxa"/>
            </w:tcMar>
            <w:vAlign w:val="center"/>
          </w:tcPr>
          <w:p w14:paraId="63AE5399" w14:textId="7CF30AAE" w:rsidR="401D4E06" w:rsidRPr="001A4E91" w:rsidRDefault="00B34293" w:rsidP="401D4E06">
            <w:pPr>
              <w:rPr>
                <w:rFonts w:ascii="Aptos" w:hAnsi="Aptos"/>
                <w:sz w:val="20"/>
                <w:szCs w:val="20"/>
              </w:rPr>
            </w:pPr>
            <w:r w:rsidRPr="001A4E91">
              <w:rPr>
                <w:rFonts w:ascii="Aptos" w:hAnsi="Aptos"/>
                <w:sz w:val="20"/>
                <w:szCs w:val="20"/>
              </w:rPr>
              <w:t>[  ]</w:t>
            </w:r>
          </w:p>
        </w:tc>
      </w:tr>
      <w:tr w:rsidR="401D4E06" w:rsidRPr="001A4E91" w14:paraId="0A1C77E9" w14:textId="77777777" w:rsidTr="526DB7C4">
        <w:trPr>
          <w:trHeight w:val="300"/>
        </w:trPr>
        <w:tc>
          <w:tcPr>
            <w:tcW w:w="6232" w:type="dxa"/>
            <w:tcMar>
              <w:top w:w="100" w:type="dxa"/>
              <w:left w:w="120" w:type="dxa"/>
              <w:bottom w:w="100" w:type="dxa"/>
              <w:right w:w="120" w:type="dxa"/>
            </w:tcMar>
            <w:vAlign w:val="center"/>
          </w:tcPr>
          <w:p w14:paraId="15B6F007" w14:textId="08CD95DB" w:rsidR="55A46855" w:rsidRPr="001A4E91" w:rsidRDefault="007E6975" w:rsidP="401D4E06">
            <w:pPr>
              <w:rPr>
                <w:rFonts w:ascii="Aptos" w:hAnsi="Aptos"/>
                <w:sz w:val="20"/>
                <w:szCs w:val="20"/>
              </w:rPr>
            </w:pPr>
            <w:r w:rsidRPr="007E6975">
              <w:rPr>
                <w:rFonts w:cs="Arial"/>
                <w:sz w:val="20"/>
                <w:szCs w:val="20"/>
              </w:rPr>
              <w:t>​</w:t>
            </w:r>
            <w:r w:rsidRPr="007E6975">
              <w:rPr>
                <w:rFonts w:ascii="Aptos" w:hAnsi="Aptos"/>
                <w:sz w:val="20"/>
                <w:szCs w:val="20"/>
              </w:rPr>
              <w:t xml:space="preserve">1st floor, Market House, Pearse Street, </w:t>
            </w:r>
            <w:r w:rsidRPr="007E6975">
              <w:rPr>
                <w:rFonts w:ascii="Aptos" w:hAnsi="Aptos"/>
                <w:b/>
                <w:bCs/>
                <w:sz w:val="20"/>
                <w:szCs w:val="20"/>
              </w:rPr>
              <w:t>Mullingar</w:t>
            </w:r>
            <w:r w:rsidRPr="007E6975">
              <w:rPr>
                <w:rFonts w:ascii="Aptos" w:hAnsi="Aptos"/>
                <w:sz w:val="20"/>
                <w:szCs w:val="20"/>
              </w:rPr>
              <w:t>, N91 PW95</w:t>
            </w:r>
          </w:p>
        </w:tc>
        <w:tc>
          <w:tcPr>
            <w:tcW w:w="4076" w:type="dxa"/>
            <w:tcMar>
              <w:top w:w="100" w:type="dxa"/>
              <w:left w:w="120" w:type="dxa"/>
              <w:bottom w:w="100" w:type="dxa"/>
              <w:right w:w="120" w:type="dxa"/>
            </w:tcMar>
            <w:vAlign w:val="center"/>
          </w:tcPr>
          <w:p w14:paraId="4EE0B5F3" w14:textId="44FC2DC1" w:rsidR="401D4E06" w:rsidRPr="001A4E91" w:rsidRDefault="00B34293" w:rsidP="401D4E06">
            <w:pPr>
              <w:rPr>
                <w:rFonts w:ascii="Aptos" w:hAnsi="Aptos"/>
                <w:sz w:val="20"/>
                <w:szCs w:val="20"/>
              </w:rPr>
            </w:pPr>
            <w:r w:rsidRPr="001A4E91">
              <w:rPr>
                <w:rFonts w:ascii="Aptos" w:hAnsi="Aptos"/>
                <w:sz w:val="20"/>
                <w:szCs w:val="20"/>
              </w:rPr>
              <w:t>[  ]</w:t>
            </w:r>
          </w:p>
        </w:tc>
      </w:tr>
      <w:tr w:rsidR="00CF648B" w:rsidRPr="001A4E91" w14:paraId="226A1CB4" w14:textId="77777777" w:rsidTr="526DB7C4">
        <w:trPr>
          <w:trHeight w:val="300"/>
        </w:trPr>
        <w:tc>
          <w:tcPr>
            <w:tcW w:w="10308" w:type="dxa"/>
            <w:gridSpan w:val="2"/>
            <w:shd w:val="clear" w:color="auto" w:fill="DDEFE8"/>
            <w:tcMar>
              <w:top w:w="100" w:type="dxa"/>
              <w:left w:w="120" w:type="dxa"/>
              <w:bottom w:w="100" w:type="dxa"/>
              <w:right w:w="120" w:type="dxa"/>
            </w:tcMar>
            <w:vAlign w:val="center"/>
          </w:tcPr>
          <w:p w14:paraId="1FAB5CE7" w14:textId="167B2C53" w:rsidR="00CF648B" w:rsidRPr="001A4E91" w:rsidRDefault="00DC0437">
            <w:pPr>
              <w:rPr>
                <w:rFonts w:ascii="Aptos" w:hAnsi="Aptos"/>
                <w:sz w:val="20"/>
                <w:szCs w:val="20"/>
              </w:rPr>
            </w:pPr>
            <w:r w:rsidRPr="001A4E91">
              <w:rPr>
                <w:rFonts w:ascii="Aptos" w:hAnsi="Aptos"/>
                <w:b/>
                <w:color w:val="006B54"/>
                <w:sz w:val="20"/>
                <w:szCs w:val="20"/>
              </w:rPr>
              <w:t xml:space="preserve">Closing Date </w:t>
            </w:r>
            <w:r w:rsidR="00B34293" w:rsidRPr="001A4E91">
              <w:rPr>
                <w:rFonts w:ascii="Aptos" w:hAnsi="Aptos"/>
                <w:b/>
                <w:color w:val="006B54"/>
                <w:sz w:val="20"/>
                <w:szCs w:val="20"/>
              </w:rPr>
              <w:t>for</w:t>
            </w:r>
            <w:r w:rsidRPr="001A4E91">
              <w:rPr>
                <w:rFonts w:ascii="Aptos" w:hAnsi="Aptos"/>
                <w:b/>
                <w:color w:val="006B54"/>
                <w:sz w:val="20"/>
                <w:szCs w:val="20"/>
              </w:rPr>
              <w:t xml:space="preserve"> Application:</w:t>
            </w:r>
          </w:p>
        </w:tc>
      </w:tr>
      <w:tr w:rsidR="00CF648B" w:rsidRPr="001A4E91" w14:paraId="0E27B00A" w14:textId="77777777" w:rsidTr="526DB7C4">
        <w:trPr>
          <w:trHeight w:val="300"/>
        </w:trPr>
        <w:tc>
          <w:tcPr>
            <w:tcW w:w="10308" w:type="dxa"/>
            <w:gridSpan w:val="2"/>
            <w:tcMar>
              <w:top w:w="100" w:type="dxa"/>
              <w:left w:w="120" w:type="dxa"/>
              <w:bottom w:w="100" w:type="dxa"/>
              <w:right w:w="120" w:type="dxa"/>
            </w:tcMar>
            <w:vAlign w:val="center"/>
          </w:tcPr>
          <w:p w14:paraId="60061E4C" w14:textId="5566B2A9" w:rsidR="00CF648B" w:rsidRPr="001A4E91" w:rsidRDefault="00D92A8F">
            <w:pPr>
              <w:rPr>
                <w:rFonts w:ascii="Aptos" w:hAnsi="Aptos"/>
                <w:sz w:val="20"/>
                <w:szCs w:val="20"/>
              </w:rPr>
            </w:pPr>
            <w:r>
              <w:rPr>
                <w:rFonts w:ascii="Aptos" w:hAnsi="Aptos"/>
                <w:sz w:val="20"/>
                <w:szCs w:val="20"/>
              </w:rPr>
              <w:t>21</w:t>
            </w:r>
            <w:r w:rsidRPr="00D92A8F">
              <w:rPr>
                <w:rFonts w:ascii="Aptos" w:hAnsi="Aptos"/>
                <w:sz w:val="20"/>
                <w:szCs w:val="20"/>
                <w:vertAlign w:val="superscript"/>
              </w:rPr>
              <w:t>st</w:t>
            </w:r>
            <w:r>
              <w:rPr>
                <w:rFonts w:ascii="Aptos" w:hAnsi="Aptos"/>
                <w:sz w:val="20"/>
                <w:szCs w:val="20"/>
              </w:rPr>
              <w:t xml:space="preserve"> </w:t>
            </w:r>
            <w:r w:rsidR="1AA37D6B" w:rsidRPr="526DB7C4">
              <w:rPr>
                <w:rFonts w:ascii="Aptos" w:hAnsi="Aptos"/>
                <w:sz w:val="20"/>
                <w:szCs w:val="20"/>
              </w:rPr>
              <w:t xml:space="preserve"> October 2026</w:t>
            </w:r>
            <w:r w:rsidR="001A4E91" w:rsidRPr="526DB7C4">
              <w:rPr>
                <w:rFonts w:ascii="Aptos" w:hAnsi="Aptos"/>
                <w:sz w:val="20"/>
                <w:szCs w:val="20"/>
              </w:rPr>
              <w:t xml:space="preserve"> at 3pm.</w:t>
            </w:r>
          </w:p>
        </w:tc>
      </w:tr>
    </w:tbl>
    <w:p w14:paraId="6AE03482" w14:textId="1847F418" w:rsidR="401D4E06" w:rsidRDefault="401D4E06"/>
    <w:p w14:paraId="6C36A651" w14:textId="7EAC1C92" w:rsidR="00CF648B" w:rsidRPr="001A4E91" w:rsidRDefault="00DC0437" w:rsidP="3F9B9FB5">
      <w:pPr>
        <w:jc w:val="center"/>
        <w:rPr>
          <w:rFonts w:ascii="Aptos" w:hAnsi="Aptos"/>
          <w:sz w:val="24"/>
          <w:szCs w:val="24"/>
        </w:rPr>
      </w:pPr>
      <w:r w:rsidRPr="001A4E91">
        <w:rPr>
          <w:rFonts w:ascii="Aptos" w:hAnsi="Aptos"/>
          <w:b/>
          <w:bCs/>
          <w:color w:val="006B54"/>
          <w:sz w:val="24"/>
          <w:szCs w:val="24"/>
        </w:rPr>
        <w:t xml:space="preserve">LATE APPLICATIONS WILL NOT BE CONSIDERED I.E. RECEIVED AFTER </w:t>
      </w:r>
      <w:r w:rsidR="00B34293" w:rsidRPr="001A4E91">
        <w:rPr>
          <w:rFonts w:ascii="Aptos" w:hAnsi="Aptos"/>
          <w:b/>
          <w:bCs/>
          <w:color w:val="006B54"/>
          <w:sz w:val="24"/>
          <w:szCs w:val="24"/>
        </w:rPr>
        <w:t>3</w:t>
      </w:r>
      <w:r w:rsidRPr="001A4E91">
        <w:rPr>
          <w:rFonts w:ascii="Aptos" w:hAnsi="Aptos"/>
          <w:b/>
          <w:bCs/>
          <w:color w:val="006B54"/>
          <w:sz w:val="24"/>
          <w:szCs w:val="24"/>
        </w:rPr>
        <w:t>.00PM (IRELAND TIME)</w:t>
      </w:r>
    </w:p>
    <w:p w14:paraId="3898429D" w14:textId="77777777" w:rsidR="00CF648B" w:rsidRPr="001A4E91" w:rsidRDefault="00DC0437">
      <w:pPr>
        <w:jc w:val="center"/>
        <w:rPr>
          <w:rFonts w:ascii="Aptos" w:hAnsi="Aptos"/>
          <w:sz w:val="20"/>
          <w:szCs w:val="20"/>
        </w:rPr>
      </w:pPr>
      <w:r w:rsidRPr="001A4E91">
        <w:rPr>
          <w:rFonts w:ascii="Aptos" w:hAnsi="Aptos"/>
          <w:sz w:val="20"/>
          <w:szCs w:val="20"/>
        </w:rPr>
        <w:t>We will contact you either by email or by telephone.</w:t>
      </w:r>
    </w:p>
    <w:tbl>
      <w:tblPr>
        <w:tblW w:w="0" w:type="auto"/>
        <w:jc w:val="center"/>
        <w:tblLook w:val="04A0" w:firstRow="1" w:lastRow="0" w:firstColumn="1" w:lastColumn="0" w:noHBand="0" w:noVBand="1"/>
      </w:tblPr>
      <w:tblGrid>
        <w:gridCol w:w="10318"/>
      </w:tblGrid>
      <w:tr w:rsidR="00CF648B" w:rsidRPr="001A4E91"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77777777" w:rsidR="00CF648B" w:rsidRPr="009A77A6" w:rsidRDefault="00DC0437">
            <w:pPr>
              <w:spacing w:after="0"/>
              <w:rPr>
                <w:rFonts w:ascii="Aptos" w:hAnsi="Aptos"/>
                <w:sz w:val="24"/>
                <w:szCs w:val="24"/>
              </w:rPr>
            </w:pPr>
            <w:r w:rsidRPr="009A77A6">
              <w:rPr>
                <w:rFonts w:ascii="Aptos" w:hAnsi="Aptos"/>
                <w:b/>
                <w:color w:val="FFFFFF"/>
                <w:sz w:val="24"/>
                <w:szCs w:val="24"/>
              </w:rPr>
              <w:t>Please answer all the following questions:</w:t>
            </w:r>
          </w:p>
        </w:tc>
      </w:tr>
    </w:tbl>
    <w:p w14:paraId="3DEEC669" w14:textId="77777777" w:rsidR="00CF648B" w:rsidRPr="001A4E91" w:rsidRDefault="00CF648B">
      <w:pPr>
        <w:spacing w:after="0"/>
        <w:rPr>
          <w:rFonts w:ascii="Aptos" w:hAnsi="Aptos"/>
          <w:sz w:val="20"/>
          <w:szCs w:val="20"/>
        </w:rPr>
      </w:pPr>
    </w:p>
    <w:p w14:paraId="60390542" w14:textId="77777777" w:rsidR="00CF648B" w:rsidRPr="001A4E91" w:rsidRDefault="00DC0437">
      <w:pPr>
        <w:spacing w:after="40"/>
        <w:rPr>
          <w:rFonts w:ascii="Aptos" w:hAnsi="Aptos"/>
          <w:sz w:val="20"/>
          <w:szCs w:val="20"/>
        </w:rPr>
      </w:pPr>
      <w:r w:rsidRPr="001A4E91">
        <w:rPr>
          <w:rFonts w:ascii="Aptos" w:hAnsi="Aptos"/>
          <w:sz w:val="20"/>
          <w:szCs w:val="20"/>
        </w:rPr>
        <w:t>• Please answer the questions fully as this will enable us to correctly assess your application.</w:t>
      </w:r>
    </w:p>
    <w:p w14:paraId="3B7D31B7" w14:textId="77777777" w:rsidR="00CF648B" w:rsidRPr="001A4E91" w:rsidRDefault="00DC0437">
      <w:pPr>
        <w:spacing w:after="40"/>
        <w:rPr>
          <w:rFonts w:ascii="Aptos" w:hAnsi="Aptos"/>
          <w:sz w:val="20"/>
          <w:szCs w:val="20"/>
        </w:rPr>
      </w:pPr>
      <w:r w:rsidRPr="001A4E91">
        <w:rPr>
          <w:rFonts w:ascii="Aptos" w:hAnsi="Aptos"/>
          <w:sz w:val="20"/>
          <w:szCs w:val="20"/>
        </w:rPr>
        <w:t>• Only the application form will be used for screening purposes.</w:t>
      </w:r>
    </w:p>
    <w:p w14:paraId="66B0DEF5" w14:textId="76F2FCC1" w:rsidR="00DC0437" w:rsidRPr="001A4E91" w:rsidRDefault="00DC0437" w:rsidP="3F9B9FB5">
      <w:pPr>
        <w:spacing w:after="40"/>
        <w:rPr>
          <w:rFonts w:ascii="Aptos" w:hAnsi="Aptos"/>
          <w:sz w:val="20"/>
          <w:szCs w:val="20"/>
        </w:rPr>
      </w:pPr>
      <w:r w:rsidRPr="001A4E91">
        <w:rPr>
          <w:rFonts w:ascii="Aptos" w:hAnsi="Aptos"/>
          <w:sz w:val="20"/>
          <w:szCs w:val="20"/>
        </w:rPr>
        <w:t>• Please type your responses - do not handwrite.</w:t>
      </w:r>
    </w:p>
    <w:p w14:paraId="2707BC34" w14:textId="44A69628" w:rsidR="3F9B9FB5" w:rsidRPr="001A4E91" w:rsidRDefault="3F9B9FB5" w:rsidP="3F9B9FB5">
      <w:pPr>
        <w:spacing w:after="40"/>
        <w:rPr>
          <w:rFonts w:ascii="Aptos" w:hAnsi="Aptos"/>
          <w:sz w:val="20"/>
          <w:szCs w:val="20"/>
        </w:rPr>
      </w:pPr>
    </w:p>
    <w:p w14:paraId="18EB6CC0" w14:textId="53DEC1FC" w:rsidR="56EAF618" w:rsidRPr="001A4E91" w:rsidRDefault="56EAF618" w:rsidP="3F9B9FB5">
      <w:pPr>
        <w:pStyle w:val="Heading4"/>
        <w:shd w:val="clear" w:color="auto" w:fill="E6F0EC"/>
        <w:spacing w:before="0" w:after="240"/>
        <w:rPr>
          <w:rFonts w:ascii="Aptos" w:eastAsia="Work Sans" w:hAnsi="Aptos" w:cs="Work Sans"/>
          <w:i w:val="0"/>
          <w:iCs w:val="0"/>
          <w:color w:val="006443"/>
          <w:sz w:val="20"/>
          <w:szCs w:val="20"/>
        </w:rPr>
      </w:pPr>
      <w:r w:rsidRPr="001A4E91">
        <w:rPr>
          <w:rFonts w:ascii="Aptos" w:eastAsia="Work Sans" w:hAnsi="Aptos" w:cs="Work Sans"/>
          <w:i w:val="0"/>
          <w:iCs w:val="0"/>
          <w:color w:val="006443"/>
          <w:sz w:val="20"/>
          <w:szCs w:val="20"/>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14:paraId="7CDE3AC1" w14:textId="576D3145" w:rsidR="3F9B9FB5" w:rsidRPr="001A4E91" w:rsidRDefault="3F9B9FB5" w:rsidP="3F9B9FB5">
      <w:pPr>
        <w:spacing w:after="40"/>
        <w:rPr>
          <w:rFonts w:ascii="Aptos" w:hAnsi="Aptos"/>
          <w:sz w:val="20"/>
          <w:szCs w:val="20"/>
        </w:rPr>
      </w:pPr>
    </w:p>
    <w:tbl>
      <w:tblPr>
        <w:tblW w:w="0" w:type="auto"/>
        <w:jc w:val="center"/>
        <w:tblLook w:val="04A0" w:firstRow="1" w:lastRow="0" w:firstColumn="1" w:lastColumn="0" w:noHBand="0" w:noVBand="1"/>
      </w:tblPr>
      <w:tblGrid>
        <w:gridCol w:w="10318"/>
      </w:tblGrid>
      <w:tr w:rsidR="00CF648B" w:rsidRPr="001A4E91"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77777777" w:rsidR="00CF648B" w:rsidRPr="001A4E91" w:rsidRDefault="00DC0437">
            <w:pPr>
              <w:spacing w:after="0"/>
              <w:rPr>
                <w:rFonts w:ascii="Aptos" w:hAnsi="Aptos"/>
                <w:sz w:val="20"/>
                <w:szCs w:val="20"/>
              </w:rPr>
            </w:pPr>
            <w:r w:rsidRPr="001A4E91">
              <w:rPr>
                <w:rFonts w:ascii="Aptos" w:hAnsi="Aptos"/>
                <w:b/>
                <w:color w:val="FFFFFF"/>
                <w:sz w:val="20"/>
                <w:szCs w:val="20"/>
              </w:rPr>
              <w:t>PERSONAL DETAILS</w:t>
            </w:r>
          </w:p>
        </w:tc>
      </w:tr>
    </w:tbl>
    <w:p w14:paraId="3656B9A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B02BE7E" w14:textId="77777777" w:rsidTr="3443A52E">
        <w:tc>
          <w:tcPr>
            <w:tcW w:w="5159" w:type="dxa"/>
            <w:shd w:val="clear" w:color="auto" w:fill="DDEFE8"/>
            <w:tcMar>
              <w:top w:w="100" w:type="dxa"/>
              <w:left w:w="120" w:type="dxa"/>
              <w:bottom w:w="100" w:type="dxa"/>
              <w:right w:w="120" w:type="dxa"/>
            </w:tcMar>
            <w:vAlign w:val="center"/>
          </w:tcPr>
          <w:p w14:paraId="737FFEA5" w14:textId="77777777" w:rsidR="00CF648B" w:rsidRPr="001A4E91" w:rsidRDefault="00DC0437">
            <w:pPr>
              <w:rPr>
                <w:rFonts w:ascii="Aptos" w:hAnsi="Aptos"/>
                <w:sz w:val="20"/>
                <w:szCs w:val="20"/>
              </w:rPr>
            </w:pPr>
            <w:r w:rsidRPr="001A4E91">
              <w:rPr>
                <w:rFonts w:ascii="Aptos" w:hAnsi="Aptos"/>
                <w:b/>
                <w:color w:val="006B54"/>
                <w:sz w:val="20"/>
                <w:szCs w:val="20"/>
              </w:rPr>
              <w:t>First Name: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2EC665E" w14:textId="77777777" w:rsidR="00CF648B" w:rsidRPr="001A4E91" w:rsidRDefault="00DC0437">
            <w:pPr>
              <w:rPr>
                <w:rFonts w:ascii="Aptos" w:hAnsi="Aptos"/>
                <w:sz w:val="20"/>
                <w:szCs w:val="20"/>
              </w:rPr>
            </w:pPr>
            <w:r w:rsidRPr="001A4E91">
              <w:rPr>
                <w:rFonts w:ascii="Aptos" w:hAnsi="Aptos"/>
                <w:b/>
                <w:color w:val="006B54"/>
                <w:sz w:val="20"/>
                <w:szCs w:val="20"/>
              </w:rPr>
              <w:t>Surname:</w:t>
            </w:r>
            <w:r w:rsidRPr="001A4E91">
              <w:rPr>
                <w:rFonts w:ascii="Aptos" w:hAnsi="Aptos"/>
                <w:b/>
                <w:color w:val="006B54"/>
                <w:sz w:val="20"/>
                <w:szCs w:val="20"/>
              </w:rPr>
              <w:br/>
            </w:r>
          </w:p>
        </w:tc>
      </w:tr>
      <w:tr w:rsidR="00CF648B" w:rsidRPr="001A4E91" w14:paraId="5A4DD8A6" w14:textId="77777777" w:rsidTr="3443A52E">
        <w:tc>
          <w:tcPr>
            <w:tcW w:w="5159" w:type="dxa"/>
            <w:shd w:val="clear" w:color="auto" w:fill="DDEFE8"/>
            <w:tcMar>
              <w:top w:w="100" w:type="dxa"/>
              <w:left w:w="120" w:type="dxa"/>
              <w:bottom w:w="100" w:type="dxa"/>
              <w:right w:w="120" w:type="dxa"/>
            </w:tcMar>
            <w:vAlign w:val="center"/>
          </w:tcPr>
          <w:p w14:paraId="084443D4" w14:textId="77777777" w:rsidR="00CF648B" w:rsidRPr="001A4E91" w:rsidRDefault="00DC0437">
            <w:pPr>
              <w:rPr>
                <w:rFonts w:ascii="Aptos" w:hAnsi="Aptos"/>
                <w:sz w:val="20"/>
                <w:szCs w:val="20"/>
              </w:rPr>
            </w:pPr>
            <w:r w:rsidRPr="001A4E91">
              <w:rPr>
                <w:rFonts w:ascii="Aptos" w:hAnsi="Aptos"/>
                <w:b/>
                <w:color w:val="006B54"/>
                <w:sz w:val="20"/>
                <w:szCs w:val="20"/>
              </w:rPr>
              <w:t>Email:</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1D60778" w14:textId="77777777" w:rsidR="00CF648B" w:rsidRPr="001A4E91" w:rsidRDefault="00DC0437">
            <w:pPr>
              <w:rPr>
                <w:rFonts w:ascii="Aptos" w:hAnsi="Aptos"/>
                <w:sz w:val="20"/>
                <w:szCs w:val="20"/>
              </w:rPr>
            </w:pPr>
            <w:r w:rsidRPr="001A4E91">
              <w:rPr>
                <w:rFonts w:ascii="Aptos" w:hAnsi="Aptos"/>
                <w:b/>
                <w:color w:val="006B54"/>
                <w:sz w:val="20"/>
                <w:szCs w:val="20"/>
              </w:rPr>
              <w:t>Telephone No:</w:t>
            </w:r>
            <w:r w:rsidRPr="001A4E91">
              <w:rPr>
                <w:rFonts w:ascii="Aptos" w:hAnsi="Aptos"/>
                <w:b/>
                <w:color w:val="006B54"/>
                <w:sz w:val="20"/>
                <w:szCs w:val="20"/>
              </w:rPr>
              <w:br/>
            </w:r>
          </w:p>
        </w:tc>
      </w:tr>
      <w:tr w:rsidR="00CF648B" w:rsidRPr="001A4E91" w14:paraId="27A5B737" w14:textId="77777777" w:rsidTr="3443A52E">
        <w:tc>
          <w:tcPr>
            <w:tcW w:w="5159" w:type="dxa"/>
            <w:shd w:val="clear" w:color="auto" w:fill="F2F8F5"/>
            <w:tcMar>
              <w:top w:w="100" w:type="dxa"/>
              <w:left w:w="120" w:type="dxa"/>
              <w:bottom w:w="100" w:type="dxa"/>
              <w:right w:w="120" w:type="dxa"/>
            </w:tcMar>
            <w:vAlign w:val="center"/>
          </w:tcPr>
          <w:p w14:paraId="3273C517" w14:textId="77777777" w:rsidR="00CF648B" w:rsidRPr="001A4E91" w:rsidRDefault="00DC0437">
            <w:pPr>
              <w:rPr>
                <w:rFonts w:ascii="Aptos" w:hAnsi="Aptos"/>
                <w:sz w:val="20"/>
                <w:szCs w:val="20"/>
              </w:rPr>
            </w:pPr>
            <w:r w:rsidRPr="001A4E91">
              <w:rPr>
                <w:rFonts w:ascii="Aptos" w:hAnsi="Aptos"/>
                <w:b/>
                <w:color w:val="006B54"/>
                <w:sz w:val="20"/>
                <w:szCs w:val="20"/>
              </w:rPr>
              <w:t>Are you currently employed by Fáilte Ireland?</w:t>
            </w:r>
          </w:p>
        </w:tc>
        <w:tc>
          <w:tcPr>
            <w:tcW w:w="5159" w:type="dxa"/>
            <w:tcMar>
              <w:top w:w="100" w:type="dxa"/>
              <w:left w:w="120" w:type="dxa"/>
              <w:bottom w:w="100" w:type="dxa"/>
              <w:right w:w="120" w:type="dxa"/>
            </w:tcMar>
            <w:vAlign w:val="center"/>
          </w:tcPr>
          <w:p w14:paraId="6105CB15" w14:textId="5312256B" w:rsidR="00CF648B" w:rsidRPr="001A4E91" w:rsidRDefault="00000000">
            <w:pPr>
              <w:jc w:val="center"/>
              <w:rPr>
                <w:rFonts w:ascii="Aptos" w:hAnsi="Aptos"/>
                <w:sz w:val="20"/>
                <w:szCs w:val="20"/>
              </w:rPr>
            </w:pPr>
            <w:sdt>
              <w:sdtPr>
                <w:rPr>
                  <w:rFonts w:ascii="Aptos" w:hAnsi="Aptos"/>
                  <w:color w:val="000000" w:themeColor="text1"/>
                  <w:sz w:val="20"/>
                  <w:szCs w:val="20"/>
                </w:rPr>
                <w:id w:val="82963955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Yes </w:t>
            </w:r>
            <w:r w:rsidR="5C70DDE6" w:rsidRPr="001A4E91">
              <w:rPr>
                <w:rFonts w:ascii="Aptos" w:hAnsi="Aptos"/>
                <w:color w:val="000000" w:themeColor="text1"/>
                <w:sz w:val="20"/>
                <w:szCs w:val="20"/>
              </w:rPr>
              <w:t xml:space="preserve"> </w:t>
            </w:r>
            <w:r w:rsidR="00DC0437" w:rsidRPr="001A4E91">
              <w:rPr>
                <w:rFonts w:ascii="Aptos" w:hAnsi="Aptos"/>
                <w:color w:val="000000" w:themeColor="text1"/>
                <w:sz w:val="20"/>
                <w:szCs w:val="20"/>
              </w:rPr>
              <w:t xml:space="preserve"> </w:t>
            </w:r>
            <w:sdt>
              <w:sdtPr>
                <w:rPr>
                  <w:rFonts w:ascii="Aptos" w:hAnsi="Aptos"/>
                  <w:color w:val="000000" w:themeColor="text1"/>
                  <w:sz w:val="20"/>
                  <w:szCs w:val="20"/>
                </w:rPr>
                <w:id w:val="-58800040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p>
        </w:tc>
      </w:tr>
      <w:tr w:rsidR="00CF648B" w:rsidRPr="001A4E91" w14:paraId="58A0484A" w14:textId="77777777" w:rsidTr="3443A52E">
        <w:tc>
          <w:tcPr>
            <w:tcW w:w="5159" w:type="dxa"/>
            <w:shd w:val="clear" w:color="auto" w:fill="F2F8F5"/>
            <w:tcMar>
              <w:top w:w="100" w:type="dxa"/>
              <w:left w:w="120" w:type="dxa"/>
              <w:bottom w:w="100" w:type="dxa"/>
              <w:right w:w="120" w:type="dxa"/>
            </w:tcMar>
            <w:vAlign w:val="center"/>
          </w:tcPr>
          <w:p w14:paraId="635141EA" w14:textId="0DF563BF" w:rsidR="00CF648B" w:rsidRPr="001A4E91" w:rsidRDefault="01FF7788" w:rsidP="3F9B9FB5">
            <w:pPr>
              <w:rPr>
                <w:rFonts w:ascii="Aptos" w:hAnsi="Aptos"/>
                <w:b/>
                <w:bCs/>
                <w:color w:val="006B54"/>
                <w:sz w:val="20"/>
                <w:szCs w:val="20"/>
              </w:rPr>
            </w:pPr>
            <w:r w:rsidRPr="001A4E91">
              <w:rPr>
                <w:rFonts w:ascii="Aptos" w:hAnsi="Aptos"/>
                <w:b/>
                <w:color w:val="006B54"/>
                <w:sz w:val="20"/>
                <w:szCs w:val="20"/>
              </w:rPr>
              <w:t>Please note that we require prior confirmation of your eligibility to work in the Republic of Ireland. Please select which applies</w:t>
            </w:r>
          </w:p>
        </w:tc>
        <w:tc>
          <w:tcPr>
            <w:tcW w:w="5159" w:type="dxa"/>
            <w:tcMar>
              <w:top w:w="100" w:type="dxa"/>
              <w:left w:w="120" w:type="dxa"/>
              <w:bottom w:w="100" w:type="dxa"/>
              <w:right w:w="120" w:type="dxa"/>
            </w:tcMar>
            <w:vAlign w:val="center"/>
          </w:tcPr>
          <w:p w14:paraId="46186466" w14:textId="1929FE1A" w:rsidR="00CF648B" w:rsidRPr="001A4E91" w:rsidRDefault="00CF648B" w:rsidP="3F9B9FB5">
            <w:pPr>
              <w:rPr>
                <w:rFonts w:ascii="Aptos" w:hAnsi="Aptos"/>
                <w:b/>
                <w:bCs/>
                <w:color w:val="006B54"/>
                <w:sz w:val="20"/>
                <w:szCs w:val="20"/>
              </w:rPr>
            </w:pPr>
          </w:p>
          <w:p w14:paraId="1D43807B" w14:textId="206B723C" w:rsidR="00CF648B" w:rsidRPr="001A4E91" w:rsidRDefault="00000000" w:rsidP="3F9B9FB5">
            <w:pPr>
              <w:rPr>
                <w:rFonts w:ascii="Aptos" w:hAnsi="Aptos"/>
                <w:sz w:val="20"/>
                <w:szCs w:val="20"/>
              </w:rPr>
            </w:pPr>
            <w:sdt>
              <w:sdtPr>
                <w:rPr>
                  <w:rFonts w:ascii="Aptos" w:hAnsi="Aptos"/>
                  <w:color w:val="000000" w:themeColor="text1"/>
                  <w:sz w:val="20"/>
                  <w:szCs w:val="20"/>
                </w:rPr>
                <w:id w:val="-177269470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sz w:val="20"/>
                <w:szCs w:val="20"/>
              </w:rPr>
              <w:t xml:space="preserve"> </w:t>
            </w:r>
            <w:r w:rsidR="57410230" w:rsidRPr="001A4E91">
              <w:rPr>
                <w:rFonts w:ascii="Aptos" w:hAnsi="Aptos"/>
                <w:sz w:val="20"/>
                <w:szCs w:val="20"/>
              </w:rPr>
              <w:t>I am a citizen of the European Economic Area (EEA) </w:t>
            </w:r>
          </w:p>
          <w:p w14:paraId="33EE24F7" w14:textId="0CA2B5E6" w:rsidR="00CF648B" w:rsidRPr="001A4E91" w:rsidRDefault="00000000" w:rsidP="3F9B9FB5">
            <w:pPr>
              <w:rPr>
                <w:rFonts w:ascii="Aptos" w:hAnsi="Aptos"/>
                <w:sz w:val="20"/>
                <w:szCs w:val="20"/>
              </w:rPr>
            </w:pPr>
            <w:sdt>
              <w:sdtPr>
                <w:rPr>
                  <w:rFonts w:ascii="Aptos" w:hAnsi="Aptos"/>
                  <w:color w:val="000000" w:themeColor="text1"/>
                  <w:sz w:val="20"/>
                  <w:szCs w:val="20"/>
                </w:rPr>
                <w:id w:val="15542539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A1C530A" w:rsidRPr="001A4E91">
              <w:rPr>
                <w:rFonts w:ascii="Aptos" w:hAnsi="Aptos"/>
                <w:sz w:val="20"/>
                <w:szCs w:val="20"/>
              </w:rPr>
              <w:t xml:space="preserve"> </w:t>
            </w:r>
            <w:r w:rsidR="2EB80B06" w:rsidRPr="001A4E91">
              <w:rPr>
                <w:rFonts w:ascii="Aptos" w:hAnsi="Aptos"/>
                <w:sz w:val="20"/>
                <w:szCs w:val="20"/>
              </w:rPr>
              <w:t>I</w:t>
            </w:r>
            <w:r w:rsidR="609D24A0" w:rsidRPr="001A4E91">
              <w:rPr>
                <w:rFonts w:ascii="Aptos" w:hAnsi="Aptos"/>
                <w:sz w:val="20"/>
                <w:szCs w:val="20"/>
              </w:rPr>
              <w:t xml:space="preserve"> </w:t>
            </w:r>
            <w:r w:rsidR="2EB80B06" w:rsidRPr="001A4E91">
              <w:rPr>
                <w:rFonts w:ascii="Aptos" w:hAnsi="Aptos"/>
                <w:sz w:val="20"/>
                <w:szCs w:val="20"/>
              </w:rPr>
              <w:t>am a citizen of the United Kingdom</w:t>
            </w:r>
          </w:p>
          <w:p w14:paraId="4F658052" w14:textId="40B55FB9" w:rsidR="00CF648B" w:rsidRPr="001A4E91" w:rsidRDefault="00000000" w:rsidP="3F9B9FB5">
            <w:pPr>
              <w:rPr>
                <w:rFonts w:ascii="Aptos" w:hAnsi="Aptos"/>
                <w:sz w:val="20"/>
                <w:szCs w:val="20"/>
              </w:rPr>
            </w:pPr>
            <w:sdt>
              <w:sdtPr>
                <w:rPr>
                  <w:rFonts w:ascii="Aptos" w:hAnsi="Aptos"/>
                  <w:color w:val="000000" w:themeColor="text1"/>
                  <w:sz w:val="20"/>
                  <w:szCs w:val="20"/>
                </w:rPr>
                <w:id w:val="-186943824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4F84C81D" w:rsidRPr="001A4E91">
              <w:rPr>
                <w:rFonts w:ascii="Aptos" w:hAnsi="Aptos"/>
                <w:sz w:val="20"/>
                <w:szCs w:val="20"/>
              </w:rPr>
              <w:t xml:space="preserve"> </w:t>
            </w:r>
            <w:r w:rsidR="57410230" w:rsidRPr="001A4E91">
              <w:rPr>
                <w:rFonts w:ascii="Aptos" w:hAnsi="Aptos"/>
                <w:sz w:val="20"/>
                <w:szCs w:val="20"/>
              </w:rPr>
              <w:t>I am a citizen of Switzerland pursuant to the agreement between the EU and Switzerland on the free movement of persons </w:t>
            </w:r>
          </w:p>
          <w:p w14:paraId="335D3DD2" w14:textId="1E17A3C1" w:rsidR="00CF648B" w:rsidRPr="001A4E91" w:rsidRDefault="00000000" w:rsidP="3F9B9FB5">
            <w:pPr>
              <w:rPr>
                <w:rFonts w:ascii="Aptos" w:hAnsi="Aptos"/>
                <w:sz w:val="20"/>
                <w:szCs w:val="20"/>
              </w:rPr>
            </w:pPr>
            <w:sdt>
              <w:sdtPr>
                <w:rPr>
                  <w:rFonts w:ascii="Aptos" w:hAnsi="Aptos"/>
                  <w:color w:val="000000" w:themeColor="text1"/>
                  <w:sz w:val="20"/>
                  <w:szCs w:val="20"/>
                </w:rPr>
                <w:id w:val="69866583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5A21460" w:rsidRPr="001A4E91">
              <w:rPr>
                <w:rFonts w:ascii="Aptos" w:hAnsi="Aptos"/>
                <w:sz w:val="20"/>
                <w:szCs w:val="20"/>
              </w:rPr>
              <w:t xml:space="preserve"> </w:t>
            </w:r>
            <w:r w:rsidR="57410230" w:rsidRPr="001A4E91">
              <w:rPr>
                <w:rFonts w:ascii="Aptos" w:hAnsi="Aptos"/>
                <w:sz w:val="20"/>
                <w:szCs w:val="20"/>
              </w:rPr>
              <w:t>I hold a valid work authorisation / permit (please refer to question 2)</w:t>
            </w:r>
          </w:p>
          <w:p w14:paraId="1A83DC42" w14:textId="26BF819C" w:rsidR="00CF648B" w:rsidRPr="001A4E91" w:rsidRDefault="00000000" w:rsidP="3F9B9FB5">
            <w:pPr>
              <w:rPr>
                <w:rFonts w:ascii="Aptos" w:hAnsi="Aptos"/>
                <w:sz w:val="20"/>
                <w:szCs w:val="20"/>
              </w:rPr>
            </w:pPr>
            <w:sdt>
              <w:sdtPr>
                <w:rPr>
                  <w:rFonts w:ascii="Aptos" w:hAnsi="Aptos"/>
                  <w:color w:val="000000" w:themeColor="text1"/>
                  <w:sz w:val="20"/>
                  <w:szCs w:val="20"/>
                </w:rPr>
                <w:id w:val="-1275775868"/>
                <w14:checkbox>
                  <w14:checked w14:val="0"/>
                  <w14:checkedState w14:val="2612" w14:font="MS Gothic"/>
                  <w14:uncheckedState w14:val="2610" w14:font="MS Gothic"/>
                </w14:checkbox>
              </w:sdtPr>
              <w:sdtContent>
                <w:r w:rsidR="14C248F9" w:rsidRPr="001A4E91">
                  <w:rPr>
                    <w:rFonts w:ascii="Aptos" w:eastAsia="MS Gothic" w:hAnsi="Aptos" w:cs="MS Gothic"/>
                    <w:color w:val="000000" w:themeColor="text1"/>
                    <w:sz w:val="20"/>
                    <w:szCs w:val="20"/>
                  </w:rPr>
                  <w:t>☐</w:t>
                </w:r>
              </w:sdtContent>
            </w:sdt>
            <w:r w:rsidR="101E7EA2" w:rsidRPr="001A4E91">
              <w:rPr>
                <w:rFonts w:ascii="Aptos" w:hAnsi="Aptos"/>
                <w:sz w:val="20"/>
                <w:szCs w:val="20"/>
              </w:rPr>
              <w:t xml:space="preserve"> </w:t>
            </w:r>
            <w:r w:rsidR="2EB80B06" w:rsidRPr="001A4E91">
              <w:rPr>
                <w:rFonts w:ascii="Aptos" w:hAnsi="Aptos"/>
                <w:sz w:val="20"/>
                <w:szCs w:val="20"/>
              </w:rPr>
              <w:t>I do not hold a valid work authorisation / permit and am not eligible to work in Republic of Ireland</w:t>
            </w:r>
          </w:p>
          <w:p w14:paraId="692CAE3E" w14:textId="71EB0C39" w:rsidR="00CF648B" w:rsidRPr="001A4E91" w:rsidRDefault="00CF648B" w:rsidP="3F9B9FB5">
            <w:pPr>
              <w:rPr>
                <w:rFonts w:ascii="Aptos" w:hAnsi="Aptos"/>
                <w:b/>
                <w:bCs/>
                <w:color w:val="006B54"/>
                <w:sz w:val="20"/>
                <w:szCs w:val="20"/>
              </w:rPr>
            </w:pPr>
          </w:p>
          <w:p w14:paraId="5FBBF901" w14:textId="12BF7D60" w:rsidR="00CF648B" w:rsidRPr="001A4E91" w:rsidRDefault="00801C7D" w:rsidP="3F9B9FB5">
            <w:pPr>
              <w:jc w:val="center"/>
              <w:rPr>
                <w:rFonts w:ascii="Aptos" w:hAnsi="Aptos"/>
                <w:color w:val="000000" w:themeColor="text1"/>
                <w:sz w:val="20"/>
                <w:szCs w:val="20"/>
              </w:rPr>
            </w:pPr>
            <w:r w:rsidRPr="001A4E91">
              <w:rPr>
                <w:rFonts w:ascii="Aptos" w:hAnsi="Aptos"/>
                <w:color w:val="000000" w:themeColor="text1"/>
                <w:sz w:val="20"/>
                <w:szCs w:val="20"/>
              </w:rPr>
              <w:t>Please provide details of your valid work permit if applicable.</w:t>
            </w:r>
          </w:p>
          <w:tbl>
            <w:tblPr>
              <w:tblStyle w:val="TableGrid"/>
              <w:tblW w:w="0" w:type="auto"/>
              <w:tblLook w:val="04A0" w:firstRow="1" w:lastRow="0" w:firstColumn="1" w:lastColumn="0" w:noHBand="0" w:noVBand="1"/>
            </w:tblPr>
            <w:tblGrid>
              <w:gridCol w:w="4904"/>
            </w:tblGrid>
            <w:tr w:rsidR="00801C7D" w:rsidRPr="001A4E91" w14:paraId="6252227B" w14:textId="77777777" w:rsidTr="00801C7D">
              <w:tc>
                <w:tcPr>
                  <w:tcW w:w="4904" w:type="dxa"/>
                </w:tcPr>
                <w:p w14:paraId="374161CF" w14:textId="77777777" w:rsidR="00801C7D" w:rsidRPr="001A4E91" w:rsidRDefault="00801C7D" w:rsidP="3F9B9FB5">
                  <w:pPr>
                    <w:jc w:val="center"/>
                    <w:rPr>
                      <w:rFonts w:ascii="Aptos" w:hAnsi="Aptos"/>
                      <w:color w:val="000000" w:themeColor="text1"/>
                      <w:sz w:val="20"/>
                      <w:szCs w:val="20"/>
                    </w:rPr>
                  </w:pPr>
                </w:p>
              </w:tc>
            </w:tr>
          </w:tbl>
          <w:p w14:paraId="2BB2BD85" w14:textId="77777777" w:rsidR="00801C7D" w:rsidRPr="001A4E91" w:rsidRDefault="00801C7D" w:rsidP="3F9B9FB5">
            <w:pPr>
              <w:jc w:val="center"/>
              <w:rPr>
                <w:rFonts w:ascii="Aptos" w:hAnsi="Aptos"/>
                <w:color w:val="000000" w:themeColor="text1"/>
                <w:sz w:val="20"/>
                <w:szCs w:val="20"/>
              </w:rPr>
            </w:pPr>
          </w:p>
          <w:p w14:paraId="622E2A86" w14:textId="05CF00AF" w:rsidR="00CF648B" w:rsidRPr="001A4E91" w:rsidRDefault="00CF648B" w:rsidP="3F9B9FB5">
            <w:pPr>
              <w:jc w:val="center"/>
              <w:rPr>
                <w:rFonts w:ascii="Aptos" w:hAnsi="Aptos"/>
                <w:color w:val="000000" w:themeColor="text1"/>
                <w:sz w:val="20"/>
                <w:szCs w:val="20"/>
              </w:rPr>
            </w:pPr>
          </w:p>
        </w:tc>
      </w:tr>
      <w:tr w:rsidR="00CF648B" w:rsidRPr="001A4E91" w14:paraId="40CCACA3" w14:textId="77777777" w:rsidTr="3443A52E">
        <w:tc>
          <w:tcPr>
            <w:tcW w:w="5159" w:type="dxa"/>
            <w:shd w:val="clear" w:color="auto" w:fill="F2F8F5"/>
            <w:tcMar>
              <w:top w:w="100" w:type="dxa"/>
              <w:left w:w="120" w:type="dxa"/>
              <w:bottom w:w="100" w:type="dxa"/>
              <w:right w:w="120" w:type="dxa"/>
            </w:tcMar>
            <w:vAlign w:val="center"/>
          </w:tcPr>
          <w:p w14:paraId="6137D1EA" w14:textId="4C0E1C81" w:rsidR="00CF648B" w:rsidRPr="001A4E91" w:rsidRDefault="6CFBBD37" w:rsidP="3F9B9FB5">
            <w:pPr>
              <w:rPr>
                <w:rFonts w:ascii="Aptos" w:hAnsi="Aptos"/>
                <w:sz w:val="20"/>
                <w:szCs w:val="20"/>
              </w:rPr>
            </w:pPr>
            <w:r w:rsidRPr="001A4E91">
              <w:rPr>
                <w:rFonts w:ascii="Aptos" w:hAnsi="Aptos"/>
                <w:b/>
                <w:bCs/>
                <w:color w:val="006B54"/>
                <w:sz w:val="20"/>
                <w:szCs w:val="20"/>
              </w:rPr>
              <w:lastRenderedPageBreak/>
              <w:t>Please indicate if you are proficient in the Irish Language</w:t>
            </w:r>
          </w:p>
          <w:p w14:paraId="5C378276" w14:textId="4D6DFFB9" w:rsidR="00CF648B" w:rsidRPr="001A4E91" w:rsidRDefault="00CF648B" w:rsidP="3F9B9FB5">
            <w:pPr>
              <w:rPr>
                <w:rFonts w:ascii="Aptos" w:hAnsi="Aptos"/>
                <w:b/>
                <w:bCs/>
                <w:color w:val="006B54"/>
                <w:sz w:val="20"/>
                <w:szCs w:val="20"/>
              </w:rPr>
            </w:pPr>
          </w:p>
        </w:tc>
        <w:tc>
          <w:tcPr>
            <w:tcW w:w="5159" w:type="dxa"/>
            <w:tcMar>
              <w:top w:w="100" w:type="dxa"/>
              <w:left w:w="120" w:type="dxa"/>
              <w:bottom w:w="100" w:type="dxa"/>
              <w:right w:w="120" w:type="dxa"/>
            </w:tcMar>
            <w:vAlign w:val="center"/>
          </w:tcPr>
          <w:p w14:paraId="277AC3C5" w14:textId="34D9C06A" w:rsidR="00CF648B" w:rsidRPr="001A4E91" w:rsidRDefault="00000000">
            <w:pPr>
              <w:jc w:val="center"/>
              <w:rPr>
                <w:rFonts w:ascii="Aptos" w:hAnsi="Aptos"/>
                <w:sz w:val="20"/>
                <w:szCs w:val="20"/>
              </w:rPr>
            </w:pPr>
            <w:sdt>
              <w:sdtPr>
                <w:rPr>
                  <w:rFonts w:ascii="Aptos" w:hAnsi="Aptos"/>
                  <w:color w:val="000000" w:themeColor="text1"/>
                  <w:sz w:val="20"/>
                  <w:szCs w:val="20"/>
                </w:rPr>
                <w:id w:val="1830858389"/>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sz w:val="20"/>
                <w:szCs w:val="20"/>
              </w:rPr>
              <w:t xml:space="preserve"> Yes    </w:t>
            </w:r>
            <w:sdt>
              <w:sdtPr>
                <w:rPr>
                  <w:rFonts w:ascii="Aptos" w:hAnsi="Aptos"/>
                  <w:color w:val="000000" w:themeColor="text1"/>
                  <w:sz w:val="20"/>
                  <w:szCs w:val="20"/>
                </w:rPr>
                <w:id w:val="56206591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color w:val="000000"/>
                <w:sz w:val="20"/>
                <w:szCs w:val="20"/>
              </w:rPr>
              <w:t xml:space="preserve"> </w:t>
            </w:r>
            <w:r w:rsidR="00DC0437" w:rsidRPr="001A4E91">
              <w:rPr>
                <w:rFonts w:ascii="Aptos" w:hAnsi="Aptos"/>
                <w:color w:val="000000"/>
                <w:sz w:val="20"/>
                <w:szCs w:val="20"/>
              </w:rPr>
              <w:t>No</w:t>
            </w:r>
          </w:p>
        </w:tc>
      </w:tr>
      <w:tr w:rsidR="3F9B9FB5" w:rsidRPr="001A4E91" w14:paraId="4FB8AD81" w14:textId="77777777" w:rsidTr="3443A52E">
        <w:trPr>
          <w:trHeight w:val="300"/>
        </w:trPr>
        <w:tc>
          <w:tcPr>
            <w:tcW w:w="5154" w:type="dxa"/>
            <w:shd w:val="clear" w:color="auto" w:fill="F2F8F5"/>
            <w:tcMar>
              <w:top w:w="100" w:type="dxa"/>
              <w:left w:w="120" w:type="dxa"/>
              <w:bottom w:w="100" w:type="dxa"/>
              <w:right w:w="120" w:type="dxa"/>
            </w:tcMar>
            <w:vAlign w:val="center"/>
          </w:tcPr>
          <w:p w14:paraId="16075813" w14:textId="7CA55ADA" w:rsidR="5C09367A" w:rsidRPr="001A4E91" w:rsidRDefault="5C09367A" w:rsidP="3F9B9FB5">
            <w:pPr>
              <w:rPr>
                <w:rFonts w:ascii="Aptos" w:hAnsi="Aptos"/>
                <w:sz w:val="20"/>
                <w:szCs w:val="20"/>
              </w:rPr>
            </w:pPr>
            <w:r w:rsidRPr="001A4E91">
              <w:rPr>
                <w:rFonts w:ascii="Aptos" w:hAnsi="Aptos"/>
                <w:b/>
                <w:bCs/>
                <w:color w:val="006B54"/>
                <w:sz w:val="20"/>
                <w:szCs w:val="20"/>
              </w:rPr>
              <w:t>If yes, please select from these options to indicate your level of knowledge of the Irish Language</w:t>
            </w:r>
            <w:r w:rsidR="7CCEFF0D" w:rsidRPr="001A4E91">
              <w:rPr>
                <w:rFonts w:ascii="Aptos" w:hAnsi="Aptos"/>
                <w:b/>
                <w:bCs/>
                <w:color w:val="006B54"/>
                <w:sz w:val="20"/>
                <w:szCs w:val="20"/>
              </w:rPr>
              <w:t>.</w:t>
            </w:r>
          </w:p>
          <w:p w14:paraId="352148D1" w14:textId="2A25D059" w:rsidR="3F9B9FB5" w:rsidRPr="001A4E91" w:rsidRDefault="3F9B9FB5" w:rsidP="3F9B9FB5">
            <w:pPr>
              <w:rPr>
                <w:rFonts w:ascii="Aptos" w:hAnsi="Aptos"/>
                <w:b/>
                <w:bCs/>
                <w:color w:val="006B54"/>
                <w:sz w:val="20"/>
                <w:szCs w:val="20"/>
              </w:rPr>
            </w:pPr>
          </w:p>
          <w:p w14:paraId="5B5D2655" w14:textId="77777777" w:rsidR="004909F5" w:rsidRPr="001A4E91" w:rsidRDefault="004909F5" w:rsidP="004909F5">
            <w:pPr>
              <w:pStyle w:val="NoSpacing"/>
              <w:rPr>
                <w:rFonts w:ascii="Aptos" w:hAnsi="Aptos" w:cs="Arial"/>
                <w:sz w:val="20"/>
                <w:szCs w:val="20"/>
                <w:lang w:val="en-IE" w:eastAsia="en-IE"/>
              </w:rPr>
            </w:pPr>
            <w:r w:rsidRPr="001A4E91">
              <w:rPr>
                <w:rFonts w:ascii="Aptos" w:hAnsi="Aptos" w:cs="Arial"/>
                <w:sz w:val="20"/>
                <w:szCs w:val="20"/>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14:paraId="1A0C4747" w14:textId="4D629E3B" w:rsidR="7CCEFF0D" w:rsidRPr="001A4E91" w:rsidRDefault="7CCEFF0D" w:rsidP="3F9B9FB5">
            <w:pPr>
              <w:rPr>
                <w:rFonts w:ascii="Aptos" w:hAnsi="Aptos"/>
                <w:sz w:val="20"/>
                <w:szCs w:val="20"/>
              </w:rPr>
            </w:pPr>
          </w:p>
        </w:tc>
        <w:tc>
          <w:tcPr>
            <w:tcW w:w="5154" w:type="dxa"/>
            <w:tcMar>
              <w:top w:w="100" w:type="dxa"/>
              <w:left w:w="120" w:type="dxa"/>
              <w:bottom w:w="100" w:type="dxa"/>
              <w:right w:w="120" w:type="dxa"/>
            </w:tcMar>
            <w:vAlign w:val="center"/>
          </w:tcPr>
          <w:p w14:paraId="03672365" w14:textId="2166FC1E" w:rsidR="3F9B9FB5" w:rsidRPr="001A4E91" w:rsidRDefault="3F9B9FB5" w:rsidP="3F9B9FB5">
            <w:pPr>
              <w:rPr>
                <w:rFonts w:ascii="Aptos" w:hAnsi="Aptos"/>
                <w:sz w:val="20"/>
                <w:szCs w:val="20"/>
              </w:rPr>
            </w:pPr>
          </w:p>
          <w:p w14:paraId="34CDC694" w14:textId="49A4AFB2" w:rsidR="29B2D129" w:rsidRPr="001A4E91" w:rsidRDefault="00000000" w:rsidP="3F9B9FB5">
            <w:pPr>
              <w:rPr>
                <w:rFonts w:ascii="Aptos" w:hAnsi="Aptos"/>
                <w:sz w:val="20"/>
                <w:szCs w:val="20"/>
              </w:rPr>
            </w:pPr>
            <w:sdt>
              <w:sdtPr>
                <w:rPr>
                  <w:rFonts w:ascii="Aptos" w:hAnsi="Aptos"/>
                  <w:color w:val="000000" w:themeColor="text1"/>
                  <w:sz w:val="20"/>
                  <w:szCs w:val="20"/>
                </w:rPr>
                <w:id w:val="1988202895"/>
                <w14:checkbox>
                  <w14:checked w14:val="0"/>
                  <w14:checkedState w14:val="2612" w14:font="MS Gothic"/>
                  <w14:uncheckedState w14:val="2610" w14:font="MS Gothic"/>
                </w14:checkbox>
              </w:sdtPr>
              <w:sdtContent>
                <w:r w:rsidR="3F51EFF0" w:rsidRPr="001A4E91">
                  <w:rPr>
                    <w:rFonts w:ascii="Aptos" w:eastAsia="MS Gothic" w:hAnsi="Aptos" w:cs="MS Gothic"/>
                    <w:color w:val="000000" w:themeColor="text1"/>
                    <w:sz w:val="20"/>
                    <w:szCs w:val="20"/>
                  </w:rPr>
                  <w:t>☐</w:t>
                </w:r>
              </w:sdtContent>
            </w:sdt>
            <w:r w:rsidR="36CC93D1" w:rsidRPr="001A4E91">
              <w:rPr>
                <w:rFonts w:ascii="Aptos" w:hAnsi="Aptos"/>
                <w:sz w:val="20"/>
                <w:szCs w:val="20"/>
              </w:rPr>
              <w:t xml:space="preserve"> Level 1 - I have little or no knowledge of the Irish Language</w:t>
            </w:r>
            <w:r w:rsidR="004D5A6C" w:rsidRPr="001A4E91">
              <w:rPr>
                <w:rFonts w:ascii="Aptos" w:hAnsi="Aptos"/>
                <w:sz w:val="20"/>
                <w:szCs w:val="20"/>
              </w:rPr>
              <w:t xml:space="preserve"> (e.g. I did not learn Irish in School)</w:t>
            </w:r>
          </w:p>
          <w:p w14:paraId="2CD3A466" w14:textId="7D5B5CF9" w:rsidR="29B2D129" w:rsidRPr="001A4E91" w:rsidRDefault="00000000" w:rsidP="3F9B9FB5">
            <w:pPr>
              <w:rPr>
                <w:rFonts w:ascii="Aptos" w:hAnsi="Aptos"/>
                <w:sz w:val="20"/>
                <w:szCs w:val="20"/>
              </w:rPr>
            </w:pPr>
            <w:sdt>
              <w:sdtPr>
                <w:rPr>
                  <w:rFonts w:ascii="Aptos" w:hAnsi="Aptos"/>
                  <w:color w:val="000000" w:themeColor="text1"/>
                  <w:sz w:val="20"/>
                  <w:szCs w:val="20"/>
                </w:rPr>
                <w:id w:val="-44353337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Level 2 </w:t>
            </w:r>
            <w:r w:rsidR="3AB6485F" w:rsidRPr="001A4E91">
              <w:rPr>
                <w:rFonts w:ascii="Aptos" w:hAnsi="Aptos"/>
                <w:sz w:val="20"/>
                <w:szCs w:val="20"/>
              </w:rPr>
              <w:t>-</w:t>
            </w:r>
            <w:r w:rsidR="29B2D129" w:rsidRPr="001A4E91">
              <w:rPr>
                <w:rFonts w:ascii="Aptos" w:hAnsi="Aptos"/>
                <w:sz w:val="20"/>
                <w:szCs w:val="20"/>
              </w:rPr>
              <w:t xml:space="preserve"> I am able to communicate at a very basic level on</w:t>
            </w:r>
            <w:r w:rsidR="303316B4" w:rsidRPr="001A4E91">
              <w:rPr>
                <w:rFonts w:ascii="Aptos" w:hAnsi="Aptos"/>
                <w:sz w:val="20"/>
                <w:szCs w:val="20"/>
              </w:rPr>
              <w:t xml:space="preserve"> Irish</w:t>
            </w:r>
            <w:r w:rsidR="29B2D129" w:rsidRPr="001A4E91">
              <w:rPr>
                <w:rFonts w:ascii="Aptos" w:hAnsi="Aptos"/>
                <w:sz w:val="20"/>
                <w:szCs w:val="20"/>
              </w:rPr>
              <w:t xml:space="preserve"> </w:t>
            </w:r>
            <w:r w:rsidR="004D5A6C" w:rsidRPr="001A4E91">
              <w:rPr>
                <w:rFonts w:ascii="Aptos" w:hAnsi="Aptos"/>
                <w:sz w:val="20"/>
                <w:szCs w:val="20"/>
              </w:rPr>
              <w:t xml:space="preserve">(e.g. I can talk </w:t>
            </w:r>
            <w:r w:rsidR="008A6B23" w:rsidRPr="001A4E91">
              <w:rPr>
                <w:rFonts w:ascii="Aptos" w:hAnsi="Aptos"/>
                <w:sz w:val="20"/>
                <w:szCs w:val="20"/>
              </w:rPr>
              <w:t>about my background, where I live etc.)</w:t>
            </w:r>
          </w:p>
          <w:p w14:paraId="61E7B18E" w14:textId="17798E9B" w:rsidR="29B2D129" w:rsidRPr="001A4E91" w:rsidRDefault="00000000" w:rsidP="3F9B9FB5">
            <w:pPr>
              <w:rPr>
                <w:rFonts w:ascii="Aptos" w:hAnsi="Aptos"/>
                <w:sz w:val="20"/>
                <w:szCs w:val="20"/>
              </w:rPr>
            </w:pPr>
            <w:sdt>
              <w:sdtPr>
                <w:rPr>
                  <w:rFonts w:ascii="Aptos" w:hAnsi="Aptos"/>
                  <w:color w:val="000000" w:themeColor="text1"/>
                  <w:sz w:val="20"/>
                  <w:szCs w:val="20"/>
                </w:rPr>
                <w:id w:val="-27016815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33DA5CE5" w:rsidRPr="001A4E91">
              <w:rPr>
                <w:rFonts w:ascii="Aptos" w:hAnsi="Aptos"/>
                <w:sz w:val="20"/>
                <w:szCs w:val="20"/>
              </w:rPr>
              <w:t xml:space="preserve">Level 3- I </w:t>
            </w:r>
            <w:r w:rsidR="00F37F2A" w:rsidRPr="001A4E91">
              <w:rPr>
                <w:rFonts w:ascii="Aptos" w:hAnsi="Aptos"/>
                <w:sz w:val="20"/>
                <w:szCs w:val="20"/>
              </w:rPr>
              <w:t xml:space="preserve">have studied Irish at school and </w:t>
            </w:r>
            <w:r w:rsidR="33DA5CE5" w:rsidRPr="001A4E91">
              <w:rPr>
                <w:rFonts w:ascii="Aptos" w:hAnsi="Aptos"/>
                <w:sz w:val="20"/>
                <w:szCs w:val="20"/>
              </w:rPr>
              <w:t>understand a good deal of the language but have had few opportunities to use in recent years</w:t>
            </w:r>
            <w:r w:rsidR="008A6B23" w:rsidRPr="001A4E91">
              <w:rPr>
                <w:rFonts w:ascii="Aptos" w:hAnsi="Aptos"/>
                <w:sz w:val="20"/>
                <w:szCs w:val="20"/>
              </w:rPr>
              <w:t xml:space="preserve"> </w:t>
            </w:r>
          </w:p>
          <w:p w14:paraId="71A34952" w14:textId="1D7EA2C0" w:rsidR="29B2D129" w:rsidRPr="001A4E91" w:rsidRDefault="00000000" w:rsidP="3F9B9FB5">
            <w:pPr>
              <w:rPr>
                <w:rFonts w:ascii="Aptos" w:hAnsi="Aptos"/>
                <w:sz w:val="20"/>
                <w:szCs w:val="20"/>
              </w:rPr>
            </w:pPr>
            <w:sdt>
              <w:sdtPr>
                <w:rPr>
                  <w:rFonts w:ascii="Aptos" w:hAnsi="Aptos"/>
                  <w:color w:val="000000" w:themeColor="text1"/>
                  <w:sz w:val="20"/>
                  <w:szCs w:val="20"/>
                </w:rPr>
                <w:id w:val="-22267478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52F5152A" w:rsidRPr="001A4E91">
              <w:rPr>
                <w:rFonts w:ascii="Aptos" w:hAnsi="Aptos"/>
                <w:sz w:val="20"/>
                <w:szCs w:val="20"/>
              </w:rPr>
              <w:t xml:space="preserve">Level 4 </w:t>
            </w:r>
            <w:r w:rsidR="7F3E0573" w:rsidRPr="001A4E91">
              <w:rPr>
                <w:rFonts w:ascii="Aptos" w:hAnsi="Aptos"/>
                <w:sz w:val="20"/>
                <w:szCs w:val="20"/>
              </w:rPr>
              <w:t>-</w:t>
            </w:r>
            <w:r w:rsidR="52F5152A" w:rsidRPr="001A4E91">
              <w:rPr>
                <w:rFonts w:ascii="Aptos" w:hAnsi="Aptos"/>
                <w:sz w:val="20"/>
                <w:szCs w:val="20"/>
              </w:rPr>
              <w:t xml:space="preserve"> I am comfortable speaking Irish and use the language from time to time</w:t>
            </w:r>
          </w:p>
          <w:p w14:paraId="3DFDF58C" w14:textId="0685C012" w:rsidR="29B2D129" w:rsidRPr="001A4E91" w:rsidRDefault="00000000" w:rsidP="3F9B9FB5">
            <w:pPr>
              <w:rPr>
                <w:rFonts w:ascii="Aptos" w:hAnsi="Aptos"/>
                <w:sz w:val="20"/>
                <w:szCs w:val="20"/>
              </w:rPr>
            </w:pPr>
            <w:sdt>
              <w:sdtPr>
                <w:rPr>
                  <w:rFonts w:ascii="Aptos" w:hAnsi="Aptos"/>
                  <w:color w:val="000000" w:themeColor="text1"/>
                  <w:sz w:val="20"/>
                  <w:szCs w:val="20"/>
                </w:rPr>
                <w:id w:val="137311789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78A28CC0" w:rsidRPr="001A4E91">
              <w:rPr>
                <w:rFonts w:ascii="Aptos" w:hAnsi="Aptos"/>
                <w:sz w:val="20"/>
                <w:szCs w:val="20"/>
              </w:rPr>
              <w:t>Level 5</w:t>
            </w:r>
            <w:r w:rsidR="28DEBC17" w:rsidRPr="001A4E91">
              <w:rPr>
                <w:rFonts w:ascii="Aptos" w:hAnsi="Aptos"/>
                <w:sz w:val="20"/>
                <w:szCs w:val="20"/>
              </w:rPr>
              <w:t xml:space="preserve"> </w:t>
            </w:r>
            <w:r w:rsidR="4F76FF56" w:rsidRPr="001A4E91">
              <w:rPr>
                <w:rFonts w:ascii="Aptos" w:hAnsi="Aptos"/>
                <w:sz w:val="20"/>
                <w:szCs w:val="20"/>
              </w:rPr>
              <w:t>-</w:t>
            </w:r>
            <w:r w:rsidR="28DEBC17" w:rsidRPr="001A4E91">
              <w:rPr>
                <w:rFonts w:ascii="Aptos" w:hAnsi="Aptos"/>
                <w:sz w:val="20"/>
                <w:szCs w:val="20"/>
              </w:rPr>
              <w:t xml:space="preserve"> I </w:t>
            </w:r>
            <w:r w:rsidR="650A679B" w:rsidRPr="001A4E91">
              <w:rPr>
                <w:rFonts w:ascii="Aptos" w:hAnsi="Aptos"/>
                <w:sz w:val="20"/>
                <w:szCs w:val="20"/>
              </w:rPr>
              <w:t>am fluent in Irish</w:t>
            </w:r>
          </w:p>
          <w:p w14:paraId="71B10245" w14:textId="50D69AFF" w:rsidR="3F9B9FB5" w:rsidRPr="001A4E91" w:rsidRDefault="3F9B9FB5" w:rsidP="3F9B9FB5">
            <w:pPr>
              <w:rPr>
                <w:rFonts w:ascii="Aptos" w:hAnsi="Aptos"/>
                <w:sz w:val="20"/>
                <w:szCs w:val="20"/>
              </w:rPr>
            </w:pPr>
          </w:p>
        </w:tc>
      </w:tr>
      <w:tr w:rsidR="00CF648B" w:rsidRPr="001A4E91" w14:paraId="0AE3899E" w14:textId="77777777" w:rsidTr="3443A52E">
        <w:tc>
          <w:tcPr>
            <w:tcW w:w="5159" w:type="dxa"/>
            <w:shd w:val="clear" w:color="auto" w:fill="F2F8F5"/>
            <w:tcMar>
              <w:top w:w="100" w:type="dxa"/>
              <w:left w:w="120" w:type="dxa"/>
              <w:bottom w:w="100" w:type="dxa"/>
              <w:right w:w="120" w:type="dxa"/>
            </w:tcMar>
            <w:vAlign w:val="center"/>
          </w:tcPr>
          <w:p w14:paraId="3F1FED91" w14:textId="5BCB2A6A" w:rsidR="00CF648B" w:rsidRPr="001A4E91" w:rsidRDefault="61F8660C" w:rsidP="3F9B9FB5">
            <w:pPr>
              <w:rPr>
                <w:rFonts w:ascii="Aptos" w:hAnsi="Aptos"/>
                <w:sz w:val="20"/>
                <w:szCs w:val="20"/>
              </w:rPr>
            </w:pPr>
            <w:r w:rsidRPr="001A4E91">
              <w:rPr>
                <w:rFonts w:ascii="Aptos" w:hAnsi="Aptos"/>
                <w:b/>
                <w:bCs/>
                <w:color w:val="006B54"/>
                <w:sz w:val="20"/>
                <w:szCs w:val="20"/>
              </w:rPr>
              <w:t>Do you require reasonable accommodation to be made at any stage of the selection process?</w:t>
            </w:r>
          </w:p>
          <w:p w14:paraId="1F05E2A9" w14:textId="66239D3E" w:rsidR="00CF648B" w:rsidRPr="001A4E91" w:rsidRDefault="00CF648B" w:rsidP="3F9B9FB5">
            <w:pPr>
              <w:rPr>
                <w:rFonts w:ascii="Aptos" w:hAnsi="Aptos"/>
                <w:b/>
                <w:bCs/>
                <w:color w:val="006B54"/>
                <w:sz w:val="20"/>
                <w:szCs w:val="20"/>
              </w:rPr>
            </w:pPr>
          </w:p>
          <w:p w14:paraId="295BE27D" w14:textId="448F2BBB" w:rsidR="00CF648B" w:rsidRPr="001A4E91" w:rsidRDefault="1AFA1D20" w:rsidP="3F9B9FB5">
            <w:pPr>
              <w:rPr>
                <w:rFonts w:ascii="Aptos" w:hAnsi="Aptos"/>
                <w:sz w:val="20"/>
                <w:szCs w:val="20"/>
              </w:rPr>
            </w:pPr>
            <w:r w:rsidRPr="001A4E91">
              <w:rPr>
                <w:rFonts w:ascii="Aptos" w:hAnsi="Aptos"/>
                <w:sz w:val="20"/>
                <w:szCs w:val="20"/>
              </w:rPr>
              <w:t>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Traveller community.</w:t>
            </w:r>
          </w:p>
        </w:tc>
        <w:tc>
          <w:tcPr>
            <w:tcW w:w="5159" w:type="dxa"/>
            <w:tcMar>
              <w:top w:w="100" w:type="dxa"/>
              <w:left w:w="120" w:type="dxa"/>
              <w:bottom w:w="100" w:type="dxa"/>
              <w:right w:w="120" w:type="dxa"/>
            </w:tcMar>
            <w:vAlign w:val="center"/>
          </w:tcPr>
          <w:p w14:paraId="3B445905" w14:textId="55C171E3" w:rsidR="00CF648B" w:rsidRPr="001A4E91" w:rsidRDefault="00000000" w:rsidP="3F9B9FB5">
            <w:pPr>
              <w:jc w:val="center"/>
              <w:rPr>
                <w:rFonts w:ascii="Aptos" w:hAnsi="Aptos"/>
                <w:sz w:val="20"/>
                <w:szCs w:val="20"/>
              </w:rPr>
            </w:pPr>
            <w:sdt>
              <w:sdtPr>
                <w:rPr>
                  <w:rFonts w:ascii="Aptos" w:hAnsi="Aptos"/>
                  <w:color w:val="000000" w:themeColor="text1"/>
                  <w:sz w:val="20"/>
                  <w:szCs w:val="20"/>
                </w:rPr>
                <w:id w:val="-1449231259"/>
                <w14:checkbox>
                  <w14:checked w14:val="0"/>
                  <w14:checkedState w14:val="2612" w14:font="MS Gothic"/>
                  <w14:uncheckedState w14:val="2610" w14:font="MS Gothic"/>
                </w14:checkbox>
              </w:sdtPr>
              <w:sdtContent>
                <w:r w:rsidR="7F9CF6DD" w:rsidRPr="001A4E91">
                  <w:rPr>
                    <w:rFonts w:ascii="Aptos" w:eastAsia="MS Gothic" w:hAnsi="Aptos" w:cs="MS Gothic"/>
                    <w:color w:val="000000" w:themeColor="text1"/>
                    <w:sz w:val="20"/>
                    <w:szCs w:val="20"/>
                  </w:rPr>
                  <w:t>☐</w:t>
                </w:r>
              </w:sdtContent>
            </w:sdt>
            <w:r w:rsidR="00DC0437" w:rsidRPr="001A4E91">
              <w:rPr>
                <w:rFonts w:ascii="Aptos" w:hAnsi="Aptos"/>
                <w:color w:val="000000" w:themeColor="text1"/>
                <w:sz w:val="20"/>
                <w:szCs w:val="20"/>
              </w:rPr>
              <w:t xml:space="preserve"> Yes    </w:t>
            </w:r>
            <w:sdt>
              <w:sdtPr>
                <w:rPr>
                  <w:rFonts w:ascii="Aptos" w:hAnsi="Aptos"/>
                  <w:color w:val="000000" w:themeColor="text1"/>
                  <w:sz w:val="20"/>
                  <w:szCs w:val="20"/>
                </w:rPr>
                <w:id w:val="-169799836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r w:rsidR="7A28EFE1" w:rsidRPr="001A4E91">
              <w:rPr>
                <w:rFonts w:ascii="Aptos" w:hAnsi="Aptos"/>
                <w:color w:val="000000" w:themeColor="text1"/>
                <w:sz w:val="20"/>
                <w:szCs w:val="20"/>
              </w:rPr>
              <w:t xml:space="preserve">   </w:t>
            </w:r>
            <w:sdt>
              <w:sdtPr>
                <w:rPr>
                  <w:rFonts w:ascii="Aptos" w:hAnsi="Aptos"/>
                  <w:color w:val="000000" w:themeColor="text1"/>
                  <w:sz w:val="20"/>
                  <w:szCs w:val="20"/>
                </w:rPr>
                <w:id w:val="209404347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A28EFE1" w:rsidRPr="001A4E91">
              <w:rPr>
                <w:rFonts w:ascii="Aptos" w:hAnsi="Aptos"/>
                <w:color w:val="000000" w:themeColor="text1"/>
                <w:sz w:val="20"/>
                <w:szCs w:val="20"/>
              </w:rPr>
              <w:t xml:space="preserve"> Do not wish to disclose</w:t>
            </w:r>
          </w:p>
        </w:tc>
      </w:tr>
    </w:tbl>
    <w:p w14:paraId="5A366DDD" w14:textId="77777777" w:rsidR="00CF648B" w:rsidRPr="001A4E91" w:rsidRDefault="00DC0437">
      <w:pPr>
        <w:rPr>
          <w:rFonts w:ascii="Aptos" w:hAnsi="Aptos"/>
          <w:sz w:val="20"/>
          <w:szCs w:val="20"/>
        </w:rPr>
      </w:pPr>
      <w:r w:rsidRPr="001A4E91">
        <w:rPr>
          <w:rFonts w:ascii="Aptos" w:hAnsi="Aptos"/>
          <w:sz w:val="20"/>
          <w:szCs w:val="20"/>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3F9B9FB5" w:rsidRPr="001A4E91"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6F2CCFB1" w:rsidR="6B13AFB4" w:rsidRPr="001A4E91" w:rsidRDefault="6B13AFB4" w:rsidP="3443A52E">
            <w:pPr>
              <w:rPr>
                <w:rFonts w:ascii="Aptos" w:hAnsi="Aptos"/>
                <w:b/>
                <w:bCs/>
                <w:color w:val="006B54"/>
                <w:sz w:val="20"/>
                <w:szCs w:val="20"/>
              </w:rPr>
            </w:pPr>
            <w:r w:rsidRPr="001A4E91">
              <w:rPr>
                <w:rFonts w:ascii="Aptos" w:hAnsi="Aptos"/>
                <w:b/>
                <w:bCs/>
                <w:color w:val="006B54"/>
                <w:sz w:val="20"/>
                <w:szCs w:val="20"/>
              </w:rPr>
              <w:t>Where did you hear about this vacancy?</w:t>
            </w:r>
          </w:p>
          <w:p w14:paraId="19FD0B60" w14:textId="2EAAFAC5" w:rsidR="3F9B9FB5" w:rsidRPr="001A4E91" w:rsidRDefault="3F9B9FB5">
            <w:pPr>
              <w:rPr>
                <w:rFonts w:ascii="Aptos" w:hAnsi="Aptos"/>
                <w:sz w:val="20"/>
                <w:szCs w:val="20"/>
              </w:rPr>
            </w:pPr>
          </w:p>
          <w:p w14:paraId="1CBC4548" w14:textId="0A8B5C21" w:rsidR="3F9B9FB5" w:rsidRPr="001A4E91" w:rsidRDefault="3F9B9FB5" w:rsidP="3F9B9FB5">
            <w:pPr>
              <w:rPr>
                <w:rFonts w:ascii="Aptos" w:hAnsi="Aptos"/>
                <w:b/>
                <w:bCs/>
                <w:color w:val="006B54"/>
                <w:sz w:val="20"/>
                <w:szCs w:val="20"/>
              </w:rPr>
            </w:pPr>
          </w:p>
        </w:tc>
        <w:tc>
          <w:tcPr>
            <w:tcW w:w="5154" w:type="dxa"/>
            <w:tcMar>
              <w:top w:w="100" w:type="dxa"/>
              <w:left w:w="120" w:type="dxa"/>
              <w:bottom w:w="100" w:type="dxa"/>
              <w:right w:w="120" w:type="dxa"/>
            </w:tcMar>
            <w:vAlign w:val="center"/>
          </w:tcPr>
          <w:p w14:paraId="33394C25" w14:textId="15E4500F" w:rsidR="3F9B9FB5" w:rsidRPr="001A4E91" w:rsidRDefault="00000000" w:rsidP="3F9B9FB5">
            <w:pPr>
              <w:rPr>
                <w:rFonts w:ascii="Aptos" w:hAnsi="Aptos"/>
                <w:sz w:val="20"/>
                <w:szCs w:val="20"/>
              </w:rPr>
            </w:pPr>
            <w:sdt>
              <w:sdtPr>
                <w:rPr>
                  <w:rFonts w:ascii="Aptos" w:hAnsi="Aptos"/>
                  <w:color w:val="000000" w:themeColor="text1"/>
                  <w:sz w:val="20"/>
                  <w:szCs w:val="20"/>
                </w:rPr>
                <w:id w:val="76041227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F9B9FB5" w:rsidRPr="001A4E91">
              <w:rPr>
                <w:rFonts w:ascii="Aptos" w:hAnsi="Aptos"/>
                <w:sz w:val="20"/>
                <w:szCs w:val="20"/>
              </w:rPr>
              <w:t xml:space="preserve"> </w:t>
            </w:r>
            <w:r w:rsidR="132D9D11" w:rsidRPr="001A4E91">
              <w:rPr>
                <w:rFonts w:ascii="Aptos" w:hAnsi="Aptos"/>
                <w:sz w:val="20"/>
                <w:szCs w:val="20"/>
              </w:rPr>
              <w:t>Fáilte Ireland Website</w:t>
            </w:r>
          </w:p>
          <w:p w14:paraId="0E630FC7" w14:textId="240C4232" w:rsidR="1B677B44" w:rsidRPr="001A4E91" w:rsidRDefault="00000000" w:rsidP="3F9B9FB5">
            <w:pPr>
              <w:rPr>
                <w:rFonts w:ascii="Aptos" w:hAnsi="Aptos"/>
                <w:sz w:val="20"/>
                <w:szCs w:val="20"/>
              </w:rPr>
            </w:pPr>
            <w:sdt>
              <w:sdtPr>
                <w:rPr>
                  <w:rFonts w:ascii="Aptos" w:hAnsi="Aptos"/>
                  <w:color w:val="000000" w:themeColor="text1"/>
                  <w:sz w:val="20"/>
                  <w:szCs w:val="20"/>
                </w:rPr>
                <w:id w:val="79726986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1B677B44" w:rsidRPr="001A4E91">
              <w:rPr>
                <w:rFonts w:ascii="Aptos" w:hAnsi="Aptos"/>
                <w:sz w:val="20"/>
                <w:szCs w:val="20"/>
              </w:rPr>
              <w:t xml:space="preserve"> </w:t>
            </w:r>
            <w:r w:rsidR="132D9D11" w:rsidRPr="001A4E91">
              <w:rPr>
                <w:rFonts w:ascii="Aptos" w:hAnsi="Aptos"/>
                <w:sz w:val="20"/>
                <w:szCs w:val="20"/>
              </w:rPr>
              <w:t>PublicJobs.ie</w:t>
            </w:r>
          </w:p>
          <w:p w14:paraId="408A9F4E" w14:textId="586A1D82" w:rsidR="7F211E71" w:rsidRPr="001A4E91" w:rsidRDefault="00000000" w:rsidP="3F9B9FB5">
            <w:pPr>
              <w:rPr>
                <w:rFonts w:ascii="Aptos" w:hAnsi="Aptos"/>
                <w:sz w:val="20"/>
                <w:szCs w:val="20"/>
              </w:rPr>
            </w:pPr>
            <w:sdt>
              <w:sdtPr>
                <w:rPr>
                  <w:rFonts w:ascii="Aptos" w:hAnsi="Aptos"/>
                  <w:color w:val="000000" w:themeColor="text1"/>
                  <w:sz w:val="20"/>
                  <w:szCs w:val="20"/>
                </w:rPr>
                <w:id w:val="31985405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F211E71" w:rsidRPr="001A4E91">
              <w:rPr>
                <w:rFonts w:ascii="Aptos" w:hAnsi="Aptos"/>
                <w:sz w:val="20"/>
                <w:szCs w:val="20"/>
              </w:rPr>
              <w:t xml:space="preserve"> </w:t>
            </w:r>
            <w:r w:rsidR="132D9D11" w:rsidRPr="001A4E91">
              <w:rPr>
                <w:rFonts w:ascii="Aptos" w:hAnsi="Aptos"/>
                <w:sz w:val="20"/>
                <w:szCs w:val="20"/>
              </w:rPr>
              <w:t xml:space="preserve">Open Doors Initiative </w:t>
            </w:r>
          </w:p>
          <w:p w14:paraId="750281D0" w14:textId="7DA308EF" w:rsidR="5108E578" w:rsidRPr="001A4E91" w:rsidRDefault="00000000" w:rsidP="3F9B9FB5">
            <w:pPr>
              <w:rPr>
                <w:rFonts w:ascii="Aptos" w:hAnsi="Aptos"/>
                <w:sz w:val="20"/>
                <w:szCs w:val="20"/>
              </w:rPr>
            </w:pPr>
            <w:sdt>
              <w:sdtPr>
                <w:rPr>
                  <w:rFonts w:ascii="Aptos" w:hAnsi="Aptos"/>
                  <w:color w:val="000000" w:themeColor="text1"/>
                  <w:sz w:val="20"/>
                  <w:szCs w:val="20"/>
                </w:rPr>
                <w:id w:val="137503835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sz w:val="20"/>
                <w:szCs w:val="20"/>
              </w:rPr>
              <w:t xml:space="preserve"> </w:t>
            </w:r>
            <w:r w:rsidR="61E274A4" w:rsidRPr="001A4E91">
              <w:rPr>
                <w:rFonts w:ascii="Aptos" w:hAnsi="Aptos"/>
                <w:sz w:val="20"/>
                <w:szCs w:val="20"/>
              </w:rPr>
              <w:t>LinkedIn</w:t>
            </w:r>
          </w:p>
          <w:p w14:paraId="5CAB7DAF" w14:textId="3692FEF9" w:rsidR="5108E578" w:rsidRPr="001A4E91" w:rsidRDefault="00000000" w:rsidP="3F9B9FB5">
            <w:pPr>
              <w:rPr>
                <w:rFonts w:ascii="Aptos" w:hAnsi="Aptos"/>
                <w:sz w:val="20"/>
                <w:szCs w:val="20"/>
              </w:rPr>
            </w:pPr>
            <w:sdt>
              <w:sdtPr>
                <w:rPr>
                  <w:rFonts w:ascii="Aptos" w:hAnsi="Aptos"/>
                  <w:color w:val="000000" w:themeColor="text1"/>
                  <w:sz w:val="20"/>
                  <w:szCs w:val="20"/>
                </w:rPr>
                <w:id w:val="173819934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b/>
                <w:bCs/>
                <w:sz w:val="20"/>
                <w:szCs w:val="20"/>
              </w:rPr>
              <w:t xml:space="preserve"> </w:t>
            </w:r>
            <w:r w:rsidR="132D9D11" w:rsidRPr="001A4E91">
              <w:rPr>
                <w:rFonts w:ascii="Aptos" w:hAnsi="Aptos"/>
                <w:sz w:val="20"/>
                <w:szCs w:val="20"/>
              </w:rPr>
              <w:t xml:space="preserve">Conscia </w:t>
            </w:r>
            <w:r w:rsidR="00F37F2A" w:rsidRPr="001A4E91">
              <w:rPr>
                <w:rFonts w:ascii="Aptos" w:hAnsi="Aptos"/>
                <w:sz w:val="20"/>
                <w:szCs w:val="20"/>
              </w:rPr>
              <w:t xml:space="preserve">Talent </w:t>
            </w:r>
          </w:p>
          <w:p w14:paraId="07FC2FD4" w14:textId="5AB0236C" w:rsidR="7E035450" w:rsidRPr="001A4E91" w:rsidRDefault="00000000" w:rsidP="3F9B9FB5">
            <w:pPr>
              <w:rPr>
                <w:rFonts w:ascii="Aptos" w:hAnsi="Aptos"/>
                <w:sz w:val="20"/>
                <w:szCs w:val="20"/>
              </w:rPr>
            </w:pPr>
            <w:sdt>
              <w:sdtPr>
                <w:rPr>
                  <w:rFonts w:ascii="Aptos" w:hAnsi="Aptos"/>
                  <w:color w:val="000000" w:themeColor="text1"/>
                  <w:sz w:val="20"/>
                  <w:szCs w:val="20"/>
                </w:rPr>
                <w:id w:val="-22129342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E035450" w:rsidRPr="001A4E91">
              <w:rPr>
                <w:rFonts w:ascii="Aptos" w:hAnsi="Aptos"/>
                <w:sz w:val="20"/>
                <w:szCs w:val="20"/>
              </w:rPr>
              <w:t xml:space="preserve"> </w:t>
            </w:r>
            <w:r w:rsidR="132D9D11" w:rsidRPr="001A4E91">
              <w:rPr>
                <w:rFonts w:ascii="Aptos" w:hAnsi="Aptos"/>
                <w:sz w:val="20"/>
                <w:szCs w:val="20"/>
              </w:rPr>
              <w:t>Word of Mouth</w:t>
            </w:r>
          </w:p>
          <w:p w14:paraId="270BB5C2" w14:textId="63981732" w:rsidR="5D29FD70" w:rsidRPr="001A4E91" w:rsidRDefault="00000000" w:rsidP="3F9B9FB5">
            <w:pPr>
              <w:rPr>
                <w:rFonts w:ascii="Aptos" w:hAnsi="Aptos"/>
                <w:sz w:val="20"/>
                <w:szCs w:val="20"/>
              </w:rPr>
            </w:pPr>
            <w:sdt>
              <w:sdtPr>
                <w:rPr>
                  <w:rFonts w:ascii="Aptos" w:hAnsi="Aptos"/>
                  <w:color w:val="000000" w:themeColor="text1"/>
                  <w:sz w:val="20"/>
                  <w:szCs w:val="20"/>
                </w:rPr>
                <w:id w:val="101912266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D29FD70" w:rsidRPr="001A4E91">
              <w:rPr>
                <w:rFonts w:ascii="Aptos" w:hAnsi="Aptos"/>
                <w:sz w:val="20"/>
                <w:szCs w:val="20"/>
              </w:rPr>
              <w:t xml:space="preserve"> </w:t>
            </w:r>
            <w:r w:rsidR="132D9D11" w:rsidRPr="001A4E91">
              <w:rPr>
                <w:rFonts w:ascii="Aptos" w:hAnsi="Aptos"/>
                <w:sz w:val="20"/>
                <w:szCs w:val="20"/>
              </w:rPr>
              <w:t>Other</w:t>
            </w:r>
          </w:p>
          <w:p w14:paraId="7A16B70D" w14:textId="410E92B0" w:rsidR="3F9B9FB5" w:rsidRPr="001A4E91" w:rsidRDefault="3F9B9FB5" w:rsidP="3F9B9FB5">
            <w:pPr>
              <w:rPr>
                <w:rFonts w:ascii="Aptos" w:hAnsi="Aptos"/>
                <w:sz w:val="20"/>
                <w:szCs w:val="20"/>
              </w:rPr>
            </w:pPr>
          </w:p>
          <w:p w14:paraId="4AC5AFBE" w14:textId="134EBAFF" w:rsidR="132D9D11" w:rsidRPr="001A4E91" w:rsidRDefault="132D9D11" w:rsidP="3F9B9FB5">
            <w:pPr>
              <w:rPr>
                <w:rFonts w:ascii="Aptos" w:hAnsi="Aptos"/>
                <w:sz w:val="20"/>
                <w:szCs w:val="20"/>
              </w:rPr>
            </w:pPr>
            <w:r w:rsidRPr="001A4E91">
              <w:rPr>
                <w:rFonts w:ascii="Aptos" w:hAnsi="Aptos"/>
                <w:sz w:val="20"/>
                <w:szCs w:val="20"/>
              </w:rPr>
              <w:t>If Other, please give details</w:t>
            </w:r>
            <w:r w:rsidR="13F1FC16" w:rsidRPr="001A4E91">
              <w:rPr>
                <w:rFonts w:ascii="Aptos" w:hAnsi="Aptos"/>
                <w:sz w:val="20"/>
                <w:szCs w:val="20"/>
              </w:rPr>
              <w:t>:</w:t>
            </w:r>
          </w:p>
          <w:tbl>
            <w:tblPr>
              <w:tblStyle w:val="TableGrid"/>
              <w:tblW w:w="0" w:type="auto"/>
              <w:tblLook w:val="06A0" w:firstRow="1" w:lastRow="0" w:firstColumn="1" w:lastColumn="0" w:noHBand="1" w:noVBand="1"/>
            </w:tblPr>
            <w:tblGrid>
              <w:gridCol w:w="4904"/>
            </w:tblGrid>
            <w:tr w:rsidR="3F9B9FB5" w:rsidRPr="001A4E91" w14:paraId="214BF54D" w14:textId="77777777" w:rsidTr="3F9B9FB5">
              <w:trPr>
                <w:trHeight w:val="300"/>
              </w:trPr>
              <w:tc>
                <w:tcPr>
                  <w:tcW w:w="4905" w:type="dxa"/>
                </w:tcPr>
                <w:p w14:paraId="1F992CA7" w14:textId="2761DF7E" w:rsidR="3F9B9FB5" w:rsidRPr="001A4E91" w:rsidRDefault="3F9B9FB5" w:rsidP="3F9B9FB5">
                  <w:pPr>
                    <w:rPr>
                      <w:rFonts w:ascii="Aptos" w:hAnsi="Aptos"/>
                      <w:sz w:val="20"/>
                      <w:szCs w:val="20"/>
                    </w:rPr>
                  </w:pPr>
                </w:p>
              </w:tc>
            </w:tr>
          </w:tbl>
          <w:p w14:paraId="77D96BDC" w14:textId="0516B65F" w:rsidR="3F9B9FB5" w:rsidRPr="001A4E91" w:rsidRDefault="3F9B9FB5" w:rsidP="3F9B9FB5">
            <w:pPr>
              <w:jc w:val="center"/>
              <w:rPr>
                <w:rFonts w:ascii="Aptos" w:hAnsi="Aptos"/>
                <w:sz w:val="20"/>
                <w:szCs w:val="20"/>
              </w:rPr>
            </w:pPr>
          </w:p>
          <w:p w14:paraId="7FB8B49B" w14:textId="471ED7D6" w:rsidR="3F9B9FB5" w:rsidRPr="001A4E91" w:rsidRDefault="3F9B9FB5" w:rsidP="3F9B9FB5">
            <w:pPr>
              <w:jc w:val="center"/>
              <w:rPr>
                <w:rFonts w:ascii="Aptos" w:hAnsi="Aptos"/>
                <w:sz w:val="20"/>
                <w:szCs w:val="20"/>
              </w:rPr>
            </w:pPr>
          </w:p>
          <w:p w14:paraId="7E0E5690" w14:textId="1F5DB1BB" w:rsidR="3F9B9FB5" w:rsidRPr="001A4E91" w:rsidRDefault="3F9B9FB5" w:rsidP="3F9B9FB5">
            <w:pPr>
              <w:jc w:val="center"/>
              <w:rPr>
                <w:rFonts w:ascii="Aptos" w:hAnsi="Aptos"/>
                <w:sz w:val="20"/>
                <w:szCs w:val="20"/>
              </w:rPr>
            </w:pPr>
            <w:r w:rsidRPr="001A4E91">
              <w:rPr>
                <w:rFonts w:ascii="Aptos" w:hAnsi="Aptos"/>
                <w:color w:val="000000" w:themeColor="text1"/>
                <w:sz w:val="20"/>
                <w:szCs w:val="20"/>
              </w:rPr>
              <w:t xml:space="preserve">    </w:t>
            </w:r>
          </w:p>
        </w:tc>
      </w:tr>
    </w:tbl>
    <w:p w14:paraId="3B786237" w14:textId="3EEC7983" w:rsidR="3F9B9FB5" w:rsidRPr="001A4E91" w:rsidRDefault="3F9B9FB5" w:rsidP="3F9B9FB5">
      <w:pPr>
        <w:rPr>
          <w:rFonts w:ascii="Aptos" w:hAnsi="Aptos"/>
          <w:sz w:val="20"/>
          <w:szCs w:val="20"/>
        </w:rPr>
      </w:pPr>
    </w:p>
    <w:p w14:paraId="53128261"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3F472068" w14:textId="77777777" w:rsidTr="3F9B9FB5">
        <w:trPr>
          <w:jc w:val="center"/>
        </w:trPr>
        <w:tc>
          <w:tcPr>
            <w:tcW w:w="5159" w:type="dxa"/>
            <w:tcMar>
              <w:top w:w="100" w:type="dxa"/>
              <w:left w:w="120" w:type="dxa"/>
              <w:bottom w:w="100" w:type="dxa"/>
              <w:right w:w="120" w:type="dxa"/>
            </w:tcMar>
            <w:vAlign w:val="center"/>
          </w:tcPr>
          <w:p w14:paraId="0397B3FD"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62486C05" w14:textId="4AC6F091" w:rsidR="00CF648B" w:rsidRPr="001A4E91" w:rsidRDefault="00CF648B">
            <w:pPr>
              <w:jc w:val="right"/>
              <w:rPr>
                <w:rFonts w:ascii="Aptos" w:hAnsi="Aptos"/>
                <w:sz w:val="20"/>
                <w:szCs w:val="20"/>
              </w:rPr>
            </w:pPr>
          </w:p>
        </w:tc>
      </w:tr>
      <w:tr w:rsidR="00CF648B" w:rsidRPr="001A4E91"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389CEFEB" w:rsidR="00CF648B" w:rsidRPr="001A4E91" w:rsidRDefault="006D710E">
            <w:pPr>
              <w:spacing w:after="0"/>
              <w:rPr>
                <w:rFonts w:ascii="Aptos" w:hAnsi="Aptos"/>
                <w:sz w:val="20"/>
                <w:szCs w:val="20"/>
              </w:rPr>
            </w:pPr>
            <w:r w:rsidRPr="001A4E91">
              <w:rPr>
                <w:rFonts w:ascii="Aptos" w:hAnsi="Aptos"/>
                <w:b/>
                <w:color w:val="FFFFFF"/>
                <w:sz w:val="20"/>
                <w:szCs w:val="20"/>
              </w:rPr>
              <w:t xml:space="preserve">QUALIFICATION DETAILS </w:t>
            </w:r>
          </w:p>
        </w:tc>
      </w:tr>
    </w:tbl>
    <w:p w14:paraId="4101652C" w14:textId="77777777" w:rsidR="00CF648B" w:rsidRPr="001A4E91" w:rsidRDefault="00CF648B">
      <w:pPr>
        <w:spacing w:after="0"/>
        <w:rPr>
          <w:rFonts w:ascii="Aptos" w:hAnsi="Aptos"/>
          <w:sz w:val="20"/>
          <w:szCs w:val="20"/>
        </w:rPr>
      </w:pPr>
    </w:p>
    <w:p w14:paraId="2B29B7D5" w14:textId="77777777" w:rsidR="00CF648B" w:rsidRPr="001A4E91" w:rsidRDefault="00DC0437">
      <w:pPr>
        <w:rPr>
          <w:rFonts w:ascii="Aptos" w:hAnsi="Aptos"/>
          <w:sz w:val="20"/>
          <w:szCs w:val="20"/>
        </w:rPr>
      </w:pPr>
      <w:r w:rsidRPr="001A4E91">
        <w:rPr>
          <w:rFonts w:ascii="Aptos" w:hAnsi="Aptos"/>
          <w:sz w:val="20"/>
          <w:szCs w:val="20"/>
        </w:rP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162"/>
        <w:gridCol w:w="2400"/>
        <w:gridCol w:w="2564"/>
        <w:gridCol w:w="2182"/>
      </w:tblGrid>
      <w:tr w:rsidR="006D7F69" w:rsidRPr="001A4E91" w14:paraId="360E4511" w14:textId="40C7B4B4" w:rsidTr="006D7F69">
        <w:tc>
          <w:tcPr>
            <w:tcW w:w="3129" w:type="dxa"/>
            <w:shd w:val="clear" w:color="auto" w:fill="006B54"/>
            <w:tcMar>
              <w:top w:w="100" w:type="dxa"/>
              <w:left w:w="120" w:type="dxa"/>
              <w:bottom w:w="100" w:type="dxa"/>
              <w:right w:w="120" w:type="dxa"/>
            </w:tcMar>
            <w:vAlign w:val="center"/>
          </w:tcPr>
          <w:p w14:paraId="646D8035" w14:textId="77777777" w:rsidR="006D7F69" w:rsidRPr="001A4E91" w:rsidRDefault="006D7F69">
            <w:pPr>
              <w:jc w:val="center"/>
              <w:rPr>
                <w:rFonts w:ascii="Aptos" w:hAnsi="Aptos"/>
                <w:sz w:val="20"/>
                <w:szCs w:val="20"/>
              </w:rPr>
            </w:pPr>
            <w:r w:rsidRPr="001A4E91">
              <w:rPr>
                <w:rFonts w:ascii="Aptos" w:hAnsi="Aptos"/>
                <w:b/>
                <w:color w:val="FFFFFF"/>
                <w:sz w:val="20"/>
                <w:szCs w:val="20"/>
              </w:rPr>
              <w:t>College/University/Professional Bodies</w:t>
            </w:r>
          </w:p>
        </w:tc>
        <w:tc>
          <w:tcPr>
            <w:tcW w:w="2413" w:type="dxa"/>
            <w:shd w:val="clear" w:color="auto" w:fill="006B54"/>
            <w:tcMar>
              <w:top w:w="100" w:type="dxa"/>
              <w:left w:w="120" w:type="dxa"/>
              <w:bottom w:w="100" w:type="dxa"/>
              <w:right w:w="120" w:type="dxa"/>
            </w:tcMar>
            <w:vAlign w:val="center"/>
          </w:tcPr>
          <w:p w14:paraId="38D93C5A" w14:textId="2B6AB825" w:rsidR="006D7F69" w:rsidRPr="001A4E91" w:rsidRDefault="006D7F69">
            <w:pPr>
              <w:jc w:val="center"/>
              <w:rPr>
                <w:rFonts w:ascii="Aptos" w:hAnsi="Aptos"/>
                <w:sz w:val="20"/>
                <w:szCs w:val="20"/>
              </w:rPr>
            </w:pPr>
            <w:r w:rsidRPr="001A4E91">
              <w:rPr>
                <w:rFonts w:ascii="Aptos" w:hAnsi="Aptos"/>
                <w:b/>
                <w:color w:val="FFFFFF"/>
                <w:sz w:val="20"/>
                <w:szCs w:val="20"/>
              </w:rPr>
              <w:t xml:space="preserve">Course Name </w:t>
            </w:r>
          </w:p>
        </w:tc>
        <w:tc>
          <w:tcPr>
            <w:tcW w:w="2574" w:type="dxa"/>
            <w:shd w:val="clear" w:color="auto" w:fill="006B54"/>
            <w:tcMar>
              <w:top w:w="100" w:type="dxa"/>
              <w:left w:w="120" w:type="dxa"/>
              <w:bottom w:w="100" w:type="dxa"/>
              <w:right w:w="120" w:type="dxa"/>
            </w:tcMar>
            <w:vAlign w:val="center"/>
          </w:tcPr>
          <w:p w14:paraId="795D9AA1" w14:textId="1B04BBCD" w:rsidR="006D7F69" w:rsidRPr="001A4E91" w:rsidRDefault="006D7F69">
            <w:pPr>
              <w:jc w:val="center"/>
              <w:rPr>
                <w:rFonts w:ascii="Aptos" w:hAnsi="Aptos"/>
                <w:sz w:val="20"/>
                <w:szCs w:val="20"/>
              </w:rPr>
            </w:pPr>
            <w:r w:rsidRPr="001A4E91">
              <w:rPr>
                <w:rFonts w:ascii="Aptos" w:hAnsi="Aptos"/>
                <w:b/>
                <w:color w:val="FFFFFF"/>
                <w:sz w:val="20"/>
                <w:szCs w:val="20"/>
              </w:rPr>
              <w:t>Qualification Type / Level</w:t>
            </w:r>
          </w:p>
        </w:tc>
        <w:tc>
          <w:tcPr>
            <w:tcW w:w="2192" w:type="dxa"/>
            <w:shd w:val="clear" w:color="auto" w:fill="006B54"/>
          </w:tcPr>
          <w:p w14:paraId="2811CA70" w14:textId="77777777" w:rsidR="006D7F69" w:rsidRPr="001A4E91" w:rsidRDefault="006D7F69">
            <w:pPr>
              <w:jc w:val="center"/>
              <w:rPr>
                <w:rFonts w:ascii="Aptos" w:hAnsi="Aptos"/>
                <w:b/>
                <w:color w:val="FFFFFF"/>
                <w:sz w:val="20"/>
                <w:szCs w:val="20"/>
              </w:rPr>
            </w:pPr>
            <w:r w:rsidRPr="001A4E91">
              <w:rPr>
                <w:rFonts w:ascii="Aptos" w:hAnsi="Aptos"/>
                <w:b/>
                <w:color w:val="FFFFFF"/>
                <w:sz w:val="20"/>
                <w:szCs w:val="20"/>
              </w:rPr>
              <w:t>Duration of Course</w:t>
            </w:r>
          </w:p>
          <w:p w14:paraId="486C3FC5" w14:textId="5329BFBF" w:rsidR="006D7F69" w:rsidRPr="001A4E91" w:rsidRDefault="006D7F69">
            <w:pPr>
              <w:jc w:val="center"/>
              <w:rPr>
                <w:rFonts w:ascii="Aptos" w:hAnsi="Aptos"/>
                <w:b/>
                <w:color w:val="FFFFFF"/>
                <w:sz w:val="20"/>
                <w:szCs w:val="20"/>
              </w:rPr>
            </w:pPr>
            <w:r w:rsidRPr="001A4E91">
              <w:rPr>
                <w:rFonts w:ascii="Aptos" w:hAnsi="Aptos"/>
                <w:b/>
                <w:color w:val="FFFFFF"/>
                <w:sz w:val="20"/>
                <w:szCs w:val="20"/>
              </w:rPr>
              <w:t>(in years)</w:t>
            </w:r>
          </w:p>
        </w:tc>
      </w:tr>
      <w:tr w:rsidR="006D7F69" w:rsidRPr="001A4E91" w14:paraId="4B99056E" w14:textId="0D0D1EF2" w:rsidTr="006D7F69">
        <w:tc>
          <w:tcPr>
            <w:tcW w:w="3129" w:type="dxa"/>
            <w:tcMar>
              <w:top w:w="100" w:type="dxa"/>
              <w:left w:w="120" w:type="dxa"/>
              <w:bottom w:w="100" w:type="dxa"/>
              <w:right w:w="120" w:type="dxa"/>
            </w:tcMar>
            <w:vAlign w:val="center"/>
          </w:tcPr>
          <w:p w14:paraId="1299C43A"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4DDBEF00"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461D7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B68EACD" w14:textId="77777777" w:rsidR="006D7F69" w:rsidRPr="001A4E91" w:rsidRDefault="006D7F69">
            <w:pPr>
              <w:rPr>
                <w:rFonts w:ascii="Aptos" w:hAnsi="Aptos"/>
                <w:color w:val="000000"/>
                <w:sz w:val="20"/>
                <w:szCs w:val="20"/>
              </w:rPr>
            </w:pPr>
          </w:p>
        </w:tc>
      </w:tr>
      <w:tr w:rsidR="006D7F69" w:rsidRPr="001A4E91" w14:paraId="3CF2D8B6" w14:textId="33F7C2D9" w:rsidTr="006D7F69">
        <w:tc>
          <w:tcPr>
            <w:tcW w:w="3129" w:type="dxa"/>
            <w:tcMar>
              <w:top w:w="100" w:type="dxa"/>
              <w:left w:w="120" w:type="dxa"/>
              <w:bottom w:w="100" w:type="dxa"/>
              <w:right w:w="120" w:type="dxa"/>
            </w:tcMar>
            <w:vAlign w:val="center"/>
          </w:tcPr>
          <w:p w14:paraId="0FB78278"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1FC3994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0562CB0E"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2FAE064" w14:textId="77777777" w:rsidR="006D7F69" w:rsidRPr="001A4E91" w:rsidRDefault="006D7F69">
            <w:pPr>
              <w:rPr>
                <w:rFonts w:ascii="Aptos" w:hAnsi="Aptos"/>
                <w:color w:val="000000"/>
                <w:sz w:val="20"/>
                <w:szCs w:val="20"/>
              </w:rPr>
            </w:pPr>
          </w:p>
        </w:tc>
      </w:tr>
      <w:tr w:rsidR="006D7F69" w:rsidRPr="001A4E91" w14:paraId="34CE0A41" w14:textId="17D21BD9" w:rsidTr="006D7F69">
        <w:tc>
          <w:tcPr>
            <w:tcW w:w="3129" w:type="dxa"/>
            <w:tcMar>
              <w:top w:w="100" w:type="dxa"/>
              <w:left w:w="120" w:type="dxa"/>
              <w:bottom w:w="100" w:type="dxa"/>
              <w:right w:w="120" w:type="dxa"/>
            </w:tcMar>
            <w:vAlign w:val="center"/>
          </w:tcPr>
          <w:p w14:paraId="62EBF3C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D98A12B"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2946DB82"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72830E20" w14:textId="77777777" w:rsidR="006D7F69" w:rsidRPr="001A4E91" w:rsidRDefault="006D7F69">
            <w:pPr>
              <w:rPr>
                <w:rFonts w:ascii="Aptos" w:hAnsi="Aptos"/>
                <w:color w:val="000000"/>
                <w:sz w:val="20"/>
                <w:szCs w:val="20"/>
              </w:rPr>
            </w:pPr>
          </w:p>
        </w:tc>
      </w:tr>
      <w:tr w:rsidR="006D7F69" w:rsidRPr="001A4E91" w14:paraId="5997CC1D" w14:textId="75EC689D" w:rsidTr="006D7F69">
        <w:tc>
          <w:tcPr>
            <w:tcW w:w="3129" w:type="dxa"/>
            <w:tcMar>
              <w:top w:w="100" w:type="dxa"/>
              <w:left w:w="120" w:type="dxa"/>
              <w:bottom w:w="100" w:type="dxa"/>
              <w:right w:w="120" w:type="dxa"/>
            </w:tcMar>
            <w:vAlign w:val="center"/>
          </w:tcPr>
          <w:p w14:paraId="110FFD37"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B6993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FE9F23F"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097653BD" w14:textId="77777777" w:rsidR="006D7F69" w:rsidRPr="001A4E91" w:rsidRDefault="006D7F69">
            <w:pPr>
              <w:rPr>
                <w:rFonts w:ascii="Aptos" w:hAnsi="Aptos"/>
                <w:color w:val="000000"/>
                <w:sz w:val="20"/>
                <w:szCs w:val="20"/>
              </w:rPr>
            </w:pPr>
          </w:p>
        </w:tc>
      </w:tr>
    </w:tbl>
    <w:tbl>
      <w:tblPr>
        <w:tblW w:w="0" w:type="auto"/>
        <w:jc w:val="center"/>
        <w:tblLook w:val="04A0" w:firstRow="1" w:lastRow="0" w:firstColumn="1" w:lastColumn="0" w:noHBand="0" w:noVBand="1"/>
      </w:tblPr>
      <w:tblGrid>
        <w:gridCol w:w="10318"/>
      </w:tblGrid>
      <w:tr w:rsidR="00CF648B" w:rsidRPr="001A4E91"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037D52B7" w:rsidR="00CF648B" w:rsidRPr="001A4E91" w:rsidRDefault="00DB0165">
            <w:pPr>
              <w:spacing w:after="0"/>
              <w:rPr>
                <w:rFonts w:ascii="Aptos" w:hAnsi="Aptos"/>
                <w:sz w:val="20"/>
                <w:szCs w:val="20"/>
              </w:rPr>
            </w:pPr>
            <w:r w:rsidRPr="001A4E91">
              <w:rPr>
                <w:rFonts w:ascii="Aptos" w:hAnsi="Aptos"/>
                <w:b/>
                <w:color w:val="FFFFFF"/>
                <w:sz w:val="20"/>
                <w:szCs w:val="20"/>
              </w:rPr>
              <w:t xml:space="preserve"> PROFESSIONAL BODIES &amp; </w:t>
            </w:r>
            <w:r w:rsidR="00DC0437" w:rsidRPr="001A4E91">
              <w:rPr>
                <w:rFonts w:ascii="Aptos" w:hAnsi="Aptos"/>
                <w:b/>
                <w:color w:val="FFFFFF"/>
                <w:sz w:val="20"/>
                <w:szCs w:val="20"/>
              </w:rPr>
              <w:t>OTHER TRAINING COURSES</w:t>
            </w:r>
          </w:p>
        </w:tc>
      </w:tr>
    </w:tbl>
    <w:p w14:paraId="1F72F646" w14:textId="77777777" w:rsidR="00CF648B" w:rsidRPr="001A4E91" w:rsidRDefault="00CF648B">
      <w:pPr>
        <w:spacing w:after="0"/>
        <w:rPr>
          <w:rFonts w:ascii="Aptos" w:hAnsi="Aptos"/>
          <w:sz w:val="20"/>
          <w:szCs w:val="20"/>
        </w:rPr>
      </w:pPr>
    </w:p>
    <w:p w14:paraId="71105374" w14:textId="77777777" w:rsidR="00CF648B" w:rsidRPr="001A4E91" w:rsidRDefault="00DC0437">
      <w:pPr>
        <w:rPr>
          <w:rFonts w:ascii="Aptos" w:hAnsi="Aptos"/>
          <w:sz w:val="20"/>
          <w:szCs w:val="20"/>
        </w:rPr>
      </w:pPr>
      <w:r w:rsidRPr="001A4E91">
        <w:rPr>
          <w:rFonts w:ascii="Aptos" w:hAnsi="Aptos"/>
          <w:sz w:val="20"/>
          <w:szCs w:val="20"/>
        </w:rPr>
        <w:t>Please list any relevant training/development courses attended with dates.</w:t>
      </w:r>
    </w:p>
    <w:tbl>
      <w:tblPr>
        <w:tblStyle w:val="TableGrid"/>
        <w:tblW w:w="0" w:type="auto"/>
        <w:tblLook w:val="04A0" w:firstRow="1" w:lastRow="0" w:firstColumn="1" w:lastColumn="0" w:noHBand="0" w:noVBand="1"/>
      </w:tblPr>
      <w:tblGrid>
        <w:gridCol w:w="10308"/>
      </w:tblGrid>
      <w:tr w:rsidR="00CF648B" w:rsidRPr="001A4E91" w14:paraId="08CE6F91" w14:textId="77777777">
        <w:tc>
          <w:tcPr>
            <w:tcW w:w="10318" w:type="dxa"/>
            <w:tcMar>
              <w:top w:w="100" w:type="dxa"/>
              <w:left w:w="120" w:type="dxa"/>
              <w:bottom w:w="100" w:type="dxa"/>
              <w:right w:w="120" w:type="dxa"/>
            </w:tcMar>
            <w:vAlign w:val="center"/>
          </w:tcPr>
          <w:p w14:paraId="61CDCEAD"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6BB9E253" w14:textId="77777777">
        <w:tc>
          <w:tcPr>
            <w:tcW w:w="10318" w:type="dxa"/>
            <w:tcMar>
              <w:top w:w="100" w:type="dxa"/>
              <w:left w:w="120" w:type="dxa"/>
              <w:bottom w:w="100" w:type="dxa"/>
              <w:right w:w="120" w:type="dxa"/>
            </w:tcMar>
            <w:vAlign w:val="center"/>
          </w:tcPr>
          <w:p w14:paraId="23DE523C"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2E56223" w14:textId="77777777">
        <w:tc>
          <w:tcPr>
            <w:tcW w:w="10318" w:type="dxa"/>
            <w:tcMar>
              <w:top w:w="100" w:type="dxa"/>
              <w:left w:w="120" w:type="dxa"/>
              <w:bottom w:w="100" w:type="dxa"/>
              <w:right w:w="120" w:type="dxa"/>
            </w:tcMar>
            <w:vAlign w:val="center"/>
          </w:tcPr>
          <w:p w14:paraId="07547A01"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043CB0F" w14:textId="77777777">
        <w:tc>
          <w:tcPr>
            <w:tcW w:w="10318" w:type="dxa"/>
            <w:tcMar>
              <w:top w:w="100" w:type="dxa"/>
              <w:left w:w="120" w:type="dxa"/>
              <w:bottom w:w="100" w:type="dxa"/>
              <w:right w:w="120" w:type="dxa"/>
            </w:tcMar>
            <w:vAlign w:val="center"/>
          </w:tcPr>
          <w:p w14:paraId="07459315" w14:textId="77777777" w:rsidR="00CF648B" w:rsidRPr="001A4E91" w:rsidRDefault="00DC0437">
            <w:pPr>
              <w:rPr>
                <w:rFonts w:ascii="Aptos" w:hAnsi="Aptos"/>
                <w:sz w:val="20"/>
                <w:szCs w:val="20"/>
              </w:rPr>
            </w:pPr>
            <w:r w:rsidRPr="001A4E91">
              <w:rPr>
                <w:rFonts w:ascii="Aptos" w:hAnsi="Aptos"/>
                <w:color w:val="000000"/>
                <w:sz w:val="20"/>
                <w:szCs w:val="20"/>
              </w:rPr>
              <w:br/>
            </w:r>
          </w:p>
        </w:tc>
      </w:tr>
    </w:tbl>
    <w:tbl>
      <w:tblPr>
        <w:tblW w:w="0" w:type="auto"/>
        <w:jc w:val="center"/>
        <w:tblLook w:val="04A0" w:firstRow="1" w:lastRow="0" w:firstColumn="1" w:lastColumn="0" w:noHBand="0" w:noVBand="1"/>
      </w:tblPr>
      <w:tblGrid>
        <w:gridCol w:w="10318"/>
      </w:tblGrid>
      <w:tr w:rsidR="00CF648B" w:rsidRPr="001A4E91"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1A4E91" w:rsidRDefault="00CF648B">
            <w:pPr>
              <w:spacing w:after="0"/>
              <w:rPr>
                <w:rFonts w:ascii="Aptos" w:hAnsi="Aptos"/>
                <w:sz w:val="20"/>
                <w:szCs w:val="20"/>
              </w:rPr>
            </w:pPr>
          </w:p>
        </w:tc>
      </w:tr>
    </w:tbl>
    <w:p w14:paraId="6537F28F" w14:textId="77777777" w:rsidR="00CF648B" w:rsidRPr="001A4E91" w:rsidRDefault="00CF648B">
      <w:pPr>
        <w:spacing w:after="0"/>
        <w:rPr>
          <w:rFonts w:ascii="Aptos" w:hAnsi="Aptos"/>
          <w:sz w:val="20"/>
          <w:szCs w:val="20"/>
        </w:rPr>
      </w:pPr>
    </w:p>
    <w:p w14:paraId="44E871BC"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12E04C3E" w14:textId="77777777" w:rsidTr="3F9B9FB5">
        <w:trPr>
          <w:jc w:val="center"/>
        </w:trPr>
        <w:tc>
          <w:tcPr>
            <w:tcW w:w="5159" w:type="dxa"/>
            <w:tcMar>
              <w:top w:w="100" w:type="dxa"/>
              <w:left w:w="120" w:type="dxa"/>
              <w:bottom w:w="100" w:type="dxa"/>
              <w:right w:w="120" w:type="dxa"/>
            </w:tcMar>
            <w:vAlign w:val="center"/>
          </w:tcPr>
          <w:p w14:paraId="28CA03F9"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144A5D23" w14:textId="766BA795" w:rsidR="00CF648B" w:rsidRPr="001A4E91" w:rsidRDefault="00CF648B">
            <w:pPr>
              <w:jc w:val="right"/>
              <w:rPr>
                <w:rFonts w:ascii="Aptos" w:hAnsi="Aptos"/>
                <w:sz w:val="20"/>
                <w:szCs w:val="20"/>
              </w:rPr>
            </w:pPr>
          </w:p>
        </w:tc>
      </w:tr>
      <w:tr w:rsidR="00CF648B" w:rsidRPr="001A4E91"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738610E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F44C9E9" w14:textId="77777777">
        <w:tc>
          <w:tcPr>
            <w:tcW w:w="5159" w:type="dxa"/>
            <w:shd w:val="clear" w:color="auto" w:fill="DDEFE8"/>
            <w:tcMar>
              <w:top w:w="100" w:type="dxa"/>
              <w:left w:w="120" w:type="dxa"/>
              <w:bottom w:w="100" w:type="dxa"/>
              <w:right w:w="120" w:type="dxa"/>
            </w:tcMar>
            <w:vAlign w:val="center"/>
          </w:tcPr>
          <w:p w14:paraId="643E27E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07263F0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4C6E847" w14:textId="77777777">
        <w:tc>
          <w:tcPr>
            <w:tcW w:w="5159" w:type="dxa"/>
            <w:shd w:val="clear" w:color="auto" w:fill="DDEFE8"/>
            <w:tcMar>
              <w:top w:w="100" w:type="dxa"/>
              <w:left w:w="120" w:type="dxa"/>
              <w:bottom w:w="100" w:type="dxa"/>
              <w:right w:w="120" w:type="dxa"/>
            </w:tcMar>
            <w:vAlign w:val="center"/>
          </w:tcPr>
          <w:p w14:paraId="082C0D9F"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A8A13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65001577" w14:textId="77777777">
        <w:tc>
          <w:tcPr>
            <w:tcW w:w="10318" w:type="dxa"/>
            <w:gridSpan w:val="2"/>
            <w:shd w:val="clear" w:color="auto" w:fill="F2F8F5"/>
            <w:tcMar>
              <w:top w:w="100" w:type="dxa"/>
              <w:left w:w="120" w:type="dxa"/>
              <w:bottom w:w="100" w:type="dxa"/>
              <w:right w:w="120" w:type="dxa"/>
            </w:tcMar>
            <w:vAlign w:val="center"/>
          </w:tcPr>
          <w:p w14:paraId="1C12CB3F"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37805D2"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4B3B167" w14:textId="77777777">
        <w:tc>
          <w:tcPr>
            <w:tcW w:w="5159" w:type="dxa"/>
            <w:shd w:val="clear" w:color="auto" w:fill="DDEFE8"/>
            <w:tcMar>
              <w:top w:w="100" w:type="dxa"/>
              <w:left w:w="120" w:type="dxa"/>
              <w:bottom w:w="100" w:type="dxa"/>
              <w:right w:w="120" w:type="dxa"/>
            </w:tcMar>
            <w:vAlign w:val="center"/>
          </w:tcPr>
          <w:p w14:paraId="2791D43F"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73D0C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426F3C01" w14:textId="77777777">
        <w:tc>
          <w:tcPr>
            <w:tcW w:w="5159" w:type="dxa"/>
            <w:shd w:val="clear" w:color="auto" w:fill="DDEFE8"/>
            <w:tcMar>
              <w:top w:w="100" w:type="dxa"/>
              <w:left w:w="120" w:type="dxa"/>
              <w:bottom w:w="100" w:type="dxa"/>
              <w:right w:w="120" w:type="dxa"/>
            </w:tcMar>
            <w:vAlign w:val="center"/>
          </w:tcPr>
          <w:p w14:paraId="5D09F4CD"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B1D8A4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74825FE4" w14:textId="77777777">
        <w:tc>
          <w:tcPr>
            <w:tcW w:w="10318" w:type="dxa"/>
            <w:gridSpan w:val="2"/>
            <w:shd w:val="clear" w:color="auto" w:fill="F2F8F5"/>
            <w:tcMar>
              <w:top w:w="100" w:type="dxa"/>
              <w:left w:w="120" w:type="dxa"/>
              <w:bottom w:w="100" w:type="dxa"/>
              <w:right w:w="120" w:type="dxa"/>
            </w:tcMar>
            <w:vAlign w:val="center"/>
          </w:tcPr>
          <w:p w14:paraId="41BFD97D"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463F29E8" w14:textId="77777777" w:rsidR="00CF648B" w:rsidRPr="001A4E91" w:rsidRDefault="00CF648B">
      <w:pPr>
        <w:spacing w:after="60"/>
        <w:rPr>
          <w:rFonts w:ascii="Aptos" w:hAnsi="Aptos"/>
          <w:sz w:val="20"/>
          <w:szCs w:val="20"/>
        </w:rPr>
      </w:pPr>
    </w:p>
    <w:p w14:paraId="3B7B4B86"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5C57A25A" w14:textId="77777777" w:rsidTr="3F9B9FB5">
        <w:trPr>
          <w:jc w:val="center"/>
        </w:trPr>
        <w:tc>
          <w:tcPr>
            <w:tcW w:w="5159" w:type="dxa"/>
            <w:tcMar>
              <w:top w:w="100" w:type="dxa"/>
              <w:left w:w="120" w:type="dxa"/>
              <w:bottom w:w="100" w:type="dxa"/>
              <w:right w:w="120" w:type="dxa"/>
            </w:tcMar>
            <w:vAlign w:val="center"/>
          </w:tcPr>
          <w:p w14:paraId="59079538"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3A0FF5F2" w14:textId="4A8A6C30" w:rsidR="00CF648B" w:rsidRPr="001A4E91" w:rsidRDefault="00CF648B">
            <w:pPr>
              <w:jc w:val="right"/>
              <w:rPr>
                <w:rFonts w:ascii="Aptos" w:hAnsi="Aptos"/>
                <w:sz w:val="20"/>
                <w:szCs w:val="20"/>
              </w:rPr>
            </w:pPr>
          </w:p>
        </w:tc>
      </w:tr>
      <w:tr w:rsidR="00CF648B" w:rsidRPr="001A4E91"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5630AD66"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896B6D8" w14:textId="77777777">
        <w:tc>
          <w:tcPr>
            <w:tcW w:w="5159" w:type="dxa"/>
            <w:shd w:val="clear" w:color="auto" w:fill="DDEFE8"/>
            <w:tcMar>
              <w:top w:w="100" w:type="dxa"/>
              <w:left w:w="120" w:type="dxa"/>
              <w:bottom w:w="100" w:type="dxa"/>
              <w:right w:w="120" w:type="dxa"/>
            </w:tcMar>
            <w:vAlign w:val="center"/>
          </w:tcPr>
          <w:p w14:paraId="74B9C3C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F16CBF1"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5C6241A" w14:textId="77777777">
        <w:tc>
          <w:tcPr>
            <w:tcW w:w="5159" w:type="dxa"/>
            <w:shd w:val="clear" w:color="auto" w:fill="DDEFE8"/>
            <w:tcMar>
              <w:top w:w="100" w:type="dxa"/>
              <w:left w:w="120" w:type="dxa"/>
              <w:bottom w:w="100" w:type="dxa"/>
              <w:right w:w="120" w:type="dxa"/>
            </w:tcMar>
            <w:vAlign w:val="center"/>
          </w:tcPr>
          <w:p w14:paraId="0EF8007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C07F0D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30BEFFE1" w14:textId="77777777">
        <w:tc>
          <w:tcPr>
            <w:tcW w:w="10318" w:type="dxa"/>
            <w:gridSpan w:val="2"/>
            <w:shd w:val="clear" w:color="auto" w:fill="F2F8F5"/>
            <w:tcMar>
              <w:top w:w="100" w:type="dxa"/>
              <w:left w:w="120" w:type="dxa"/>
              <w:bottom w:w="100" w:type="dxa"/>
              <w:right w:w="120" w:type="dxa"/>
            </w:tcMar>
            <w:vAlign w:val="center"/>
          </w:tcPr>
          <w:p w14:paraId="4597DA7A"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1829076"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30BC5FB" w14:textId="77777777">
        <w:tc>
          <w:tcPr>
            <w:tcW w:w="5159" w:type="dxa"/>
            <w:shd w:val="clear" w:color="auto" w:fill="DDEFE8"/>
            <w:tcMar>
              <w:top w:w="100" w:type="dxa"/>
              <w:left w:w="120" w:type="dxa"/>
              <w:bottom w:w="100" w:type="dxa"/>
              <w:right w:w="120" w:type="dxa"/>
            </w:tcMar>
            <w:vAlign w:val="center"/>
          </w:tcPr>
          <w:p w14:paraId="0A2A72D8"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5BC253"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2D4A1C43" w14:textId="77777777">
        <w:tc>
          <w:tcPr>
            <w:tcW w:w="5159" w:type="dxa"/>
            <w:shd w:val="clear" w:color="auto" w:fill="DDEFE8"/>
            <w:tcMar>
              <w:top w:w="100" w:type="dxa"/>
              <w:left w:w="120" w:type="dxa"/>
              <w:bottom w:w="100" w:type="dxa"/>
              <w:right w:w="120" w:type="dxa"/>
            </w:tcMar>
            <w:vAlign w:val="center"/>
          </w:tcPr>
          <w:p w14:paraId="2D0651E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A0BC237"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42F2A786" w14:textId="77777777">
        <w:tc>
          <w:tcPr>
            <w:tcW w:w="10318" w:type="dxa"/>
            <w:gridSpan w:val="2"/>
            <w:shd w:val="clear" w:color="auto" w:fill="F2F8F5"/>
            <w:tcMar>
              <w:top w:w="100" w:type="dxa"/>
              <w:left w:w="120" w:type="dxa"/>
              <w:bottom w:w="100" w:type="dxa"/>
              <w:right w:w="120" w:type="dxa"/>
            </w:tcMar>
            <w:vAlign w:val="center"/>
          </w:tcPr>
          <w:p w14:paraId="7D447025"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BA226A1" w14:textId="77777777" w:rsidR="00CF648B" w:rsidRPr="001A4E91" w:rsidRDefault="00CF648B">
      <w:pPr>
        <w:spacing w:after="60"/>
        <w:rPr>
          <w:rFonts w:ascii="Aptos" w:hAnsi="Aptos"/>
          <w:sz w:val="20"/>
          <w:szCs w:val="20"/>
        </w:rPr>
      </w:pPr>
    </w:p>
    <w:p w14:paraId="17AD93B2"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4739E1CD" w14:textId="77777777" w:rsidTr="3F9B9FB5">
        <w:trPr>
          <w:jc w:val="center"/>
        </w:trPr>
        <w:tc>
          <w:tcPr>
            <w:tcW w:w="5159" w:type="dxa"/>
            <w:tcMar>
              <w:top w:w="100" w:type="dxa"/>
              <w:left w:w="120" w:type="dxa"/>
              <w:bottom w:w="100" w:type="dxa"/>
              <w:right w:w="120" w:type="dxa"/>
            </w:tcMar>
            <w:vAlign w:val="center"/>
          </w:tcPr>
          <w:p w14:paraId="40A840BB"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0DE4B5B7" w14:textId="26338EAC" w:rsidR="00CF648B" w:rsidRPr="001A4E91" w:rsidRDefault="00CF648B">
            <w:pPr>
              <w:jc w:val="right"/>
              <w:rPr>
                <w:rFonts w:ascii="Aptos" w:hAnsi="Aptos"/>
                <w:sz w:val="20"/>
                <w:szCs w:val="20"/>
              </w:rPr>
            </w:pPr>
          </w:p>
        </w:tc>
      </w:tr>
      <w:tr w:rsidR="00CF648B" w:rsidRPr="001A4E91"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7777777" w:rsidR="00CF648B" w:rsidRPr="009A77A6" w:rsidRDefault="00DC0437">
            <w:pPr>
              <w:spacing w:after="0"/>
              <w:rPr>
                <w:rFonts w:ascii="Aptos" w:hAnsi="Aptos"/>
                <w:sz w:val="24"/>
                <w:szCs w:val="24"/>
              </w:rPr>
            </w:pPr>
            <w:r w:rsidRPr="009A77A6">
              <w:rPr>
                <w:rFonts w:ascii="Aptos" w:hAnsi="Aptos"/>
                <w:b/>
                <w:color w:val="FFFFFF"/>
                <w:sz w:val="24"/>
                <w:szCs w:val="24"/>
              </w:rPr>
              <w:t>EMPLOYMENT HISTORY</w:t>
            </w:r>
          </w:p>
        </w:tc>
      </w:tr>
    </w:tbl>
    <w:p w14:paraId="66204FF1"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1ACB849" w14:textId="77777777">
        <w:tc>
          <w:tcPr>
            <w:tcW w:w="5159" w:type="dxa"/>
            <w:shd w:val="clear" w:color="auto" w:fill="DDEFE8"/>
            <w:tcMar>
              <w:top w:w="100" w:type="dxa"/>
              <w:left w:w="120" w:type="dxa"/>
              <w:bottom w:w="100" w:type="dxa"/>
              <w:right w:w="120" w:type="dxa"/>
            </w:tcMar>
            <w:vAlign w:val="center"/>
          </w:tcPr>
          <w:p w14:paraId="6FE00986"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85AC3FE"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B107590" w14:textId="77777777">
        <w:tc>
          <w:tcPr>
            <w:tcW w:w="5159" w:type="dxa"/>
            <w:shd w:val="clear" w:color="auto" w:fill="DDEFE8"/>
            <w:tcMar>
              <w:top w:w="100" w:type="dxa"/>
              <w:left w:w="120" w:type="dxa"/>
              <w:bottom w:w="100" w:type="dxa"/>
              <w:right w:w="120" w:type="dxa"/>
            </w:tcMar>
            <w:vAlign w:val="center"/>
          </w:tcPr>
          <w:p w14:paraId="202DAFBA"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D7F8A9"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38673E1" w14:textId="77777777">
        <w:tc>
          <w:tcPr>
            <w:tcW w:w="10318" w:type="dxa"/>
            <w:gridSpan w:val="2"/>
            <w:shd w:val="clear" w:color="auto" w:fill="F2F8F5"/>
            <w:tcMar>
              <w:top w:w="100" w:type="dxa"/>
              <w:left w:w="120" w:type="dxa"/>
              <w:bottom w:w="100" w:type="dxa"/>
              <w:right w:w="120" w:type="dxa"/>
            </w:tcMar>
            <w:vAlign w:val="center"/>
          </w:tcPr>
          <w:p w14:paraId="42114AC0"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DBF0D7D"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138CC87" w14:textId="77777777">
        <w:tc>
          <w:tcPr>
            <w:tcW w:w="5159" w:type="dxa"/>
            <w:shd w:val="clear" w:color="auto" w:fill="DDEFE8"/>
            <w:tcMar>
              <w:top w:w="100" w:type="dxa"/>
              <w:left w:w="120" w:type="dxa"/>
              <w:bottom w:w="100" w:type="dxa"/>
              <w:right w:w="120" w:type="dxa"/>
            </w:tcMar>
            <w:vAlign w:val="center"/>
          </w:tcPr>
          <w:p w14:paraId="26318634"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CD3B037"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3ED9DF97" w14:textId="77777777">
        <w:tc>
          <w:tcPr>
            <w:tcW w:w="5159" w:type="dxa"/>
            <w:shd w:val="clear" w:color="auto" w:fill="DDEFE8"/>
            <w:tcMar>
              <w:top w:w="100" w:type="dxa"/>
              <w:left w:w="120" w:type="dxa"/>
              <w:bottom w:w="100" w:type="dxa"/>
              <w:right w:w="120" w:type="dxa"/>
            </w:tcMar>
            <w:vAlign w:val="center"/>
          </w:tcPr>
          <w:p w14:paraId="45BD63B6"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3E06E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A678356" w14:textId="77777777">
        <w:tc>
          <w:tcPr>
            <w:tcW w:w="10318" w:type="dxa"/>
            <w:gridSpan w:val="2"/>
            <w:shd w:val="clear" w:color="auto" w:fill="F2F8F5"/>
            <w:tcMar>
              <w:top w:w="100" w:type="dxa"/>
              <w:left w:w="120" w:type="dxa"/>
              <w:bottom w:w="100" w:type="dxa"/>
              <w:right w:w="120" w:type="dxa"/>
            </w:tcMar>
            <w:vAlign w:val="center"/>
          </w:tcPr>
          <w:p w14:paraId="2502E8C9"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B62F1B3" w14:textId="77777777" w:rsidR="00CF648B" w:rsidRPr="001A4E91" w:rsidRDefault="00CF648B">
      <w:pPr>
        <w:spacing w:after="60"/>
        <w:rPr>
          <w:rFonts w:ascii="Aptos" w:hAnsi="Aptos"/>
          <w:sz w:val="20"/>
          <w:szCs w:val="20"/>
        </w:rPr>
      </w:pPr>
    </w:p>
    <w:p w14:paraId="02F2C34E"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7023CB38" w14:textId="77777777" w:rsidTr="3F9B9FB5">
        <w:trPr>
          <w:jc w:val="center"/>
        </w:trPr>
        <w:tc>
          <w:tcPr>
            <w:tcW w:w="5159" w:type="dxa"/>
            <w:tcMar>
              <w:top w:w="100" w:type="dxa"/>
              <w:left w:w="120" w:type="dxa"/>
              <w:bottom w:w="100" w:type="dxa"/>
              <w:right w:w="120" w:type="dxa"/>
            </w:tcMar>
            <w:vAlign w:val="center"/>
          </w:tcPr>
          <w:p w14:paraId="7CBE6F3E"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680A4E5D" w14:textId="4346E8CD" w:rsidR="00CF648B" w:rsidRPr="001A4E91" w:rsidRDefault="00CF648B">
            <w:pPr>
              <w:jc w:val="right"/>
              <w:rPr>
                <w:rFonts w:ascii="Aptos" w:hAnsi="Aptos"/>
                <w:sz w:val="20"/>
                <w:szCs w:val="20"/>
              </w:rPr>
            </w:pPr>
          </w:p>
        </w:tc>
      </w:tr>
      <w:tr w:rsidR="00CF648B" w:rsidRPr="001A4E91"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7777777" w:rsidR="00CF648B" w:rsidRPr="00D92A8F" w:rsidRDefault="00DC0437">
            <w:pPr>
              <w:spacing w:after="0"/>
              <w:rPr>
                <w:rFonts w:ascii="Aptos" w:hAnsi="Aptos"/>
                <w:sz w:val="28"/>
                <w:szCs w:val="28"/>
              </w:rPr>
            </w:pPr>
            <w:r w:rsidRPr="00D92A8F">
              <w:rPr>
                <w:rFonts w:ascii="Aptos" w:hAnsi="Aptos"/>
                <w:b/>
                <w:color w:val="FFFFFF"/>
                <w:sz w:val="28"/>
                <w:szCs w:val="28"/>
              </w:rPr>
              <w:t>KEY COMPETENCIES - Candidate must provide evidence of the following:</w:t>
            </w:r>
          </w:p>
        </w:tc>
      </w:tr>
    </w:tbl>
    <w:p w14:paraId="19219836" w14:textId="77777777" w:rsidR="00CF648B" w:rsidRPr="001A4E91" w:rsidRDefault="00CF648B">
      <w:pPr>
        <w:spacing w:after="0"/>
        <w:rPr>
          <w:rFonts w:ascii="Aptos" w:hAnsi="Aptos"/>
          <w:sz w:val="20"/>
          <w:szCs w:val="20"/>
        </w:rPr>
      </w:pPr>
    </w:p>
    <w:p w14:paraId="6ACCC50A" w14:textId="44DBE420" w:rsidR="7041137D" w:rsidRPr="00D92A8F" w:rsidRDefault="7041137D" w:rsidP="401D4E06">
      <w:pPr>
        <w:pStyle w:val="Heading4"/>
        <w:shd w:val="clear" w:color="auto" w:fill="E6F0EC"/>
        <w:spacing w:before="0" w:after="240"/>
        <w:rPr>
          <w:rFonts w:ascii="Aptos" w:eastAsia="Arial" w:hAnsi="Aptos" w:cs="Arial"/>
          <w:i w:val="0"/>
          <w:iCs w:val="0"/>
          <w:color w:val="006443"/>
          <w:sz w:val="24"/>
          <w:szCs w:val="24"/>
        </w:rPr>
      </w:pPr>
      <w:r w:rsidRPr="00D92A8F">
        <w:rPr>
          <w:rFonts w:ascii="Aptos" w:eastAsia="Arial" w:hAnsi="Aptos" w:cs="Arial"/>
          <w:i w:val="0"/>
          <w:iCs w:val="0"/>
          <w:color w:val="006443"/>
          <w:sz w:val="24"/>
          <w:szCs w:val="24"/>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3F9B9FB5" w:rsidRPr="001A4E91" w14:paraId="57B14DA5" w14:textId="77777777" w:rsidTr="401D4E06">
        <w:trPr>
          <w:trHeight w:val="300"/>
        </w:trPr>
        <w:tc>
          <w:tcPr>
            <w:tcW w:w="10308" w:type="dxa"/>
            <w:shd w:val="clear" w:color="auto" w:fill="DDEFE8"/>
            <w:tcMar>
              <w:top w:w="100" w:type="dxa"/>
              <w:left w:w="120" w:type="dxa"/>
              <w:bottom w:w="100" w:type="dxa"/>
              <w:right w:w="120" w:type="dxa"/>
            </w:tcMar>
            <w:vAlign w:val="center"/>
          </w:tcPr>
          <w:p w14:paraId="14DF5199" w14:textId="6C3C3246" w:rsidR="7041137D" w:rsidRPr="009A77A6" w:rsidRDefault="7041137D" w:rsidP="401D4E06">
            <w:pPr>
              <w:rPr>
                <w:rFonts w:ascii="Aptos" w:eastAsia="Arial" w:hAnsi="Aptos" w:cs="Arial"/>
                <w:b/>
                <w:bCs/>
                <w:color w:val="006B54"/>
                <w:sz w:val="22"/>
              </w:rPr>
            </w:pPr>
            <w:r w:rsidRPr="009A77A6">
              <w:rPr>
                <w:rFonts w:ascii="Aptos" w:eastAsia="Arial" w:hAnsi="Aptos" w:cs="Arial"/>
                <w:b/>
                <w:bCs/>
                <w:color w:val="006B54"/>
                <w:sz w:val="22"/>
              </w:rPr>
              <w:t xml:space="preserve">Please give your reasons for making this application, </w:t>
            </w:r>
            <w:bookmarkStart w:id="0" w:name="_Int_DbS6C8yN"/>
            <w:r w:rsidRPr="009A77A6">
              <w:rPr>
                <w:rFonts w:ascii="Aptos" w:eastAsia="Arial" w:hAnsi="Aptos" w:cs="Arial"/>
                <w:b/>
                <w:bCs/>
                <w:color w:val="006B54"/>
                <w:sz w:val="22"/>
              </w:rPr>
              <w:t>relating</w:t>
            </w:r>
            <w:bookmarkEnd w:id="0"/>
            <w:r w:rsidRPr="009A77A6">
              <w:rPr>
                <w:rFonts w:ascii="Aptos" w:eastAsia="Arial" w:hAnsi="Aptos" w:cs="Arial"/>
                <w:b/>
                <w:bCs/>
                <w:color w:val="006B54"/>
                <w:sz w:val="22"/>
              </w:rPr>
              <w:t xml:space="preserve"> your experience, achievements and abilities to the post for which you are applying. Make any points of particular interest, such as practical experience in specialised areas and notable achievements.</w:t>
            </w:r>
          </w:p>
        </w:tc>
      </w:tr>
      <w:tr w:rsidR="3F9B9FB5" w:rsidRPr="001A4E91" w14:paraId="0B9C91AB" w14:textId="77777777" w:rsidTr="401D4E06">
        <w:trPr>
          <w:trHeight w:val="300"/>
        </w:trPr>
        <w:tc>
          <w:tcPr>
            <w:tcW w:w="10308" w:type="dxa"/>
            <w:tcMar>
              <w:top w:w="100" w:type="dxa"/>
              <w:left w:w="120" w:type="dxa"/>
              <w:bottom w:w="100" w:type="dxa"/>
              <w:right w:w="120" w:type="dxa"/>
            </w:tcMar>
            <w:vAlign w:val="center"/>
          </w:tcPr>
          <w:p w14:paraId="354493E8" w14:textId="77777777" w:rsidR="3F9B9FB5" w:rsidRPr="001A4E91" w:rsidRDefault="3F9B9FB5" w:rsidP="3F9B9FB5">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r w:rsidR="3443A52E" w:rsidRPr="001A4E91" w14:paraId="23F4E72F" w14:textId="77777777" w:rsidTr="3443A52E">
        <w:tblPrEx>
          <w:tblLook w:val="06A0" w:firstRow="1" w:lastRow="0" w:firstColumn="1" w:lastColumn="0" w:noHBand="1" w:noVBand="1"/>
        </w:tblPrEx>
        <w:trPr>
          <w:trHeight w:val="300"/>
        </w:trPr>
        <w:tc>
          <w:tcPr>
            <w:tcW w:w="10305" w:type="dxa"/>
          </w:tcPr>
          <w:p w14:paraId="2D49EB8E" w14:textId="53BCC4A2" w:rsidR="3443A52E" w:rsidRPr="001A4E91" w:rsidRDefault="3443A52E" w:rsidP="3443A52E">
            <w:pPr>
              <w:spacing w:line="276" w:lineRule="auto"/>
              <w:rPr>
                <w:rFonts w:ascii="Aptos" w:hAnsi="Aptos"/>
                <w:sz w:val="20"/>
                <w:szCs w:val="20"/>
              </w:rPr>
            </w:pPr>
          </w:p>
          <w:p w14:paraId="06F26E59" w14:textId="0B623690" w:rsidR="09AF46E9" w:rsidRPr="001A4E91" w:rsidRDefault="09AF46E9" w:rsidP="3443A52E">
            <w:pPr>
              <w:rPr>
                <w:rFonts w:ascii="Aptos" w:hAnsi="Aptos"/>
                <w:sz w:val="20"/>
                <w:szCs w:val="20"/>
              </w:rPr>
            </w:pPr>
            <w:r w:rsidRPr="001A4E91">
              <w:rPr>
                <w:rFonts w:ascii="Aptos" w:eastAsia="Arial" w:hAnsi="Aptos" w:cs="Arial"/>
                <w:sz w:val="20"/>
                <w:szCs w:val="20"/>
              </w:rPr>
              <w:t xml:space="preserve">Are you proficient in the use of Microsoft Office applications (e.g. Outlook, Word, Excel, </w:t>
            </w:r>
            <w:r w:rsidR="07918B2D" w:rsidRPr="001A4E91">
              <w:rPr>
                <w:rFonts w:ascii="Aptos" w:eastAsia="Arial" w:hAnsi="Aptos" w:cs="Arial"/>
                <w:sz w:val="20"/>
                <w:szCs w:val="20"/>
              </w:rPr>
              <w:t>PowerPoint,</w:t>
            </w:r>
            <w:r w:rsidRPr="001A4E91">
              <w:rPr>
                <w:rFonts w:ascii="Aptos" w:eastAsia="Arial" w:hAnsi="Aptos" w:cs="Arial"/>
                <w:sz w:val="20"/>
                <w:szCs w:val="20"/>
              </w:rPr>
              <w:t xml:space="preserve"> and Teams) required to perform the duties of this role?</w:t>
            </w:r>
          </w:p>
          <w:p w14:paraId="79728924" w14:textId="706A33C2" w:rsidR="3443A52E" w:rsidRPr="001A4E91" w:rsidRDefault="3443A52E" w:rsidP="3443A52E">
            <w:pPr>
              <w:rPr>
                <w:rFonts w:ascii="Aptos" w:eastAsia="Arial" w:hAnsi="Aptos" w:cs="Arial"/>
                <w:sz w:val="20"/>
                <w:szCs w:val="20"/>
              </w:rPr>
            </w:pPr>
          </w:p>
          <w:p w14:paraId="0E875CE4" w14:textId="1E3A9F45" w:rsidR="0827A3FD" w:rsidRPr="001A4E91" w:rsidRDefault="00000000" w:rsidP="3443A52E">
            <w:pPr>
              <w:rPr>
                <w:rFonts w:ascii="Aptos" w:hAnsi="Aptos"/>
                <w:color w:val="000000" w:themeColor="text1"/>
                <w:sz w:val="20"/>
                <w:szCs w:val="20"/>
              </w:rPr>
            </w:pPr>
            <w:sdt>
              <w:sdtPr>
                <w:rPr>
                  <w:rFonts w:ascii="Aptos" w:hAnsi="Aptos"/>
                  <w:color w:val="000000" w:themeColor="text1"/>
                  <w:sz w:val="20"/>
                  <w:szCs w:val="20"/>
                </w:rPr>
                <w:id w:val="1356394933"/>
                <w14:checkbox>
                  <w14:checked w14:val="0"/>
                  <w14:checkedState w14:val="2612" w14:font="MS Gothic"/>
                  <w14:uncheckedState w14:val="2610" w14:font="MS Gothic"/>
                </w14:checkbox>
              </w:sdtPr>
              <w:sdtContent>
                <w:r w:rsidR="0827A3FD" w:rsidRPr="001A4E91">
                  <w:rPr>
                    <w:rFonts w:ascii="Aptos" w:eastAsia="MS Gothic" w:hAnsi="Aptos" w:cs="MS Gothic"/>
                    <w:color w:val="000000" w:themeColor="text1"/>
                    <w:sz w:val="20"/>
                    <w:szCs w:val="20"/>
                  </w:rPr>
                  <w:t>☐</w:t>
                </w:r>
              </w:sdtContent>
            </w:sdt>
            <w:r w:rsidR="7A5352C1" w:rsidRPr="001A4E91">
              <w:rPr>
                <w:rFonts w:ascii="Aptos" w:hAnsi="Aptos"/>
                <w:color w:val="000000" w:themeColor="text1"/>
                <w:sz w:val="20"/>
                <w:szCs w:val="20"/>
              </w:rPr>
              <w:t xml:space="preserve"> Yes    </w:t>
            </w:r>
            <w:sdt>
              <w:sdtPr>
                <w:rPr>
                  <w:rFonts w:ascii="Aptos" w:hAnsi="Aptos"/>
                  <w:color w:val="000000" w:themeColor="text1"/>
                  <w:sz w:val="20"/>
                  <w:szCs w:val="20"/>
                </w:rPr>
                <w:id w:val="209717674"/>
                <w14:checkbox>
                  <w14:checked w14:val="0"/>
                  <w14:checkedState w14:val="2612" w14:font="MS Gothic"/>
                  <w14:uncheckedState w14:val="2610" w14:font="MS Gothic"/>
                </w14:checkbox>
              </w:sdtPr>
              <w:sdtContent>
                <w:r w:rsidR="7A5352C1" w:rsidRPr="001A4E91">
                  <w:rPr>
                    <w:rFonts w:ascii="Aptos" w:eastAsia="MS Gothic" w:hAnsi="Aptos"/>
                    <w:color w:val="000000" w:themeColor="text1"/>
                    <w:sz w:val="20"/>
                    <w:szCs w:val="20"/>
                  </w:rPr>
                  <w:t>☐</w:t>
                </w:r>
              </w:sdtContent>
            </w:sdt>
            <w:r w:rsidR="7A5352C1" w:rsidRPr="001A4E91">
              <w:rPr>
                <w:rFonts w:ascii="Aptos" w:hAnsi="Aptos"/>
                <w:color w:val="000000" w:themeColor="text1"/>
                <w:sz w:val="20"/>
                <w:szCs w:val="20"/>
              </w:rPr>
              <w:t xml:space="preserve"> No</w:t>
            </w:r>
          </w:p>
          <w:p w14:paraId="14CA9383" w14:textId="6F014BDA" w:rsidR="3443A52E" w:rsidRPr="001A4E91" w:rsidRDefault="3443A52E" w:rsidP="3443A52E">
            <w:pPr>
              <w:rPr>
                <w:rFonts w:ascii="Aptos" w:hAnsi="Aptos"/>
                <w:sz w:val="20"/>
                <w:szCs w:val="20"/>
              </w:rPr>
            </w:pPr>
          </w:p>
        </w:tc>
      </w:tr>
    </w:tbl>
    <w:p w14:paraId="609C731C" w14:textId="56029E3B" w:rsidR="3443A52E" w:rsidRPr="001A4E91" w:rsidRDefault="3443A52E" w:rsidP="3443A52E">
      <w:pPr>
        <w:spacing w:after="0"/>
        <w:rPr>
          <w:rFonts w:ascii="Aptos" w:hAnsi="Aptos"/>
          <w:sz w:val="20"/>
          <w:szCs w:val="20"/>
        </w:rPr>
      </w:pPr>
    </w:p>
    <w:tbl>
      <w:tblPr>
        <w:tblStyle w:val="TableGrid"/>
        <w:tblW w:w="0" w:type="auto"/>
        <w:tblLook w:val="04A0" w:firstRow="1" w:lastRow="0" w:firstColumn="1" w:lastColumn="0" w:noHBand="0" w:noVBand="1"/>
      </w:tblPr>
      <w:tblGrid>
        <w:gridCol w:w="10308"/>
      </w:tblGrid>
      <w:tr w:rsidR="00CF648B" w:rsidRPr="001A4E91" w14:paraId="1FB14324" w14:textId="77777777" w:rsidTr="17C126FE">
        <w:tc>
          <w:tcPr>
            <w:tcW w:w="10318" w:type="dxa"/>
            <w:shd w:val="clear" w:color="auto" w:fill="DDEFE8"/>
            <w:tcMar>
              <w:top w:w="100" w:type="dxa"/>
              <w:left w:w="120" w:type="dxa"/>
              <w:bottom w:w="100" w:type="dxa"/>
              <w:right w:w="120" w:type="dxa"/>
            </w:tcMar>
            <w:vAlign w:val="center"/>
          </w:tcPr>
          <w:p w14:paraId="7E4F7AE4" w14:textId="77777777" w:rsidR="00DB321A" w:rsidRDefault="00D92A8F" w:rsidP="17C126FE">
            <w:pPr>
              <w:rPr>
                <w:rFonts w:ascii="Aptos" w:eastAsia="Arial" w:hAnsi="Aptos" w:cs="Arial"/>
                <w:b/>
                <w:bCs/>
                <w:color w:val="006B54"/>
                <w:sz w:val="22"/>
                <w:lang w:val="en-IE"/>
              </w:rPr>
            </w:pPr>
            <w:r w:rsidRPr="00D92A8F">
              <w:rPr>
                <w:rFonts w:ascii="Aptos" w:eastAsia="Arial" w:hAnsi="Aptos" w:cs="Arial"/>
                <w:b/>
                <w:bCs/>
                <w:color w:val="006B54"/>
                <w:sz w:val="22"/>
                <w:lang w:val="en-IE"/>
              </w:rPr>
              <w:t>Inspire and Engage</w:t>
            </w:r>
            <w:r>
              <w:rPr>
                <w:rFonts w:ascii="Aptos" w:eastAsia="Arial" w:hAnsi="Aptos" w:cs="Arial"/>
                <w:b/>
                <w:bCs/>
                <w:color w:val="006B54"/>
                <w:sz w:val="22"/>
                <w:lang w:val="en-IE"/>
              </w:rPr>
              <w:t xml:space="preserve">: </w:t>
            </w:r>
          </w:p>
          <w:p w14:paraId="5EB7A071" w14:textId="2EB8B048" w:rsidR="00D92A8F" w:rsidRDefault="00D92A8F" w:rsidP="17C126FE">
            <w:pPr>
              <w:rPr>
                <w:rFonts w:ascii="Aptos" w:eastAsia="Arial" w:hAnsi="Aptos" w:cs="Arial"/>
                <w:b/>
                <w:bCs/>
                <w:color w:val="006B54"/>
                <w:sz w:val="22"/>
                <w:lang w:val="en-IE"/>
              </w:rPr>
            </w:pPr>
            <w:r w:rsidRPr="00D92A8F">
              <w:rPr>
                <w:rFonts w:ascii="Aptos" w:eastAsia="Arial" w:hAnsi="Aptos" w:cs="Arial"/>
                <w:b/>
                <w:bCs/>
                <w:color w:val="006B54"/>
                <w:sz w:val="22"/>
                <w:lang w:val="en-IE"/>
              </w:rPr>
              <w:t>Describe a specific example of how you led, motivated and developed a team to deliver a complex programme or significant change. Explain how you set clear expectations, built accountability and collaboration, supported team capability and wellbeing, and achieved measurable outcomes relevant to the objectives of this role.</w:t>
            </w:r>
          </w:p>
          <w:p w14:paraId="32BAA4F2" w14:textId="77777777" w:rsidR="00D92A8F" w:rsidRDefault="00D92A8F" w:rsidP="17C126FE">
            <w:pPr>
              <w:rPr>
                <w:rFonts w:ascii="Aptos" w:eastAsia="Arial" w:hAnsi="Aptos" w:cs="Arial"/>
                <w:b/>
                <w:bCs/>
                <w:color w:val="006B54"/>
                <w:sz w:val="20"/>
                <w:szCs w:val="20"/>
                <w:lang w:val="en-IE"/>
              </w:rPr>
            </w:pPr>
          </w:p>
          <w:p w14:paraId="46B311D1" w14:textId="4592FB2C" w:rsidR="00CF648B" w:rsidRPr="001A4E91" w:rsidRDefault="00DC0437" w:rsidP="17C126FE">
            <w:pPr>
              <w:rPr>
                <w:rFonts w:ascii="Aptos" w:eastAsia="Arial" w:hAnsi="Aptos" w:cs="Arial"/>
                <w:color w:val="006B54"/>
                <w:sz w:val="20"/>
                <w:szCs w:val="20"/>
              </w:rPr>
            </w:pPr>
            <w:r w:rsidRPr="001A4E91">
              <w:rPr>
                <w:rFonts w:ascii="Aptos" w:eastAsia="Arial" w:hAnsi="Aptos" w:cs="Arial"/>
                <w:color w:val="006B54"/>
                <w:sz w:val="20"/>
                <w:szCs w:val="20"/>
              </w:rPr>
              <w:t>Please give one specific example of where you demonstrated strong skills in this area (max 3</w:t>
            </w:r>
            <w:r w:rsidR="7C5BE92A" w:rsidRPr="001A4E91">
              <w:rPr>
                <w:rFonts w:ascii="Aptos" w:eastAsia="Arial" w:hAnsi="Aptos" w:cs="Arial"/>
                <w:color w:val="006B54"/>
                <w:sz w:val="20"/>
                <w:szCs w:val="20"/>
              </w:rPr>
              <w:t>5</w:t>
            </w:r>
            <w:r w:rsidRPr="001A4E91">
              <w:rPr>
                <w:rFonts w:ascii="Aptos" w:eastAsia="Arial" w:hAnsi="Aptos" w:cs="Arial"/>
                <w:color w:val="006B54"/>
                <w:sz w:val="20"/>
                <w:szCs w:val="20"/>
              </w:rPr>
              <w:t>0 words - anything above may disqualify).</w:t>
            </w:r>
          </w:p>
        </w:tc>
      </w:tr>
      <w:tr w:rsidR="00CF648B" w:rsidRPr="001A4E91" w14:paraId="296FEF7D" w14:textId="77777777" w:rsidTr="17C126FE">
        <w:tc>
          <w:tcPr>
            <w:tcW w:w="10318" w:type="dxa"/>
            <w:tcMar>
              <w:top w:w="100" w:type="dxa"/>
              <w:left w:w="120" w:type="dxa"/>
              <w:bottom w:w="100" w:type="dxa"/>
              <w:right w:w="120" w:type="dxa"/>
            </w:tcMar>
            <w:vAlign w:val="center"/>
          </w:tcPr>
          <w:p w14:paraId="7194DBDC" w14:textId="77777777" w:rsidR="00CF648B" w:rsidRPr="001A4E91"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769D0D3C"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00CF648B" w:rsidRPr="001A4E91" w14:paraId="62FA3B99" w14:textId="77777777" w:rsidTr="17C126FE">
        <w:tc>
          <w:tcPr>
            <w:tcW w:w="10318" w:type="dxa"/>
            <w:shd w:val="clear" w:color="auto" w:fill="DDEFE8"/>
            <w:tcMar>
              <w:top w:w="100" w:type="dxa"/>
              <w:left w:w="120" w:type="dxa"/>
              <w:bottom w:w="100" w:type="dxa"/>
              <w:right w:w="120" w:type="dxa"/>
            </w:tcMar>
            <w:vAlign w:val="center"/>
          </w:tcPr>
          <w:p w14:paraId="3E848124" w14:textId="5AAF71CA" w:rsidR="00CF648B" w:rsidRPr="001A4E91" w:rsidRDefault="00DB321A" w:rsidP="17C126FE">
            <w:pPr>
              <w:rPr>
                <w:rFonts w:ascii="Aptos" w:eastAsia="Arial" w:hAnsi="Aptos" w:cs="Arial"/>
                <w:b/>
                <w:bCs/>
                <w:color w:val="006B54"/>
                <w:sz w:val="20"/>
                <w:szCs w:val="20"/>
              </w:rPr>
            </w:pPr>
            <w:r w:rsidRPr="00DB321A">
              <w:rPr>
                <w:rFonts w:ascii="Aptos" w:eastAsia="Arial" w:hAnsi="Aptos" w:cs="Arial"/>
                <w:b/>
                <w:bCs/>
                <w:color w:val="006B54"/>
                <w:sz w:val="22"/>
                <w:lang w:val="en-IE"/>
              </w:rPr>
              <w:t>Managing Relationships</w:t>
            </w:r>
            <w:r>
              <w:rPr>
                <w:rFonts w:ascii="Aptos" w:eastAsia="Arial" w:hAnsi="Aptos" w:cs="Arial"/>
                <w:b/>
                <w:bCs/>
                <w:color w:val="006B54"/>
                <w:sz w:val="22"/>
                <w:lang w:val="en-IE"/>
              </w:rPr>
              <w:t>:</w:t>
            </w:r>
            <w:r w:rsidRPr="00DB321A">
              <w:rPr>
                <w:rFonts w:ascii="Aptos" w:eastAsia="Arial" w:hAnsi="Aptos" w:cs="Arial"/>
                <w:b/>
                <w:bCs/>
                <w:color w:val="006B54"/>
                <w:sz w:val="22"/>
              </w:rPr>
              <w:br/>
            </w:r>
            <w:r w:rsidRPr="00DB321A">
              <w:rPr>
                <w:rFonts w:ascii="Aptos" w:eastAsia="Arial" w:hAnsi="Aptos" w:cs="Arial"/>
                <w:b/>
                <w:bCs/>
                <w:color w:val="006B54"/>
                <w:sz w:val="22"/>
                <w:lang w:val="en-IE"/>
              </w:rPr>
              <w:t xml:space="preserve">Provide an example of when you used strong interpersonal and influencing skills to gain the support of senior leaders, colleagues and/or external stakeholders for a new approach, standard or way of working. Outline the differing perspectives involved, how you co-designed or communicated the </w:t>
            </w:r>
            <w:r w:rsidRPr="00DB321A">
              <w:rPr>
                <w:rFonts w:ascii="Aptos" w:eastAsia="Arial" w:hAnsi="Aptos" w:cs="Arial"/>
                <w:b/>
                <w:bCs/>
                <w:color w:val="006B54"/>
                <w:sz w:val="22"/>
                <w:lang w:val="en-IE"/>
              </w:rPr>
              <w:lastRenderedPageBreak/>
              <w:t>approach, how you addressed resistance, and the outcome achieved.</w:t>
            </w:r>
            <w:r w:rsidRPr="00DB321A">
              <w:rPr>
                <w:rFonts w:ascii="Aptos" w:eastAsia="Arial" w:hAnsi="Aptos" w:cs="Arial"/>
                <w:b/>
                <w:bCs/>
                <w:color w:val="006B54"/>
                <w:sz w:val="22"/>
              </w:rPr>
              <w:t> </w:t>
            </w:r>
            <w:r w:rsidR="009A19BF">
              <w:rPr>
                <w:rFonts w:ascii="Aptos" w:eastAsia="Arial" w:hAnsi="Aptos" w:cs="Arial"/>
                <w:b/>
                <w:bCs/>
                <w:color w:val="006B54"/>
                <w:sz w:val="22"/>
              </w:rPr>
              <w:br/>
            </w:r>
            <w:r w:rsidR="00DC0437" w:rsidRPr="001A4E91">
              <w:rPr>
                <w:rFonts w:ascii="Aptos" w:hAnsi="Aptos"/>
                <w:sz w:val="20"/>
                <w:szCs w:val="20"/>
              </w:rPr>
              <w:br/>
            </w:r>
            <w:r w:rsidR="00DC0437" w:rsidRPr="001A4E91">
              <w:rPr>
                <w:rFonts w:ascii="Aptos" w:eastAsia="Arial" w:hAnsi="Aptos" w:cs="Arial"/>
                <w:color w:val="006B54"/>
                <w:sz w:val="20"/>
                <w:szCs w:val="20"/>
              </w:rPr>
              <w:t xml:space="preserve">Please give one specific example of where you </w:t>
            </w:r>
            <w:bookmarkStart w:id="1" w:name="_Int_X6iSjR6T"/>
            <w:r w:rsidR="00DC0437" w:rsidRPr="001A4E91">
              <w:rPr>
                <w:rFonts w:ascii="Aptos" w:eastAsia="Arial" w:hAnsi="Aptos" w:cs="Arial"/>
                <w:color w:val="006B54"/>
                <w:sz w:val="20"/>
                <w:szCs w:val="20"/>
              </w:rPr>
              <w:t>demonstrated</w:t>
            </w:r>
            <w:bookmarkEnd w:id="1"/>
            <w:r w:rsidR="00DC0437" w:rsidRPr="001A4E91">
              <w:rPr>
                <w:rFonts w:ascii="Aptos" w:eastAsia="Arial" w:hAnsi="Aptos" w:cs="Arial"/>
                <w:color w:val="006B54"/>
                <w:sz w:val="20"/>
                <w:szCs w:val="20"/>
              </w:rPr>
              <w:t xml:space="preserve"> strong skills in this area (max 3</w:t>
            </w:r>
            <w:r w:rsidR="77AC2A70" w:rsidRPr="001A4E91">
              <w:rPr>
                <w:rFonts w:ascii="Aptos" w:eastAsia="Arial" w:hAnsi="Aptos" w:cs="Arial"/>
                <w:color w:val="006B54"/>
                <w:sz w:val="20"/>
                <w:szCs w:val="20"/>
              </w:rPr>
              <w:t>5</w:t>
            </w:r>
            <w:r w:rsidR="00DC0437" w:rsidRPr="001A4E91">
              <w:rPr>
                <w:rFonts w:ascii="Aptos" w:eastAsia="Arial" w:hAnsi="Aptos" w:cs="Arial"/>
                <w:color w:val="006B54"/>
                <w:sz w:val="20"/>
                <w:szCs w:val="20"/>
              </w:rPr>
              <w:t>0 words - anything above may disqualify).</w:t>
            </w:r>
          </w:p>
        </w:tc>
      </w:tr>
      <w:tr w:rsidR="00CF648B" w:rsidRPr="001A4E91" w14:paraId="54CD245A" w14:textId="77777777" w:rsidTr="17C126FE">
        <w:tc>
          <w:tcPr>
            <w:tcW w:w="10318" w:type="dxa"/>
            <w:tcMar>
              <w:top w:w="100" w:type="dxa"/>
              <w:left w:w="120" w:type="dxa"/>
              <w:bottom w:w="100" w:type="dxa"/>
              <w:right w:w="120" w:type="dxa"/>
            </w:tcMar>
            <w:vAlign w:val="center"/>
          </w:tcPr>
          <w:p w14:paraId="76E74AFA" w14:textId="741C5A55" w:rsidR="00CF648B" w:rsidRPr="001A4E91" w:rsidRDefault="00DC0437" w:rsidP="17C126FE">
            <w:pPr>
              <w:rPr>
                <w:rFonts w:ascii="Aptos" w:eastAsia="Arial" w:hAnsi="Aptos" w:cs="Arial"/>
                <w:sz w:val="20"/>
                <w:szCs w:val="20"/>
              </w:rPr>
            </w:pPr>
            <w:r w:rsidRPr="001A4E91">
              <w:rPr>
                <w:rFonts w:ascii="Aptos" w:hAnsi="Aptos"/>
                <w:sz w:val="20"/>
                <w:szCs w:val="20"/>
              </w:rPr>
              <w:lastRenderedPageBreak/>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1231BE67" w14:textId="19A4A746" w:rsidR="00CF648B" w:rsidRPr="001A4E91" w:rsidRDefault="00DC0437" w:rsidP="17C126FE">
            <w:pPr>
              <w:rPr>
                <w:rFonts w:ascii="Aptos" w:eastAsia="Arial" w:hAnsi="Aptos" w:cs="Arial"/>
                <w:sz w:val="20"/>
                <w:szCs w:val="20"/>
              </w:rPr>
            </w:pPr>
            <w:r w:rsidRPr="001A4E91">
              <w:rPr>
                <w:rFonts w:ascii="Aptos" w:hAnsi="Aptos"/>
                <w:sz w:val="20"/>
                <w:szCs w:val="20"/>
              </w:rPr>
              <w:br/>
            </w:r>
          </w:p>
        </w:tc>
      </w:tr>
    </w:tbl>
    <w:p w14:paraId="08831F03" w14:textId="77777777" w:rsidR="00CF648B" w:rsidRPr="001A4E91" w:rsidRDefault="00CF648B" w:rsidP="17C126FE">
      <w:pPr>
        <w:spacing w:after="0"/>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7A5198BA" w:rsidRPr="001A4E91" w14:paraId="4C3C51E1" w14:textId="77777777" w:rsidTr="17C126FE">
        <w:trPr>
          <w:trHeight w:val="300"/>
        </w:trPr>
        <w:tc>
          <w:tcPr>
            <w:tcW w:w="10308" w:type="dxa"/>
            <w:shd w:val="clear" w:color="auto" w:fill="DDEFE8"/>
            <w:tcMar>
              <w:top w:w="100" w:type="dxa"/>
              <w:left w:w="120" w:type="dxa"/>
              <w:bottom w:w="100" w:type="dxa"/>
              <w:right w:w="120" w:type="dxa"/>
            </w:tcMar>
            <w:vAlign w:val="center"/>
          </w:tcPr>
          <w:p w14:paraId="795D7D77" w14:textId="1CB90ED8" w:rsidR="7A5198BA" w:rsidRPr="001A4E91" w:rsidRDefault="00DB321A" w:rsidP="17C126FE">
            <w:pPr>
              <w:rPr>
                <w:rFonts w:ascii="Aptos" w:eastAsia="Arial" w:hAnsi="Aptos" w:cs="Arial"/>
                <w:color w:val="006B54"/>
                <w:sz w:val="20"/>
                <w:szCs w:val="20"/>
              </w:rPr>
            </w:pPr>
            <w:r w:rsidRPr="00DB321A">
              <w:rPr>
                <w:rFonts w:ascii="Aptos" w:eastAsia="Arial" w:hAnsi="Aptos" w:cs="Arial"/>
                <w:b/>
                <w:bCs/>
                <w:color w:val="006B54"/>
                <w:sz w:val="22"/>
                <w:lang w:val="en-IE"/>
              </w:rPr>
              <w:t>Project Management</w:t>
            </w:r>
            <w:r>
              <w:rPr>
                <w:rFonts w:ascii="Aptos" w:eastAsia="Arial" w:hAnsi="Aptos" w:cs="Arial"/>
                <w:b/>
                <w:bCs/>
                <w:color w:val="006B54"/>
                <w:sz w:val="22"/>
                <w:lang w:val="en-IE"/>
              </w:rPr>
              <w:t>:</w:t>
            </w:r>
            <w:r w:rsidRPr="00DB321A">
              <w:rPr>
                <w:rFonts w:ascii="Aptos" w:eastAsia="Arial" w:hAnsi="Aptos" w:cs="Arial"/>
                <w:b/>
                <w:bCs/>
                <w:color w:val="006B54"/>
                <w:sz w:val="22"/>
              </w:rPr>
              <w:br/>
            </w:r>
            <w:r w:rsidRPr="00DB321A">
              <w:rPr>
                <w:rFonts w:ascii="Aptos" w:eastAsia="Arial" w:hAnsi="Aptos" w:cs="Arial"/>
                <w:b/>
                <w:bCs/>
                <w:color w:val="006B54"/>
                <w:sz w:val="22"/>
                <w:lang w:val="en-IE"/>
              </w:rPr>
              <w:t>Describe a complex programme or portfolio that you managed from planning through to delivery and review. Explain how you established governance, prioritised resources, managed procurement or budgets where relevant, tracked milestones, KPIs, risks and dependencies, maintained reliable reporting, and ensured delivery against agreed objectives.</w:t>
            </w:r>
            <w:r>
              <w:rPr>
                <w:rFonts w:ascii="Aptos" w:eastAsia="Arial" w:hAnsi="Aptos" w:cs="Arial"/>
                <w:b/>
                <w:bCs/>
                <w:color w:val="006B54"/>
                <w:sz w:val="22"/>
                <w:lang w:val="en-IE"/>
              </w:rPr>
              <w:br/>
            </w:r>
            <w:r w:rsidR="7A5198BA" w:rsidRPr="001A4E91">
              <w:rPr>
                <w:rFonts w:ascii="Aptos" w:hAnsi="Aptos"/>
                <w:sz w:val="20"/>
                <w:szCs w:val="20"/>
              </w:rPr>
              <w:br/>
            </w:r>
            <w:r w:rsidR="04A0CF53"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7A5198BA" w:rsidRPr="001A4E91" w14:paraId="2C68086D" w14:textId="77777777" w:rsidTr="17C126FE">
        <w:trPr>
          <w:trHeight w:val="300"/>
        </w:trPr>
        <w:tc>
          <w:tcPr>
            <w:tcW w:w="10308" w:type="dxa"/>
            <w:tcMar>
              <w:top w:w="100" w:type="dxa"/>
              <w:left w:w="120" w:type="dxa"/>
              <w:bottom w:w="100" w:type="dxa"/>
              <w:right w:w="120" w:type="dxa"/>
            </w:tcMar>
            <w:vAlign w:val="center"/>
          </w:tcPr>
          <w:p w14:paraId="44958D69" w14:textId="77777777" w:rsidR="7A5198BA" w:rsidRPr="001A4E91" w:rsidRDefault="7A5198BA"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117A5A5B"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401D4E06" w:rsidRPr="001A4E91" w14:paraId="138ABF21" w14:textId="77777777" w:rsidTr="17C126FE">
        <w:trPr>
          <w:trHeight w:val="300"/>
        </w:trPr>
        <w:tc>
          <w:tcPr>
            <w:tcW w:w="10308" w:type="dxa"/>
            <w:shd w:val="clear" w:color="auto" w:fill="DDEFE8"/>
            <w:tcMar>
              <w:top w:w="100" w:type="dxa"/>
              <w:left w:w="120" w:type="dxa"/>
              <w:bottom w:w="100" w:type="dxa"/>
              <w:right w:w="120" w:type="dxa"/>
            </w:tcMar>
            <w:vAlign w:val="center"/>
          </w:tcPr>
          <w:p w14:paraId="40848C7C" w14:textId="1BDDD8A7" w:rsidR="401D4E06" w:rsidRPr="001A4E91" w:rsidRDefault="00DB321A" w:rsidP="17C126FE">
            <w:pPr>
              <w:rPr>
                <w:rFonts w:ascii="Aptos" w:eastAsia="Arial" w:hAnsi="Aptos" w:cs="Arial"/>
                <w:color w:val="006B54"/>
                <w:sz w:val="20"/>
                <w:szCs w:val="20"/>
              </w:rPr>
            </w:pPr>
            <w:r w:rsidRPr="00DB321A">
              <w:rPr>
                <w:rFonts w:ascii="Aptos" w:eastAsia="Arial" w:hAnsi="Aptos" w:cs="Arial"/>
                <w:b/>
                <w:bCs/>
                <w:color w:val="006B54"/>
                <w:sz w:val="22"/>
                <w:lang w:val="en-IE"/>
              </w:rPr>
              <w:t>Embracing Innovation</w:t>
            </w:r>
            <w:r>
              <w:rPr>
                <w:rFonts w:ascii="Aptos" w:eastAsia="Arial" w:hAnsi="Aptos" w:cs="Arial"/>
                <w:b/>
                <w:bCs/>
                <w:color w:val="006B54"/>
                <w:sz w:val="22"/>
                <w:lang w:val="en-IE"/>
              </w:rPr>
              <w:t>:</w:t>
            </w:r>
            <w:r w:rsidRPr="00DB321A">
              <w:rPr>
                <w:rFonts w:ascii="Aptos" w:eastAsia="Arial" w:hAnsi="Aptos" w:cs="Arial"/>
                <w:b/>
                <w:bCs/>
                <w:color w:val="006B54"/>
                <w:sz w:val="22"/>
              </w:rPr>
              <w:br/>
            </w:r>
            <w:r w:rsidRPr="00DB321A">
              <w:rPr>
                <w:rFonts w:ascii="Aptos" w:eastAsia="Arial" w:hAnsi="Aptos" w:cs="Arial"/>
                <w:b/>
                <w:bCs/>
                <w:color w:val="006B54"/>
                <w:sz w:val="22"/>
                <w:lang w:val="en-IE"/>
              </w:rPr>
              <w:t>Give an example of how you identified, assessed and embedded best-practice methodology to improve a process, service or programme. Describe how you drew on evidence or national/international learning, translated it into practical tools or ways of working, influenced others to adopt it, and measured whether the improvement was sustained.</w:t>
            </w:r>
            <w:r w:rsidRPr="00DB321A">
              <w:rPr>
                <w:rFonts w:ascii="Aptos" w:eastAsia="Arial" w:hAnsi="Aptos" w:cs="Arial"/>
                <w:b/>
                <w:bCs/>
                <w:color w:val="006B54"/>
                <w:sz w:val="22"/>
              </w:rPr>
              <w:t> </w:t>
            </w:r>
            <w:r w:rsidR="006B059D">
              <w:rPr>
                <w:rFonts w:ascii="Aptos" w:eastAsia="Arial" w:hAnsi="Aptos" w:cs="Arial"/>
                <w:b/>
                <w:bCs/>
                <w:color w:val="006B54"/>
                <w:sz w:val="22"/>
              </w:rPr>
              <w:br/>
            </w:r>
            <w:r w:rsidR="401D4E06" w:rsidRPr="001A4E91">
              <w:rPr>
                <w:rFonts w:ascii="Aptos" w:hAnsi="Aptos"/>
                <w:sz w:val="20"/>
                <w:szCs w:val="20"/>
              </w:rPr>
              <w:br/>
            </w:r>
            <w:r w:rsidR="401D4E06"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401D4E06" w:rsidRPr="001A4E91" w14:paraId="7D9B4706" w14:textId="77777777" w:rsidTr="17C126FE">
        <w:trPr>
          <w:trHeight w:val="300"/>
        </w:trPr>
        <w:tc>
          <w:tcPr>
            <w:tcW w:w="10308" w:type="dxa"/>
            <w:tcMar>
              <w:top w:w="100" w:type="dxa"/>
              <w:left w:w="120" w:type="dxa"/>
              <w:bottom w:w="100" w:type="dxa"/>
              <w:right w:w="120" w:type="dxa"/>
            </w:tcMar>
            <w:vAlign w:val="center"/>
          </w:tcPr>
          <w:p w14:paraId="43D95FAD" w14:textId="77777777" w:rsidR="401D4E06" w:rsidRPr="001A4E91" w:rsidRDefault="401D4E06"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lastRenderedPageBreak/>
              <w:br/>
            </w:r>
          </w:p>
        </w:tc>
      </w:tr>
    </w:tbl>
    <w:p w14:paraId="7601D09C" w14:textId="77777777" w:rsidR="00CF648B" w:rsidRPr="001A4E91" w:rsidRDefault="00DC0437">
      <w:pPr>
        <w:spacing w:before="500"/>
        <w:rPr>
          <w:rFonts w:ascii="Aptos" w:hAnsi="Aptos"/>
          <w:sz w:val="20"/>
          <w:szCs w:val="20"/>
        </w:rPr>
      </w:pPr>
      <w:r w:rsidRPr="001A4E91">
        <w:rPr>
          <w:rFonts w:ascii="Aptos" w:hAnsi="Aptos"/>
          <w:b/>
          <w:color w:val="006B54"/>
          <w:sz w:val="20"/>
          <w:szCs w:val="20"/>
        </w:rPr>
        <w:lastRenderedPageBreak/>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00CF648B" w:rsidRPr="001A4E91"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9A77A6" w:rsidRDefault="00DC0437">
            <w:pPr>
              <w:spacing w:after="0"/>
              <w:rPr>
                <w:rFonts w:ascii="Aptos" w:hAnsi="Aptos"/>
                <w:sz w:val="24"/>
                <w:szCs w:val="24"/>
              </w:rPr>
            </w:pPr>
            <w:r w:rsidRPr="009A77A6">
              <w:rPr>
                <w:rFonts w:ascii="Aptos" w:hAnsi="Aptos"/>
                <w:b/>
                <w:color w:val="FFFFFF"/>
                <w:sz w:val="24"/>
                <w:szCs w:val="24"/>
              </w:rPr>
              <w:t>DECLARATION</w:t>
            </w:r>
          </w:p>
        </w:tc>
      </w:tr>
    </w:tbl>
    <w:p w14:paraId="4B1F511A" w14:textId="77777777" w:rsidR="00CF648B" w:rsidRPr="001A4E91" w:rsidRDefault="00CF648B">
      <w:pPr>
        <w:spacing w:after="0"/>
        <w:rPr>
          <w:rFonts w:ascii="Aptos" w:hAnsi="Aptos"/>
          <w:sz w:val="20"/>
          <w:szCs w:val="20"/>
        </w:rPr>
      </w:pPr>
    </w:p>
    <w:p w14:paraId="11613342" w14:textId="4FC905E1" w:rsidR="00CF648B" w:rsidRPr="001A4E91" w:rsidRDefault="00DC0437">
      <w:pPr>
        <w:spacing w:after="500"/>
        <w:rPr>
          <w:rFonts w:ascii="Aptos" w:hAnsi="Aptos"/>
          <w:sz w:val="20"/>
          <w:szCs w:val="20"/>
        </w:rPr>
      </w:pPr>
      <w:r w:rsidRPr="001A4E91">
        <w:rPr>
          <w:rFonts w:ascii="Aptos" w:hAnsi="Aptos"/>
          <w:sz w:val="20"/>
          <w:szCs w:val="20"/>
        </w:rPr>
        <w:t>I declare that by submitting this application form, the foregoing particulars are complete and correct to the best of my knowledge and belief, and I consent to my personal details being used to process my employment application.</w:t>
      </w:r>
      <w:r w:rsidRPr="001A4E91">
        <w:rPr>
          <w:rFonts w:ascii="Aptos" w:hAnsi="Aptos"/>
          <w:sz w:val="20"/>
          <w:szCs w:val="20"/>
        </w:rPr>
        <w:br/>
      </w:r>
      <w:r w:rsidRPr="001A4E91">
        <w:rPr>
          <w:rFonts w:ascii="Aptos" w:hAnsi="Aptos"/>
          <w:sz w:val="20"/>
          <w:szCs w:val="20"/>
        </w:rPr>
        <w:br/>
        <w:t>Any candidate found to have knowingly given false information, or to have wil</w:t>
      </w:r>
      <w:r w:rsidR="298FE48A" w:rsidRPr="001A4E91">
        <w:rPr>
          <w:rFonts w:ascii="Aptos" w:hAnsi="Aptos"/>
          <w:sz w:val="20"/>
          <w:szCs w:val="20"/>
        </w:rPr>
        <w:t>l f</w:t>
      </w:r>
      <w:r w:rsidRPr="001A4E91">
        <w:rPr>
          <w:rFonts w:ascii="Aptos" w:hAnsi="Aptos"/>
          <w:sz w:val="20"/>
          <w:szCs w:val="20"/>
        </w:rP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00CF648B" w:rsidRPr="001A4E91"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1A4E91" w:rsidRDefault="00DC0437">
            <w:pPr>
              <w:rPr>
                <w:rFonts w:ascii="Aptos" w:hAnsi="Aptos"/>
                <w:sz w:val="20"/>
                <w:szCs w:val="20"/>
              </w:rPr>
            </w:pPr>
            <w:r w:rsidRPr="001A4E91">
              <w:rPr>
                <w:rFonts w:ascii="Aptos" w:hAnsi="Aptos"/>
                <w:b/>
                <w:color w:val="006B54"/>
                <w:sz w:val="20"/>
                <w:szCs w:val="20"/>
              </w:rPr>
              <w:t>Signature:</w:t>
            </w:r>
          </w:p>
        </w:tc>
        <w:tc>
          <w:tcPr>
            <w:tcW w:w="5159" w:type="dxa"/>
            <w:shd w:val="clear" w:color="auto" w:fill="DDEFE8"/>
            <w:tcMar>
              <w:top w:w="100" w:type="dxa"/>
              <w:left w:w="120" w:type="dxa"/>
              <w:bottom w:w="100" w:type="dxa"/>
              <w:right w:w="120" w:type="dxa"/>
            </w:tcMar>
            <w:vAlign w:val="center"/>
          </w:tcPr>
          <w:p w14:paraId="3101716D" w14:textId="77777777" w:rsidR="00CF648B" w:rsidRPr="001A4E91" w:rsidRDefault="00DC0437">
            <w:pPr>
              <w:rPr>
                <w:rFonts w:ascii="Aptos" w:hAnsi="Aptos"/>
                <w:sz w:val="20"/>
                <w:szCs w:val="20"/>
              </w:rPr>
            </w:pPr>
            <w:r w:rsidRPr="001A4E91">
              <w:rPr>
                <w:rFonts w:ascii="Aptos" w:hAnsi="Aptos"/>
                <w:b/>
                <w:color w:val="006B54"/>
                <w:sz w:val="20"/>
                <w:szCs w:val="20"/>
              </w:rPr>
              <w:t>Date:</w:t>
            </w:r>
          </w:p>
        </w:tc>
      </w:tr>
      <w:tr w:rsidR="00CF648B" w:rsidRPr="001A4E91" w14:paraId="65F9C3DC" w14:textId="77777777">
        <w:tc>
          <w:tcPr>
            <w:tcW w:w="5159" w:type="dxa"/>
            <w:tcMar>
              <w:top w:w="100" w:type="dxa"/>
              <w:left w:w="120" w:type="dxa"/>
              <w:bottom w:w="100" w:type="dxa"/>
              <w:right w:w="120" w:type="dxa"/>
            </w:tcMar>
            <w:vAlign w:val="center"/>
          </w:tcPr>
          <w:p w14:paraId="5023141B" w14:textId="77777777" w:rsidR="00CF648B" w:rsidRPr="001A4E91" w:rsidRDefault="00DC0437">
            <w:pPr>
              <w:rPr>
                <w:rFonts w:ascii="Aptos" w:hAnsi="Aptos"/>
                <w:sz w:val="20"/>
                <w:szCs w:val="20"/>
              </w:rPr>
            </w:pPr>
            <w:r w:rsidRPr="001A4E91">
              <w:rPr>
                <w:rFonts w:ascii="Aptos" w:hAnsi="Aptos"/>
                <w:color w:val="000000"/>
                <w:sz w:val="20"/>
                <w:szCs w:val="20"/>
              </w:rPr>
              <w:br/>
            </w:r>
          </w:p>
        </w:tc>
        <w:tc>
          <w:tcPr>
            <w:tcW w:w="5159" w:type="dxa"/>
            <w:tcMar>
              <w:top w:w="100" w:type="dxa"/>
              <w:left w:w="120" w:type="dxa"/>
              <w:bottom w:w="100" w:type="dxa"/>
              <w:right w:w="120" w:type="dxa"/>
            </w:tcMar>
            <w:vAlign w:val="center"/>
          </w:tcPr>
          <w:p w14:paraId="1F3B1409" w14:textId="77777777" w:rsidR="00CF648B" w:rsidRPr="001A4E91" w:rsidRDefault="00DC0437">
            <w:pPr>
              <w:rPr>
                <w:rFonts w:ascii="Aptos" w:hAnsi="Aptos"/>
                <w:sz w:val="20"/>
                <w:szCs w:val="20"/>
              </w:rPr>
            </w:pPr>
            <w:r w:rsidRPr="001A4E91">
              <w:rPr>
                <w:rFonts w:ascii="Aptos" w:hAnsi="Aptos"/>
                <w:color w:val="000000"/>
                <w:sz w:val="20"/>
                <w:szCs w:val="20"/>
              </w:rPr>
              <w:br/>
            </w:r>
          </w:p>
        </w:tc>
      </w:tr>
    </w:tbl>
    <w:p w14:paraId="12AD40EC" w14:textId="77777777" w:rsidR="00DC0437" w:rsidRPr="001A4E91" w:rsidRDefault="00DC0437">
      <w:pPr>
        <w:rPr>
          <w:rFonts w:ascii="Aptos" w:hAnsi="Aptos"/>
          <w:sz w:val="20"/>
          <w:szCs w:val="20"/>
        </w:rPr>
      </w:pPr>
    </w:p>
    <w:sectPr w:rsidR="00DC0437" w:rsidRPr="001A4E91"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0CF4A" w14:textId="77777777" w:rsidR="00876389" w:rsidRDefault="00876389" w:rsidP="00986640">
      <w:pPr>
        <w:spacing w:after="0" w:line="240" w:lineRule="auto"/>
      </w:pPr>
      <w:r>
        <w:separator/>
      </w:r>
    </w:p>
  </w:endnote>
  <w:endnote w:type="continuationSeparator" w:id="0">
    <w:p w14:paraId="01504E2F" w14:textId="77777777" w:rsidR="00876389" w:rsidRDefault="00876389"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77777777" w:rsidR="00936385" w:rsidRDefault="00936385">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D80DA" id="_x0000_t202" coordsize="21600,21600" o:spt="202" path="m,l,21600r21600,l21600,xe">
              <v:stroke joinstyle="miter"/>
              <v:path gradientshapeok="t" o:connecttype="rect"/>
            </v:shapetype>
            <v:shape id="Text Box 2" o:spid="_x0000_s1026" type="#_x0000_t202" alt="Fáilte Ireland Internal Content"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filled="f" stroked="f">
              <v:textbox style="mso-fit-shape-to-text:t" inset="20pt,0,0,15pt">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77777777" w:rsidR="00936385" w:rsidRDefault="00936385">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F4268" id="_x0000_t202" coordsize="21600,21600" o:spt="202" path="m,l,21600r21600,l21600,xe">
              <v:stroke joinstyle="miter"/>
              <v:path gradientshapeok="t" o:connecttype="rect"/>
            </v:shapetype>
            <v:shape id="Text Box 3" o:spid="_x0000_s1027" type="#_x0000_t202" alt="Fáilte Ireland Internal Content"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filled="f" stroked="f">
              <v:textbox style="mso-fit-shape-to-text:t" inset="20pt,0,0,15pt">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77777777" w:rsidR="00936385" w:rsidRDefault="00936385">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48B2B7" id="_x0000_t202" coordsize="21600,21600" o:spt="202" path="m,l,21600r21600,l21600,xe">
              <v:stroke joinstyle="miter"/>
              <v:path gradientshapeok="t" o:connecttype="rect"/>
            </v:shapetype>
            <v:shape id="Text Box 1" o:spid="_x0000_s1028" type="#_x0000_t202" alt="Fáilte Ireland Internal Content"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filled="f" stroked="f">
              <v:textbox style="mso-fit-shape-to-text:t" inset="20pt,0,0,15pt">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C442D" w14:textId="77777777" w:rsidR="00876389" w:rsidRDefault="00876389" w:rsidP="00986640">
      <w:pPr>
        <w:spacing w:after="0" w:line="240" w:lineRule="auto"/>
      </w:pPr>
      <w:r>
        <w:separator/>
      </w:r>
    </w:p>
  </w:footnote>
  <w:footnote w:type="continuationSeparator" w:id="0">
    <w:p w14:paraId="5CBFBC31" w14:textId="77777777" w:rsidR="00876389" w:rsidRDefault="00876389" w:rsidP="0098664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value="Rejected" int2:type="spell"/>
    </int2:textHash>
    <int2:textHash int2:hashCode="LOKXXXnn8FfYIs" int2:id="gHFwr0K7">
      <int2:state int2:value="Rejected" int2:type="spell"/>
    </int2:textHash>
    <int2:textHash int2:hashCode="kv4UVae7TQCfC0" int2:id="dNGGYKPR">
      <int2:state int2:value="Rejected" int2:type="spell"/>
    </int2:textHash>
    <int2:textHash int2:hashCode="m/C6mGJeQTWOW1" int2:id="cE8RbyMT">
      <int2:state int2:value="Rejected" int2:type="spell"/>
    </int2:textHash>
    <int2:bookmark int2:bookmarkName="_Int_DbS6C8yN" int2:invalidationBookmarkName="" int2:hashCode="Fkl+fKfzfBny+H" int2:id="now3nncY">
      <int2:state int2:value="Rejected" int2:type="gram"/>
    </int2:bookmark>
    <int2:bookmark int2:bookmarkName="_Int_X6iSjR6T" int2:invalidationBookmarkName="" int2:hashCode="8+x9wAokN1wf5f" int2:id="EaE2yr8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ascii="Symbol" w:hAnsi="Symbol" w:hint="default"/>
      </w:rPr>
    </w:lvl>
    <w:lvl w:ilvl="1" w:tplc="FB86FD8C">
      <w:start w:val="1"/>
      <w:numFmt w:val="bullet"/>
      <w:lvlText w:val="o"/>
      <w:lvlJc w:val="left"/>
      <w:pPr>
        <w:ind w:left="1440" w:hanging="360"/>
      </w:pPr>
      <w:rPr>
        <w:rFonts w:ascii="Courier New" w:hAnsi="Courier New" w:hint="default"/>
      </w:rPr>
    </w:lvl>
    <w:lvl w:ilvl="2" w:tplc="881063C0">
      <w:start w:val="1"/>
      <w:numFmt w:val="bullet"/>
      <w:lvlText w:val=""/>
      <w:lvlJc w:val="left"/>
      <w:pPr>
        <w:ind w:left="2160" w:hanging="360"/>
      </w:pPr>
      <w:rPr>
        <w:rFonts w:ascii="Wingdings" w:hAnsi="Wingdings" w:hint="default"/>
      </w:rPr>
    </w:lvl>
    <w:lvl w:ilvl="3" w:tplc="53262E84">
      <w:start w:val="1"/>
      <w:numFmt w:val="bullet"/>
      <w:lvlText w:val=""/>
      <w:lvlJc w:val="left"/>
      <w:pPr>
        <w:ind w:left="2880" w:hanging="360"/>
      </w:pPr>
      <w:rPr>
        <w:rFonts w:ascii="Symbol" w:hAnsi="Symbol" w:hint="default"/>
      </w:rPr>
    </w:lvl>
    <w:lvl w:ilvl="4" w:tplc="E690D31E">
      <w:start w:val="1"/>
      <w:numFmt w:val="bullet"/>
      <w:lvlText w:val="o"/>
      <w:lvlJc w:val="left"/>
      <w:pPr>
        <w:ind w:left="3600" w:hanging="360"/>
      </w:pPr>
      <w:rPr>
        <w:rFonts w:ascii="Courier New" w:hAnsi="Courier New" w:hint="default"/>
      </w:rPr>
    </w:lvl>
    <w:lvl w:ilvl="5" w:tplc="C8C484F2">
      <w:start w:val="1"/>
      <w:numFmt w:val="bullet"/>
      <w:lvlText w:val=""/>
      <w:lvlJc w:val="left"/>
      <w:pPr>
        <w:ind w:left="4320" w:hanging="360"/>
      </w:pPr>
      <w:rPr>
        <w:rFonts w:ascii="Wingdings" w:hAnsi="Wingdings" w:hint="default"/>
      </w:rPr>
    </w:lvl>
    <w:lvl w:ilvl="6" w:tplc="DCD2F02A">
      <w:start w:val="1"/>
      <w:numFmt w:val="bullet"/>
      <w:lvlText w:val=""/>
      <w:lvlJc w:val="left"/>
      <w:pPr>
        <w:ind w:left="5040" w:hanging="360"/>
      </w:pPr>
      <w:rPr>
        <w:rFonts w:ascii="Symbol" w:hAnsi="Symbol" w:hint="default"/>
      </w:rPr>
    </w:lvl>
    <w:lvl w:ilvl="7" w:tplc="1C205E5E">
      <w:start w:val="1"/>
      <w:numFmt w:val="bullet"/>
      <w:lvlText w:val="o"/>
      <w:lvlJc w:val="left"/>
      <w:pPr>
        <w:ind w:left="5760" w:hanging="360"/>
      </w:pPr>
      <w:rPr>
        <w:rFonts w:ascii="Courier New" w:hAnsi="Courier New" w:hint="default"/>
      </w:rPr>
    </w:lvl>
    <w:lvl w:ilvl="8" w:tplc="C41860C8">
      <w:start w:val="1"/>
      <w:numFmt w:val="bullet"/>
      <w:lvlText w:val=""/>
      <w:lvlJc w:val="left"/>
      <w:pPr>
        <w:ind w:left="6480" w:hanging="360"/>
      </w:pPr>
      <w:rPr>
        <w:rFonts w:ascii="Wingdings" w:hAnsi="Wingdings" w:hint="default"/>
      </w:rPr>
    </w:lvl>
  </w:abstractNum>
  <w:abstractNum w:abstractNumId="10" w15:restartNumberingAfterBreak="0">
    <w:nsid w:val="0BB29D58"/>
    <w:multiLevelType w:val="hybridMultilevel"/>
    <w:tmpl w:val="E8AED800"/>
    <w:lvl w:ilvl="0" w:tplc="0B840342">
      <w:start w:val="1"/>
      <w:numFmt w:val="bullet"/>
      <w:lvlText w:val=""/>
      <w:lvlJc w:val="left"/>
      <w:pPr>
        <w:ind w:left="720" w:hanging="360"/>
      </w:pPr>
      <w:rPr>
        <w:rFonts w:ascii="Symbol" w:hAnsi="Symbol" w:hint="default"/>
      </w:rPr>
    </w:lvl>
    <w:lvl w:ilvl="1" w:tplc="4412D5D0">
      <w:start w:val="1"/>
      <w:numFmt w:val="bullet"/>
      <w:lvlText w:val="o"/>
      <w:lvlJc w:val="left"/>
      <w:pPr>
        <w:ind w:left="1440" w:hanging="360"/>
      </w:pPr>
      <w:rPr>
        <w:rFonts w:ascii="Courier New" w:hAnsi="Courier New" w:hint="default"/>
      </w:rPr>
    </w:lvl>
    <w:lvl w:ilvl="2" w:tplc="13C26918">
      <w:start w:val="1"/>
      <w:numFmt w:val="bullet"/>
      <w:lvlText w:val=""/>
      <w:lvlJc w:val="left"/>
      <w:pPr>
        <w:ind w:left="2160" w:hanging="360"/>
      </w:pPr>
      <w:rPr>
        <w:rFonts w:ascii="Wingdings" w:hAnsi="Wingdings" w:hint="default"/>
      </w:rPr>
    </w:lvl>
    <w:lvl w:ilvl="3" w:tplc="4DFAE3D6">
      <w:start w:val="1"/>
      <w:numFmt w:val="bullet"/>
      <w:lvlText w:val=""/>
      <w:lvlJc w:val="left"/>
      <w:pPr>
        <w:ind w:left="2880" w:hanging="360"/>
      </w:pPr>
      <w:rPr>
        <w:rFonts w:ascii="Symbol" w:hAnsi="Symbol" w:hint="default"/>
      </w:rPr>
    </w:lvl>
    <w:lvl w:ilvl="4" w:tplc="4D760F32">
      <w:start w:val="1"/>
      <w:numFmt w:val="bullet"/>
      <w:lvlText w:val="o"/>
      <w:lvlJc w:val="left"/>
      <w:pPr>
        <w:ind w:left="3600" w:hanging="360"/>
      </w:pPr>
      <w:rPr>
        <w:rFonts w:ascii="Courier New" w:hAnsi="Courier New" w:hint="default"/>
      </w:rPr>
    </w:lvl>
    <w:lvl w:ilvl="5" w:tplc="6764F778">
      <w:start w:val="1"/>
      <w:numFmt w:val="bullet"/>
      <w:lvlText w:val=""/>
      <w:lvlJc w:val="left"/>
      <w:pPr>
        <w:ind w:left="4320" w:hanging="360"/>
      </w:pPr>
      <w:rPr>
        <w:rFonts w:ascii="Wingdings" w:hAnsi="Wingdings" w:hint="default"/>
      </w:rPr>
    </w:lvl>
    <w:lvl w:ilvl="6" w:tplc="7264D6AC">
      <w:start w:val="1"/>
      <w:numFmt w:val="bullet"/>
      <w:lvlText w:val=""/>
      <w:lvlJc w:val="left"/>
      <w:pPr>
        <w:ind w:left="5040" w:hanging="360"/>
      </w:pPr>
      <w:rPr>
        <w:rFonts w:ascii="Symbol" w:hAnsi="Symbol" w:hint="default"/>
      </w:rPr>
    </w:lvl>
    <w:lvl w:ilvl="7" w:tplc="182A49AC">
      <w:start w:val="1"/>
      <w:numFmt w:val="bullet"/>
      <w:lvlText w:val="o"/>
      <w:lvlJc w:val="left"/>
      <w:pPr>
        <w:ind w:left="5760" w:hanging="360"/>
      </w:pPr>
      <w:rPr>
        <w:rFonts w:ascii="Courier New" w:hAnsi="Courier New" w:hint="default"/>
      </w:rPr>
    </w:lvl>
    <w:lvl w:ilvl="8" w:tplc="C6961FA8">
      <w:start w:val="1"/>
      <w:numFmt w:val="bullet"/>
      <w:lvlText w:val=""/>
      <w:lvlJc w:val="left"/>
      <w:pPr>
        <w:ind w:left="6480" w:hanging="360"/>
      </w:pPr>
      <w:rPr>
        <w:rFonts w:ascii="Wingdings" w:hAnsi="Wingdings" w:hint="default"/>
      </w:rPr>
    </w:lvl>
  </w:abstractNum>
  <w:abstractNum w:abstractNumId="11" w15:restartNumberingAfterBreak="0">
    <w:nsid w:val="0D4867BC"/>
    <w:multiLevelType w:val="hybridMultilevel"/>
    <w:tmpl w:val="5A445442"/>
    <w:lvl w:ilvl="0" w:tplc="DF6AA720">
      <w:start w:val="1"/>
      <w:numFmt w:val="bullet"/>
      <w:lvlText w:val=""/>
      <w:lvlJc w:val="left"/>
      <w:pPr>
        <w:ind w:left="720" w:hanging="360"/>
      </w:pPr>
      <w:rPr>
        <w:rFonts w:ascii="Symbol" w:hAnsi="Symbol" w:hint="default"/>
      </w:rPr>
    </w:lvl>
    <w:lvl w:ilvl="1" w:tplc="01289C54">
      <w:start w:val="1"/>
      <w:numFmt w:val="bullet"/>
      <w:lvlText w:val="o"/>
      <w:lvlJc w:val="left"/>
      <w:pPr>
        <w:ind w:left="1440" w:hanging="360"/>
      </w:pPr>
      <w:rPr>
        <w:rFonts w:ascii="Courier New" w:hAnsi="Courier New" w:hint="default"/>
      </w:rPr>
    </w:lvl>
    <w:lvl w:ilvl="2" w:tplc="DBA49BA0">
      <w:start w:val="1"/>
      <w:numFmt w:val="bullet"/>
      <w:lvlText w:val=""/>
      <w:lvlJc w:val="left"/>
      <w:pPr>
        <w:ind w:left="2160" w:hanging="360"/>
      </w:pPr>
      <w:rPr>
        <w:rFonts w:ascii="Wingdings" w:hAnsi="Wingdings" w:hint="default"/>
      </w:rPr>
    </w:lvl>
    <w:lvl w:ilvl="3" w:tplc="B1EE9A64">
      <w:start w:val="1"/>
      <w:numFmt w:val="bullet"/>
      <w:lvlText w:val=""/>
      <w:lvlJc w:val="left"/>
      <w:pPr>
        <w:ind w:left="2880" w:hanging="360"/>
      </w:pPr>
      <w:rPr>
        <w:rFonts w:ascii="Symbol" w:hAnsi="Symbol" w:hint="default"/>
      </w:rPr>
    </w:lvl>
    <w:lvl w:ilvl="4" w:tplc="6DB2C68E">
      <w:start w:val="1"/>
      <w:numFmt w:val="bullet"/>
      <w:lvlText w:val="o"/>
      <w:lvlJc w:val="left"/>
      <w:pPr>
        <w:ind w:left="3600" w:hanging="360"/>
      </w:pPr>
      <w:rPr>
        <w:rFonts w:ascii="Courier New" w:hAnsi="Courier New" w:hint="default"/>
      </w:rPr>
    </w:lvl>
    <w:lvl w:ilvl="5" w:tplc="A8C6430E">
      <w:start w:val="1"/>
      <w:numFmt w:val="bullet"/>
      <w:lvlText w:val=""/>
      <w:lvlJc w:val="left"/>
      <w:pPr>
        <w:ind w:left="4320" w:hanging="360"/>
      </w:pPr>
      <w:rPr>
        <w:rFonts w:ascii="Wingdings" w:hAnsi="Wingdings" w:hint="default"/>
      </w:rPr>
    </w:lvl>
    <w:lvl w:ilvl="6" w:tplc="F6F25AC6">
      <w:start w:val="1"/>
      <w:numFmt w:val="bullet"/>
      <w:lvlText w:val=""/>
      <w:lvlJc w:val="left"/>
      <w:pPr>
        <w:ind w:left="5040" w:hanging="360"/>
      </w:pPr>
      <w:rPr>
        <w:rFonts w:ascii="Symbol" w:hAnsi="Symbol" w:hint="default"/>
      </w:rPr>
    </w:lvl>
    <w:lvl w:ilvl="7" w:tplc="D1FEAEE8">
      <w:start w:val="1"/>
      <w:numFmt w:val="bullet"/>
      <w:lvlText w:val="o"/>
      <w:lvlJc w:val="left"/>
      <w:pPr>
        <w:ind w:left="5760" w:hanging="360"/>
      </w:pPr>
      <w:rPr>
        <w:rFonts w:ascii="Courier New" w:hAnsi="Courier New" w:hint="default"/>
      </w:rPr>
    </w:lvl>
    <w:lvl w:ilvl="8" w:tplc="A0C63D3A">
      <w:start w:val="1"/>
      <w:numFmt w:val="bullet"/>
      <w:lvlText w:val=""/>
      <w:lvlJc w:val="left"/>
      <w:pPr>
        <w:ind w:left="6480" w:hanging="360"/>
      </w:pPr>
      <w:rPr>
        <w:rFonts w:ascii="Wingdings" w:hAnsi="Wingdings" w:hint="default"/>
      </w:rPr>
    </w:lvl>
  </w:abstractNum>
  <w:abstractNum w:abstractNumId="12" w15:restartNumberingAfterBreak="0">
    <w:nsid w:val="1E2C1F83"/>
    <w:multiLevelType w:val="hybridMultilevel"/>
    <w:tmpl w:val="7BD2872E"/>
    <w:lvl w:ilvl="0" w:tplc="6DBEA004">
      <w:start w:val="1"/>
      <w:numFmt w:val="bullet"/>
      <w:lvlText w:val=""/>
      <w:lvlJc w:val="left"/>
      <w:pPr>
        <w:ind w:left="720" w:hanging="360"/>
      </w:pPr>
      <w:rPr>
        <w:rFonts w:ascii="Symbol" w:hAnsi="Symbol" w:hint="default"/>
      </w:rPr>
    </w:lvl>
    <w:lvl w:ilvl="1" w:tplc="644C2A44">
      <w:start w:val="1"/>
      <w:numFmt w:val="bullet"/>
      <w:lvlText w:val="o"/>
      <w:lvlJc w:val="left"/>
      <w:pPr>
        <w:ind w:left="1440" w:hanging="360"/>
      </w:pPr>
      <w:rPr>
        <w:rFonts w:ascii="Courier New" w:hAnsi="Courier New" w:hint="default"/>
      </w:rPr>
    </w:lvl>
    <w:lvl w:ilvl="2" w:tplc="D51C36B4">
      <w:start w:val="1"/>
      <w:numFmt w:val="bullet"/>
      <w:lvlText w:val=""/>
      <w:lvlJc w:val="left"/>
      <w:pPr>
        <w:ind w:left="2160" w:hanging="360"/>
      </w:pPr>
      <w:rPr>
        <w:rFonts w:ascii="Wingdings" w:hAnsi="Wingdings" w:hint="default"/>
      </w:rPr>
    </w:lvl>
    <w:lvl w:ilvl="3" w:tplc="FFDE7AD2">
      <w:start w:val="1"/>
      <w:numFmt w:val="bullet"/>
      <w:lvlText w:val=""/>
      <w:lvlJc w:val="left"/>
      <w:pPr>
        <w:ind w:left="2880" w:hanging="360"/>
      </w:pPr>
      <w:rPr>
        <w:rFonts w:ascii="Symbol" w:hAnsi="Symbol" w:hint="default"/>
      </w:rPr>
    </w:lvl>
    <w:lvl w:ilvl="4" w:tplc="3446F0CE">
      <w:start w:val="1"/>
      <w:numFmt w:val="bullet"/>
      <w:lvlText w:val="o"/>
      <w:lvlJc w:val="left"/>
      <w:pPr>
        <w:ind w:left="3600" w:hanging="360"/>
      </w:pPr>
      <w:rPr>
        <w:rFonts w:ascii="Courier New" w:hAnsi="Courier New" w:hint="default"/>
      </w:rPr>
    </w:lvl>
    <w:lvl w:ilvl="5" w:tplc="A656BB98">
      <w:start w:val="1"/>
      <w:numFmt w:val="bullet"/>
      <w:lvlText w:val=""/>
      <w:lvlJc w:val="left"/>
      <w:pPr>
        <w:ind w:left="4320" w:hanging="360"/>
      </w:pPr>
      <w:rPr>
        <w:rFonts w:ascii="Wingdings" w:hAnsi="Wingdings" w:hint="default"/>
      </w:rPr>
    </w:lvl>
    <w:lvl w:ilvl="6" w:tplc="5E2E9A6A">
      <w:start w:val="1"/>
      <w:numFmt w:val="bullet"/>
      <w:lvlText w:val=""/>
      <w:lvlJc w:val="left"/>
      <w:pPr>
        <w:ind w:left="5040" w:hanging="360"/>
      </w:pPr>
      <w:rPr>
        <w:rFonts w:ascii="Symbol" w:hAnsi="Symbol" w:hint="default"/>
      </w:rPr>
    </w:lvl>
    <w:lvl w:ilvl="7" w:tplc="493E4034">
      <w:start w:val="1"/>
      <w:numFmt w:val="bullet"/>
      <w:lvlText w:val="o"/>
      <w:lvlJc w:val="left"/>
      <w:pPr>
        <w:ind w:left="5760" w:hanging="360"/>
      </w:pPr>
      <w:rPr>
        <w:rFonts w:ascii="Courier New" w:hAnsi="Courier New" w:hint="default"/>
      </w:rPr>
    </w:lvl>
    <w:lvl w:ilvl="8" w:tplc="703886DC">
      <w:start w:val="1"/>
      <w:numFmt w:val="bullet"/>
      <w:lvlText w:val=""/>
      <w:lvlJc w:val="left"/>
      <w:pPr>
        <w:ind w:left="6480" w:hanging="360"/>
      </w:pPr>
      <w:rPr>
        <w:rFonts w:ascii="Wingdings" w:hAnsi="Wingdings" w:hint="default"/>
      </w:rPr>
    </w:lvl>
  </w:abstractNum>
  <w:abstractNum w:abstractNumId="13" w15:restartNumberingAfterBreak="0">
    <w:nsid w:val="2651438E"/>
    <w:multiLevelType w:val="hybridMultilevel"/>
    <w:tmpl w:val="2012A44A"/>
    <w:lvl w:ilvl="0" w:tplc="4F6C5816">
      <w:start w:val="1"/>
      <w:numFmt w:val="bullet"/>
      <w:lvlText w:val=""/>
      <w:lvlJc w:val="left"/>
      <w:pPr>
        <w:ind w:left="720" w:hanging="360"/>
      </w:pPr>
      <w:rPr>
        <w:rFonts w:ascii="Symbol" w:hAnsi="Symbol" w:hint="default"/>
      </w:rPr>
    </w:lvl>
    <w:lvl w:ilvl="1" w:tplc="D11484E4">
      <w:start w:val="1"/>
      <w:numFmt w:val="bullet"/>
      <w:lvlText w:val="o"/>
      <w:lvlJc w:val="left"/>
      <w:pPr>
        <w:ind w:left="1440" w:hanging="360"/>
      </w:pPr>
      <w:rPr>
        <w:rFonts w:ascii="Courier New" w:hAnsi="Courier New" w:hint="default"/>
      </w:rPr>
    </w:lvl>
    <w:lvl w:ilvl="2" w:tplc="7E54C4D4">
      <w:start w:val="1"/>
      <w:numFmt w:val="bullet"/>
      <w:lvlText w:val=""/>
      <w:lvlJc w:val="left"/>
      <w:pPr>
        <w:ind w:left="2160" w:hanging="360"/>
      </w:pPr>
      <w:rPr>
        <w:rFonts w:ascii="Wingdings" w:hAnsi="Wingdings" w:hint="default"/>
      </w:rPr>
    </w:lvl>
    <w:lvl w:ilvl="3" w:tplc="A6B87308">
      <w:start w:val="1"/>
      <w:numFmt w:val="bullet"/>
      <w:lvlText w:val=""/>
      <w:lvlJc w:val="left"/>
      <w:pPr>
        <w:ind w:left="2880" w:hanging="360"/>
      </w:pPr>
      <w:rPr>
        <w:rFonts w:ascii="Symbol" w:hAnsi="Symbol" w:hint="default"/>
      </w:rPr>
    </w:lvl>
    <w:lvl w:ilvl="4" w:tplc="8888645C">
      <w:start w:val="1"/>
      <w:numFmt w:val="bullet"/>
      <w:lvlText w:val="o"/>
      <w:lvlJc w:val="left"/>
      <w:pPr>
        <w:ind w:left="3600" w:hanging="360"/>
      </w:pPr>
      <w:rPr>
        <w:rFonts w:ascii="Courier New" w:hAnsi="Courier New" w:hint="default"/>
      </w:rPr>
    </w:lvl>
    <w:lvl w:ilvl="5" w:tplc="8A766720">
      <w:start w:val="1"/>
      <w:numFmt w:val="bullet"/>
      <w:lvlText w:val=""/>
      <w:lvlJc w:val="left"/>
      <w:pPr>
        <w:ind w:left="4320" w:hanging="360"/>
      </w:pPr>
      <w:rPr>
        <w:rFonts w:ascii="Wingdings" w:hAnsi="Wingdings" w:hint="default"/>
      </w:rPr>
    </w:lvl>
    <w:lvl w:ilvl="6" w:tplc="9CB8E6B2">
      <w:start w:val="1"/>
      <w:numFmt w:val="bullet"/>
      <w:lvlText w:val=""/>
      <w:lvlJc w:val="left"/>
      <w:pPr>
        <w:ind w:left="5040" w:hanging="360"/>
      </w:pPr>
      <w:rPr>
        <w:rFonts w:ascii="Symbol" w:hAnsi="Symbol" w:hint="default"/>
      </w:rPr>
    </w:lvl>
    <w:lvl w:ilvl="7" w:tplc="DB60729A">
      <w:start w:val="1"/>
      <w:numFmt w:val="bullet"/>
      <w:lvlText w:val="o"/>
      <w:lvlJc w:val="left"/>
      <w:pPr>
        <w:ind w:left="5760" w:hanging="360"/>
      </w:pPr>
      <w:rPr>
        <w:rFonts w:ascii="Courier New" w:hAnsi="Courier New" w:hint="default"/>
      </w:rPr>
    </w:lvl>
    <w:lvl w:ilvl="8" w:tplc="F752A5B6">
      <w:start w:val="1"/>
      <w:numFmt w:val="bullet"/>
      <w:lvlText w:val=""/>
      <w:lvlJc w:val="left"/>
      <w:pPr>
        <w:ind w:left="6480" w:hanging="360"/>
      </w:pPr>
      <w:rPr>
        <w:rFonts w:ascii="Wingdings" w:hAnsi="Wingdings" w:hint="default"/>
      </w:rPr>
    </w:lvl>
  </w:abstractNum>
  <w:abstractNum w:abstractNumId="14" w15:restartNumberingAfterBreak="0">
    <w:nsid w:val="3D842322"/>
    <w:multiLevelType w:val="hybridMultilevel"/>
    <w:tmpl w:val="02CCB0DC"/>
    <w:lvl w:ilvl="0" w:tplc="67D0F5B0">
      <w:start w:val="1"/>
      <w:numFmt w:val="bullet"/>
      <w:lvlText w:val=""/>
      <w:lvlJc w:val="left"/>
      <w:pPr>
        <w:ind w:left="720" w:hanging="360"/>
      </w:pPr>
      <w:rPr>
        <w:rFonts w:ascii="Symbol" w:hAnsi="Symbol" w:hint="default"/>
      </w:rPr>
    </w:lvl>
    <w:lvl w:ilvl="1" w:tplc="23BC35E4">
      <w:start w:val="1"/>
      <w:numFmt w:val="bullet"/>
      <w:lvlText w:val="o"/>
      <w:lvlJc w:val="left"/>
      <w:pPr>
        <w:ind w:left="1440" w:hanging="360"/>
      </w:pPr>
      <w:rPr>
        <w:rFonts w:ascii="Courier New" w:hAnsi="Courier New" w:hint="default"/>
      </w:rPr>
    </w:lvl>
    <w:lvl w:ilvl="2" w:tplc="DD30162C">
      <w:start w:val="1"/>
      <w:numFmt w:val="bullet"/>
      <w:lvlText w:val=""/>
      <w:lvlJc w:val="left"/>
      <w:pPr>
        <w:ind w:left="2160" w:hanging="360"/>
      </w:pPr>
      <w:rPr>
        <w:rFonts w:ascii="Wingdings" w:hAnsi="Wingdings" w:hint="default"/>
      </w:rPr>
    </w:lvl>
    <w:lvl w:ilvl="3" w:tplc="1AE07C08">
      <w:start w:val="1"/>
      <w:numFmt w:val="bullet"/>
      <w:lvlText w:val=""/>
      <w:lvlJc w:val="left"/>
      <w:pPr>
        <w:ind w:left="2880" w:hanging="360"/>
      </w:pPr>
      <w:rPr>
        <w:rFonts w:ascii="Symbol" w:hAnsi="Symbol" w:hint="default"/>
      </w:rPr>
    </w:lvl>
    <w:lvl w:ilvl="4" w:tplc="E47603E2">
      <w:start w:val="1"/>
      <w:numFmt w:val="bullet"/>
      <w:lvlText w:val="o"/>
      <w:lvlJc w:val="left"/>
      <w:pPr>
        <w:ind w:left="3600" w:hanging="360"/>
      </w:pPr>
      <w:rPr>
        <w:rFonts w:ascii="Courier New" w:hAnsi="Courier New" w:hint="default"/>
      </w:rPr>
    </w:lvl>
    <w:lvl w:ilvl="5" w:tplc="5B684140">
      <w:start w:val="1"/>
      <w:numFmt w:val="bullet"/>
      <w:lvlText w:val=""/>
      <w:lvlJc w:val="left"/>
      <w:pPr>
        <w:ind w:left="4320" w:hanging="360"/>
      </w:pPr>
      <w:rPr>
        <w:rFonts w:ascii="Wingdings" w:hAnsi="Wingdings" w:hint="default"/>
      </w:rPr>
    </w:lvl>
    <w:lvl w:ilvl="6" w:tplc="8A7C57A4">
      <w:start w:val="1"/>
      <w:numFmt w:val="bullet"/>
      <w:lvlText w:val=""/>
      <w:lvlJc w:val="left"/>
      <w:pPr>
        <w:ind w:left="5040" w:hanging="360"/>
      </w:pPr>
      <w:rPr>
        <w:rFonts w:ascii="Symbol" w:hAnsi="Symbol" w:hint="default"/>
      </w:rPr>
    </w:lvl>
    <w:lvl w:ilvl="7" w:tplc="B7081B1A">
      <w:start w:val="1"/>
      <w:numFmt w:val="bullet"/>
      <w:lvlText w:val="o"/>
      <w:lvlJc w:val="left"/>
      <w:pPr>
        <w:ind w:left="5760" w:hanging="360"/>
      </w:pPr>
      <w:rPr>
        <w:rFonts w:ascii="Courier New" w:hAnsi="Courier New" w:hint="default"/>
      </w:rPr>
    </w:lvl>
    <w:lvl w:ilvl="8" w:tplc="002CDA28">
      <w:start w:val="1"/>
      <w:numFmt w:val="bullet"/>
      <w:lvlText w:val=""/>
      <w:lvlJc w:val="left"/>
      <w:pPr>
        <w:ind w:left="6480" w:hanging="360"/>
      </w:pPr>
      <w:rPr>
        <w:rFonts w:ascii="Wingdings" w:hAnsi="Wingdings" w:hint="default"/>
      </w:rPr>
    </w:lvl>
  </w:abstractNum>
  <w:abstractNum w:abstractNumId="15" w15:restartNumberingAfterBreak="0">
    <w:nsid w:val="4D38C26B"/>
    <w:multiLevelType w:val="hybridMultilevel"/>
    <w:tmpl w:val="FD82F22C"/>
    <w:lvl w:ilvl="0" w:tplc="295C2F38">
      <w:start w:val="1"/>
      <w:numFmt w:val="bullet"/>
      <w:lvlText w:val=""/>
      <w:lvlJc w:val="left"/>
      <w:pPr>
        <w:ind w:left="720" w:hanging="360"/>
      </w:pPr>
      <w:rPr>
        <w:rFonts w:ascii="Symbol" w:hAnsi="Symbol" w:hint="default"/>
      </w:rPr>
    </w:lvl>
    <w:lvl w:ilvl="1" w:tplc="BED6990C">
      <w:start w:val="1"/>
      <w:numFmt w:val="bullet"/>
      <w:lvlText w:val="o"/>
      <w:lvlJc w:val="left"/>
      <w:pPr>
        <w:ind w:left="1440" w:hanging="360"/>
      </w:pPr>
      <w:rPr>
        <w:rFonts w:ascii="Courier New" w:hAnsi="Courier New" w:hint="default"/>
      </w:rPr>
    </w:lvl>
    <w:lvl w:ilvl="2" w:tplc="090A17A6">
      <w:start w:val="1"/>
      <w:numFmt w:val="bullet"/>
      <w:lvlText w:val=""/>
      <w:lvlJc w:val="left"/>
      <w:pPr>
        <w:ind w:left="2160" w:hanging="360"/>
      </w:pPr>
      <w:rPr>
        <w:rFonts w:ascii="Wingdings" w:hAnsi="Wingdings" w:hint="default"/>
      </w:rPr>
    </w:lvl>
    <w:lvl w:ilvl="3" w:tplc="B01EE1DC">
      <w:start w:val="1"/>
      <w:numFmt w:val="bullet"/>
      <w:lvlText w:val=""/>
      <w:lvlJc w:val="left"/>
      <w:pPr>
        <w:ind w:left="2880" w:hanging="360"/>
      </w:pPr>
      <w:rPr>
        <w:rFonts w:ascii="Symbol" w:hAnsi="Symbol" w:hint="default"/>
      </w:rPr>
    </w:lvl>
    <w:lvl w:ilvl="4" w:tplc="7570DF58">
      <w:start w:val="1"/>
      <w:numFmt w:val="bullet"/>
      <w:lvlText w:val="o"/>
      <w:lvlJc w:val="left"/>
      <w:pPr>
        <w:ind w:left="3600" w:hanging="360"/>
      </w:pPr>
      <w:rPr>
        <w:rFonts w:ascii="Courier New" w:hAnsi="Courier New" w:hint="default"/>
      </w:rPr>
    </w:lvl>
    <w:lvl w:ilvl="5" w:tplc="AC84E90C">
      <w:start w:val="1"/>
      <w:numFmt w:val="bullet"/>
      <w:lvlText w:val=""/>
      <w:lvlJc w:val="left"/>
      <w:pPr>
        <w:ind w:left="4320" w:hanging="360"/>
      </w:pPr>
      <w:rPr>
        <w:rFonts w:ascii="Wingdings" w:hAnsi="Wingdings" w:hint="default"/>
      </w:rPr>
    </w:lvl>
    <w:lvl w:ilvl="6" w:tplc="055C0CC0">
      <w:start w:val="1"/>
      <w:numFmt w:val="bullet"/>
      <w:lvlText w:val=""/>
      <w:lvlJc w:val="left"/>
      <w:pPr>
        <w:ind w:left="5040" w:hanging="360"/>
      </w:pPr>
      <w:rPr>
        <w:rFonts w:ascii="Symbol" w:hAnsi="Symbol" w:hint="default"/>
      </w:rPr>
    </w:lvl>
    <w:lvl w:ilvl="7" w:tplc="8966818E">
      <w:start w:val="1"/>
      <w:numFmt w:val="bullet"/>
      <w:lvlText w:val="o"/>
      <w:lvlJc w:val="left"/>
      <w:pPr>
        <w:ind w:left="5760" w:hanging="360"/>
      </w:pPr>
      <w:rPr>
        <w:rFonts w:ascii="Courier New" w:hAnsi="Courier New" w:hint="default"/>
      </w:rPr>
    </w:lvl>
    <w:lvl w:ilvl="8" w:tplc="8F2C0254">
      <w:start w:val="1"/>
      <w:numFmt w:val="bullet"/>
      <w:lvlText w:val=""/>
      <w:lvlJc w:val="left"/>
      <w:pPr>
        <w:ind w:left="6480" w:hanging="360"/>
      </w:pPr>
      <w:rPr>
        <w:rFonts w:ascii="Wingdings" w:hAnsi="Wingdings" w:hint="default"/>
      </w:rPr>
    </w:lvl>
  </w:abstractNum>
  <w:abstractNum w:abstractNumId="16" w15:restartNumberingAfterBreak="0">
    <w:nsid w:val="5249CE02"/>
    <w:multiLevelType w:val="hybridMultilevel"/>
    <w:tmpl w:val="0AE8E53C"/>
    <w:lvl w:ilvl="0" w:tplc="C3485A4E">
      <w:start w:val="1"/>
      <w:numFmt w:val="bullet"/>
      <w:lvlText w:val=""/>
      <w:lvlJc w:val="left"/>
      <w:pPr>
        <w:ind w:left="720" w:hanging="360"/>
      </w:pPr>
      <w:rPr>
        <w:rFonts w:ascii="Symbol" w:hAnsi="Symbol" w:hint="default"/>
      </w:rPr>
    </w:lvl>
    <w:lvl w:ilvl="1" w:tplc="F1DC2E8A">
      <w:start w:val="1"/>
      <w:numFmt w:val="bullet"/>
      <w:lvlText w:val="o"/>
      <w:lvlJc w:val="left"/>
      <w:pPr>
        <w:ind w:left="1440" w:hanging="360"/>
      </w:pPr>
      <w:rPr>
        <w:rFonts w:ascii="Courier New" w:hAnsi="Courier New" w:hint="default"/>
      </w:rPr>
    </w:lvl>
    <w:lvl w:ilvl="2" w:tplc="CBDA0E04">
      <w:start w:val="1"/>
      <w:numFmt w:val="bullet"/>
      <w:lvlText w:val=""/>
      <w:lvlJc w:val="left"/>
      <w:pPr>
        <w:ind w:left="2160" w:hanging="360"/>
      </w:pPr>
      <w:rPr>
        <w:rFonts w:ascii="Wingdings" w:hAnsi="Wingdings" w:hint="default"/>
      </w:rPr>
    </w:lvl>
    <w:lvl w:ilvl="3" w:tplc="00483A70">
      <w:start w:val="1"/>
      <w:numFmt w:val="bullet"/>
      <w:lvlText w:val=""/>
      <w:lvlJc w:val="left"/>
      <w:pPr>
        <w:ind w:left="2880" w:hanging="360"/>
      </w:pPr>
      <w:rPr>
        <w:rFonts w:ascii="Symbol" w:hAnsi="Symbol" w:hint="default"/>
      </w:rPr>
    </w:lvl>
    <w:lvl w:ilvl="4" w:tplc="315287E0">
      <w:start w:val="1"/>
      <w:numFmt w:val="bullet"/>
      <w:lvlText w:val="o"/>
      <w:lvlJc w:val="left"/>
      <w:pPr>
        <w:ind w:left="3600" w:hanging="360"/>
      </w:pPr>
      <w:rPr>
        <w:rFonts w:ascii="Courier New" w:hAnsi="Courier New" w:hint="default"/>
      </w:rPr>
    </w:lvl>
    <w:lvl w:ilvl="5" w:tplc="0FAC76FE">
      <w:start w:val="1"/>
      <w:numFmt w:val="bullet"/>
      <w:lvlText w:val=""/>
      <w:lvlJc w:val="left"/>
      <w:pPr>
        <w:ind w:left="4320" w:hanging="360"/>
      </w:pPr>
      <w:rPr>
        <w:rFonts w:ascii="Wingdings" w:hAnsi="Wingdings" w:hint="default"/>
      </w:rPr>
    </w:lvl>
    <w:lvl w:ilvl="6" w:tplc="6F2AFF74">
      <w:start w:val="1"/>
      <w:numFmt w:val="bullet"/>
      <w:lvlText w:val=""/>
      <w:lvlJc w:val="left"/>
      <w:pPr>
        <w:ind w:left="5040" w:hanging="360"/>
      </w:pPr>
      <w:rPr>
        <w:rFonts w:ascii="Symbol" w:hAnsi="Symbol" w:hint="default"/>
      </w:rPr>
    </w:lvl>
    <w:lvl w:ilvl="7" w:tplc="BCE67E72">
      <w:start w:val="1"/>
      <w:numFmt w:val="bullet"/>
      <w:lvlText w:val="o"/>
      <w:lvlJc w:val="left"/>
      <w:pPr>
        <w:ind w:left="5760" w:hanging="360"/>
      </w:pPr>
      <w:rPr>
        <w:rFonts w:ascii="Courier New" w:hAnsi="Courier New" w:hint="default"/>
      </w:rPr>
    </w:lvl>
    <w:lvl w:ilvl="8" w:tplc="4BA4470A">
      <w:start w:val="1"/>
      <w:numFmt w:val="bullet"/>
      <w:lvlText w:val=""/>
      <w:lvlJc w:val="left"/>
      <w:pPr>
        <w:ind w:left="6480" w:hanging="360"/>
      </w:pPr>
      <w:rPr>
        <w:rFonts w:ascii="Wingdings" w:hAnsi="Wingdings" w:hint="default"/>
      </w:rPr>
    </w:lvl>
  </w:abstractNum>
  <w:abstractNum w:abstractNumId="17" w15:restartNumberingAfterBreak="0">
    <w:nsid w:val="6342BD65"/>
    <w:multiLevelType w:val="hybridMultilevel"/>
    <w:tmpl w:val="B4F256E4"/>
    <w:lvl w:ilvl="0" w:tplc="BE8A6150">
      <w:start w:val="1"/>
      <w:numFmt w:val="bullet"/>
      <w:lvlText w:val=""/>
      <w:lvlJc w:val="left"/>
      <w:pPr>
        <w:ind w:left="720" w:hanging="360"/>
      </w:pPr>
      <w:rPr>
        <w:rFonts w:ascii="Symbol" w:hAnsi="Symbol" w:hint="default"/>
      </w:rPr>
    </w:lvl>
    <w:lvl w:ilvl="1" w:tplc="914EF312">
      <w:start w:val="1"/>
      <w:numFmt w:val="bullet"/>
      <w:lvlText w:val="o"/>
      <w:lvlJc w:val="left"/>
      <w:pPr>
        <w:ind w:left="1440" w:hanging="360"/>
      </w:pPr>
      <w:rPr>
        <w:rFonts w:ascii="Courier New" w:hAnsi="Courier New" w:hint="default"/>
      </w:rPr>
    </w:lvl>
    <w:lvl w:ilvl="2" w:tplc="9C2494EC">
      <w:start w:val="1"/>
      <w:numFmt w:val="bullet"/>
      <w:lvlText w:val=""/>
      <w:lvlJc w:val="left"/>
      <w:pPr>
        <w:ind w:left="2160" w:hanging="360"/>
      </w:pPr>
      <w:rPr>
        <w:rFonts w:ascii="Wingdings" w:hAnsi="Wingdings" w:hint="default"/>
      </w:rPr>
    </w:lvl>
    <w:lvl w:ilvl="3" w:tplc="87180D3E">
      <w:start w:val="1"/>
      <w:numFmt w:val="bullet"/>
      <w:lvlText w:val=""/>
      <w:lvlJc w:val="left"/>
      <w:pPr>
        <w:ind w:left="2880" w:hanging="360"/>
      </w:pPr>
      <w:rPr>
        <w:rFonts w:ascii="Symbol" w:hAnsi="Symbol" w:hint="default"/>
      </w:rPr>
    </w:lvl>
    <w:lvl w:ilvl="4" w:tplc="890E404A">
      <w:start w:val="1"/>
      <w:numFmt w:val="bullet"/>
      <w:lvlText w:val="o"/>
      <w:lvlJc w:val="left"/>
      <w:pPr>
        <w:ind w:left="3600" w:hanging="360"/>
      </w:pPr>
      <w:rPr>
        <w:rFonts w:ascii="Courier New" w:hAnsi="Courier New" w:hint="default"/>
      </w:rPr>
    </w:lvl>
    <w:lvl w:ilvl="5" w:tplc="A41AF0B0">
      <w:start w:val="1"/>
      <w:numFmt w:val="bullet"/>
      <w:lvlText w:val=""/>
      <w:lvlJc w:val="left"/>
      <w:pPr>
        <w:ind w:left="4320" w:hanging="360"/>
      </w:pPr>
      <w:rPr>
        <w:rFonts w:ascii="Wingdings" w:hAnsi="Wingdings" w:hint="default"/>
      </w:rPr>
    </w:lvl>
    <w:lvl w:ilvl="6" w:tplc="3D20446C">
      <w:start w:val="1"/>
      <w:numFmt w:val="bullet"/>
      <w:lvlText w:val=""/>
      <w:lvlJc w:val="left"/>
      <w:pPr>
        <w:ind w:left="5040" w:hanging="360"/>
      </w:pPr>
      <w:rPr>
        <w:rFonts w:ascii="Symbol" w:hAnsi="Symbol" w:hint="default"/>
      </w:rPr>
    </w:lvl>
    <w:lvl w:ilvl="7" w:tplc="6AE65470">
      <w:start w:val="1"/>
      <w:numFmt w:val="bullet"/>
      <w:lvlText w:val="o"/>
      <w:lvlJc w:val="left"/>
      <w:pPr>
        <w:ind w:left="5760" w:hanging="360"/>
      </w:pPr>
      <w:rPr>
        <w:rFonts w:ascii="Courier New" w:hAnsi="Courier New" w:hint="default"/>
      </w:rPr>
    </w:lvl>
    <w:lvl w:ilvl="8" w:tplc="AAA03D76">
      <w:start w:val="1"/>
      <w:numFmt w:val="bullet"/>
      <w:lvlText w:val=""/>
      <w:lvlJc w:val="left"/>
      <w:pPr>
        <w:ind w:left="6480" w:hanging="360"/>
      </w:pPr>
      <w:rPr>
        <w:rFonts w:ascii="Wingdings" w:hAnsi="Wingdings" w:hint="default"/>
      </w:rPr>
    </w:lvl>
  </w:abstractNum>
  <w:abstractNum w:abstractNumId="18" w15:restartNumberingAfterBreak="0">
    <w:nsid w:val="6C6E0438"/>
    <w:multiLevelType w:val="hybridMultilevel"/>
    <w:tmpl w:val="2CCE45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C8D4AF"/>
    <w:multiLevelType w:val="hybridMultilevel"/>
    <w:tmpl w:val="115EA564"/>
    <w:lvl w:ilvl="0" w:tplc="94F40274">
      <w:start w:val="1"/>
      <w:numFmt w:val="bullet"/>
      <w:lvlText w:val=""/>
      <w:lvlJc w:val="left"/>
      <w:pPr>
        <w:ind w:left="720" w:hanging="360"/>
      </w:pPr>
      <w:rPr>
        <w:rFonts w:ascii="Symbol" w:hAnsi="Symbol" w:hint="default"/>
      </w:rPr>
    </w:lvl>
    <w:lvl w:ilvl="1" w:tplc="9D924F7A">
      <w:start w:val="1"/>
      <w:numFmt w:val="bullet"/>
      <w:lvlText w:val="o"/>
      <w:lvlJc w:val="left"/>
      <w:pPr>
        <w:ind w:left="1440" w:hanging="360"/>
      </w:pPr>
      <w:rPr>
        <w:rFonts w:ascii="Courier New" w:hAnsi="Courier New" w:hint="default"/>
      </w:rPr>
    </w:lvl>
    <w:lvl w:ilvl="2" w:tplc="6B0C0280">
      <w:start w:val="1"/>
      <w:numFmt w:val="bullet"/>
      <w:lvlText w:val=""/>
      <w:lvlJc w:val="left"/>
      <w:pPr>
        <w:ind w:left="2160" w:hanging="360"/>
      </w:pPr>
      <w:rPr>
        <w:rFonts w:ascii="Wingdings" w:hAnsi="Wingdings" w:hint="default"/>
      </w:rPr>
    </w:lvl>
    <w:lvl w:ilvl="3" w:tplc="5C3605E0">
      <w:start w:val="1"/>
      <w:numFmt w:val="bullet"/>
      <w:lvlText w:val=""/>
      <w:lvlJc w:val="left"/>
      <w:pPr>
        <w:ind w:left="2880" w:hanging="360"/>
      </w:pPr>
      <w:rPr>
        <w:rFonts w:ascii="Symbol" w:hAnsi="Symbol" w:hint="default"/>
      </w:rPr>
    </w:lvl>
    <w:lvl w:ilvl="4" w:tplc="B17425F4">
      <w:start w:val="1"/>
      <w:numFmt w:val="bullet"/>
      <w:lvlText w:val="o"/>
      <w:lvlJc w:val="left"/>
      <w:pPr>
        <w:ind w:left="3600" w:hanging="360"/>
      </w:pPr>
      <w:rPr>
        <w:rFonts w:ascii="Courier New" w:hAnsi="Courier New" w:hint="default"/>
      </w:rPr>
    </w:lvl>
    <w:lvl w:ilvl="5" w:tplc="77FEECCE">
      <w:start w:val="1"/>
      <w:numFmt w:val="bullet"/>
      <w:lvlText w:val=""/>
      <w:lvlJc w:val="left"/>
      <w:pPr>
        <w:ind w:left="4320" w:hanging="360"/>
      </w:pPr>
      <w:rPr>
        <w:rFonts w:ascii="Wingdings" w:hAnsi="Wingdings" w:hint="default"/>
      </w:rPr>
    </w:lvl>
    <w:lvl w:ilvl="6" w:tplc="5616F640">
      <w:start w:val="1"/>
      <w:numFmt w:val="bullet"/>
      <w:lvlText w:val=""/>
      <w:lvlJc w:val="left"/>
      <w:pPr>
        <w:ind w:left="5040" w:hanging="360"/>
      </w:pPr>
      <w:rPr>
        <w:rFonts w:ascii="Symbol" w:hAnsi="Symbol" w:hint="default"/>
      </w:rPr>
    </w:lvl>
    <w:lvl w:ilvl="7" w:tplc="82242692">
      <w:start w:val="1"/>
      <w:numFmt w:val="bullet"/>
      <w:lvlText w:val="o"/>
      <w:lvlJc w:val="left"/>
      <w:pPr>
        <w:ind w:left="5760" w:hanging="360"/>
      </w:pPr>
      <w:rPr>
        <w:rFonts w:ascii="Courier New" w:hAnsi="Courier New" w:hint="default"/>
      </w:rPr>
    </w:lvl>
    <w:lvl w:ilvl="8" w:tplc="FE1C051C">
      <w:start w:val="1"/>
      <w:numFmt w:val="bullet"/>
      <w:lvlText w:val=""/>
      <w:lvlJc w:val="left"/>
      <w:pPr>
        <w:ind w:left="6480" w:hanging="360"/>
      </w:pPr>
      <w:rPr>
        <w:rFonts w:ascii="Wingdings" w:hAnsi="Wingdings" w:hint="default"/>
      </w:rPr>
    </w:lvl>
  </w:abstractNum>
  <w:num w:numId="1" w16cid:durableId="697894855">
    <w:abstractNumId w:val="10"/>
  </w:num>
  <w:num w:numId="2" w16cid:durableId="1685084344">
    <w:abstractNumId w:val="16"/>
  </w:num>
  <w:num w:numId="3" w16cid:durableId="1247150552">
    <w:abstractNumId w:val="14"/>
  </w:num>
  <w:num w:numId="4" w16cid:durableId="1782187966">
    <w:abstractNumId w:val="15"/>
  </w:num>
  <w:num w:numId="5" w16cid:durableId="2032951483">
    <w:abstractNumId w:val="11"/>
  </w:num>
  <w:num w:numId="6" w16cid:durableId="153693343">
    <w:abstractNumId w:val="17"/>
  </w:num>
  <w:num w:numId="7" w16cid:durableId="1646550339">
    <w:abstractNumId w:val="12"/>
  </w:num>
  <w:num w:numId="8" w16cid:durableId="676156792">
    <w:abstractNumId w:val="13"/>
  </w:num>
  <w:num w:numId="9" w16cid:durableId="1897619196">
    <w:abstractNumId w:val="19"/>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7615319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F5"/>
    <w:rsid w:val="00034616"/>
    <w:rsid w:val="00036B87"/>
    <w:rsid w:val="0006063C"/>
    <w:rsid w:val="0015074B"/>
    <w:rsid w:val="0017102D"/>
    <w:rsid w:val="00197D4A"/>
    <w:rsid w:val="001A4E91"/>
    <w:rsid w:val="001C072F"/>
    <w:rsid w:val="00284D82"/>
    <w:rsid w:val="0029639D"/>
    <w:rsid w:val="002B76FE"/>
    <w:rsid w:val="002C5792"/>
    <w:rsid w:val="002E779C"/>
    <w:rsid w:val="00310457"/>
    <w:rsid w:val="00326F90"/>
    <w:rsid w:val="00343944"/>
    <w:rsid w:val="00384C07"/>
    <w:rsid w:val="00396C37"/>
    <w:rsid w:val="003B4597"/>
    <w:rsid w:val="00401DDE"/>
    <w:rsid w:val="00487981"/>
    <w:rsid w:val="004909F5"/>
    <w:rsid w:val="004D59E3"/>
    <w:rsid w:val="004D5A6C"/>
    <w:rsid w:val="004D7B39"/>
    <w:rsid w:val="00554FC3"/>
    <w:rsid w:val="005C5286"/>
    <w:rsid w:val="0063622A"/>
    <w:rsid w:val="006417D8"/>
    <w:rsid w:val="006B059D"/>
    <w:rsid w:val="006D710E"/>
    <w:rsid w:val="006D7F69"/>
    <w:rsid w:val="00741BA9"/>
    <w:rsid w:val="007E6975"/>
    <w:rsid w:val="00801C7D"/>
    <w:rsid w:val="00876389"/>
    <w:rsid w:val="008A6B23"/>
    <w:rsid w:val="00903253"/>
    <w:rsid w:val="009127B5"/>
    <w:rsid w:val="00936385"/>
    <w:rsid w:val="009611D8"/>
    <w:rsid w:val="00986640"/>
    <w:rsid w:val="009A19BF"/>
    <w:rsid w:val="009A5BC9"/>
    <w:rsid w:val="009A77A6"/>
    <w:rsid w:val="00A407C0"/>
    <w:rsid w:val="00AA1D8D"/>
    <w:rsid w:val="00AC0EB1"/>
    <w:rsid w:val="00B34293"/>
    <w:rsid w:val="00B47730"/>
    <w:rsid w:val="00B622DB"/>
    <w:rsid w:val="00B63EC8"/>
    <w:rsid w:val="00C406A3"/>
    <w:rsid w:val="00CA72F1"/>
    <w:rsid w:val="00CB0664"/>
    <w:rsid w:val="00CF648B"/>
    <w:rsid w:val="00D24A3E"/>
    <w:rsid w:val="00D61777"/>
    <w:rsid w:val="00D92A8F"/>
    <w:rsid w:val="00DB0165"/>
    <w:rsid w:val="00DB321A"/>
    <w:rsid w:val="00DC0437"/>
    <w:rsid w:val="00DC629C"/>
    <w:rsid w:val="00E324B3"/>
    <w:rsid w:val="00E5E8ED"/>
    <w:rsid w:val="00F00A8A"/>
    <w:rsid w:val="00F37F2A"/>
    <w:rsid w:val="00F8459F"/>
    <w:rsid w:val="00FC693F"/>
    <w:rsid w:val="00FE0C46"/>
    <w:rsid w:val="01C9DF74"/>
    <w:rsid w:val="01DDCBF1"/>
    <w:rsid w:val="01FF7788"/>
    <w:rsid w:val="0401B485"/>
    <w:rsid w:val="04A0CF53"/>
    <w:rsid w:val="04A30BF5"/>
    <w:rsid w:val="04EB4B8A"/>
    <w:rsid w:val="06815B54"/>
    <w:rsid w:val="0733D1F0"/>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0F7424"/>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A33EEE"/>
    <w:rsid w:val="44BAFCE6"/>
    <w:rsid w:val="466D8BE0"/>
    <w:rsid w:val="46AA4338"/>
    <w:rsid w:val="4940B131"/>
    <w:rsid w:val="4947C53F"/>
    <w:rsid w:val="4A32AAFC"/>
    <w:rsid w:val="4D0F6964"/>
    <w:rsid w:val="4D952779"/>
    <w:rsid w:val="4DE91180"/>
    <w:rsid w:val="4EE25D66"/>
    <w:rsid w:val="4EE803E2"/>
    <w:rsid w:val="4F76FF56"/>
    <w:rsid w:val="4F84C81D"/>
    <w:rsid w:val="5073D694"/>
    <w:rsid w:val="507EB8CA"/>
    <w:rsid w:val="50CE9526"/>
    <w:rsid w:val="50D85236"/>
    <w:rsid w:val="50F7D97F"/>
    <w:rsid w:val="5108E578"/>
    <w:rsid w:val="51AEC22F"/>
    <w:rsid w:val="526DB7C4"/>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B869AE9"/>
    <w:rsid w:val="5BCE2D4A"/>
    <w:rsid w:val="5C09367A"/>
    <w:rsid w:val="5C3504FC"/>
    <w:rsid w:val="5C70DDE6"/>
    <w:rsid w:val="5CA90785"/>
    <w:rsid w:val="5D1E0348"/>
    <w:rsid w:val="5D29FD70"/>
    <w:rsid w:val="609D24A0"/>
    <w:rsid w:val="61816BBF"/>
    <w:rsid w:val="61E274A4"/>
    <w:rsid w:val="61F8660C"/>
    <w:rsid w:val="629958E2"/>
    <w:rsid w:val="62A7561B"/>
    <w:rsid w:val="650A679B"/>
    <w:rsid w:val="6764C63C"/>
    <w:rsid w:val="6771A950"/>
    <w:rsid w:val="67D5B91C"/>
    <w:rsid w:val="6830A729"/>
    <w:rsid w:val="68EC88EC"/>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customXml/itemProps2.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7FB7CC-7274-4A50-B066-1A0E9C2A62E7}">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1337</Words>
  <Characters>7624</Characters>
  <Application>Microsoft Office Word</Application>
  <DocSecurity>0</DocSecurity>
  <Lines>63</Lines>
  <Paragraphs>17</Paragraphs>
  <ScaleCrop>false</ScaleCrop>
  <Manager/>
  <Company/>
  <LinksUpToDate>false</LinksUpToDate>
  <CharactersWithSpaces>8944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41</cp:revision>
  <dcterms:created xsi:type="dcterms:W3CDTF">2026-09-22T08:49:00Z</dcterms:created>
  <dcterms:modified xsi:type="dcterms:W3CDTF">2026-10-01T13:16:00Z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