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10308"/>
      </w:tblGrid>
      <w:tr w:rsidR="00CF648B" w:rsidRPr="001A4E91" w14:paraId="27B27951" w14:textId="77777777" w:rsidTr="526DB7C4">
        <w:trPr>
          <w:trHeight w:val="300"/>
        </w:trPr>
        <w:tc>
          <w:tcPr>
            <w:tcW w:w="10308" w:type="dxa"/>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526DB7C4">
        <w:trPr>
          <w:trHeight w:val="300"/>
        </w:trPr>
        <w:tc>
          <w:tcPr>
            <w:tcW w:w="10308" w:type="dxa"/>
            <w:tcMar>
              <w:top w:w="100" w:type="dxa"/>
              <w:left w:w="120" w:type="dxa"/>
              <w:bottom w:w="100" w:type="dxa"/>
              <w:right w:w="120" w:type="dxa"/>
            </w:tcMar>
            <w:vAlign w:val="center"/>
          </w:tcPr>
          <w:p w14:paraId="41C8F396" w14:textId="3477EF5E" w:rsidR="00CF648B" w:rsidRPr="0005441F" w:rsidRDefault="0005441F" w:rsidP="401D4E06">
            <w:pPr>
              <w:rPr>
                <w:rFonts w:ascii="Aptos" w:eastAsia="Arial" w:hAnsi="Aptos" w:cs="Arial"/>
                <w:sz w:val="20"/>
                <w:szCs w:val="20"/>
              </w:rPr>
            </w:pPr>
            <w:r w:rsidRPr="0005441F">
              <w:rPr>
                <w:rFonts w:ascii="Aptos" w:eastAsia="Arial" w:hAnsi="Aptos" w:cs="Arial"/>
                <w:color w:val="000000" w:themeColor="text1"/>
                <w:sz w:val="20"/>
                <w:szCs w:val="20"/>
              </w:rPr>
              <w:t xml:space="preserve">Officer, Consumer Marketing - </w:t>
            </w:r>
            <w:proofErr w:type="gramStart"/>
            <w:r w:rsidRPr="0005441F">
              <w:rPr>
                <w:rFonts w:ascii="Aptos" w:eastAsia="Arial" w:hAnsi="Aptos" w:cs="Arial"/>
                <w:color w:val="000000" w:themeColor="text1"/>
                <w:sz w:val="20"/>
                <w:szCs w:val="20"/>
              </w:rPr>
              <w:t>Social Media</w:t>
            </w:r>
            <w:proofErr w:type="gramEnd"/>
          </w:p>
        </w:tc>
      </w:tr>
      <w:tr w:rsidR="0040045A" w:rsidRPr="001A4E91" w14:paraId="5C4879D2" w14:textId="77777777" w:rsidTr="0040045A">
        <w:trPr>
          <w:trHeight w:val="300"/>
        </w:trPr>
        <w:tc>
          <w:tcPr>
            <w:tcW w:w="10308" w:type="dxa"/>
            <w:shd w:val="clear" w:color="auto" w:fill="DDEFE8"/>
            <w:tcMar>
              <w:top w:w="100" w:type="dxa"/>
              <w:left w:w="120" w:type="dxa"/>
              <w:bottom w:w="100" w:type="dxa"/>
              <w:right w:w="120" w:type="dxa"/>
            </w:tcMar>
            <w:vAlign w:val="center"/>
          </w:tcPr>
          <w:p w14:paraId="454B23F8" w14:textId="7833635E" w:rsidR="0040045A" w:rsidRPr="001A4E91" w:rsidRDefault="0040045A" w:rsidP="0040045A">
            <w:pPr>
              <w:rPr>
                <w:rFonts w:ascii="Aptos" w:hAnsi="Aptos"/>
                <w:b/>
                <w:bCs/>
                <w:color w:val="006B54"/>
                <w:sz w:val="20"/>
                <w:szCs w:val="20"/>
              </w:rPr>
            </w:pPr>
            <w:r w:rsidRPr="001A4E91">
              <w:rPr>
                <w:rFonts w:ascii="Aptos" w:hAnsi="Aptos"/>
                <w:b/>
                <w:bCs/>
                <w:color w:val="006B54"/>
                <w:sz w:val="20"/>
                <w:szCs w:val="20"/>
                <w:lang w:val="en-IE"/>
              </w:rPr>
              <w:t xml:space="preserve">Location </w:t>
            </w:r>
          </w:p>
        </w:tc>
      </w:tr>
      <w:tr w:rsidR="0040045A" w:rsidRPr="001A4E91" w14:paraId="4E76EEAB" w14:textId="77777777" w:rsidTr="0040045A">
        <w:trPr>
          <w:trHeight w:val="450"/>
        </w:trPr>
        <w:tc>
          <w:tcPr>
            <w:tcW w:w="10308" w:type="dxa"/>
            <w:tcMar>
              <w:top w:w="100" w:type="dxa"/>
              <w:left w:w="120" w:type="dxa"/>
              <w:bottom w:w="100" w:type="dxa"/>
              <w:right w:w="120" w:type="dxa"/>
            </w:tcMar>
            <w:vAlign w:val="center"/>
          </w:tcPr>
          <w:p w14:paraId="747D4B91" w14:textId="17C0BC78" w:rsidR="0040045A" w:rsidRPr="001A4E91" w:rsidRDefault="0040045A"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r>
      <w:tr w:rsidR="00CF648B" w:rsidRPr="001A4E91" w14:paraId="226A1CB4" w14:textId="77777777" w:rsidTr="526DB7C4">
        <w:trPr>
          <w:trHeight w:val="300"/>
        </w:trPr>
        <w:tc>
          <w:tcPr>
            <w:tcW w:w="10308" w:type="dxa"/>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526DB7C4">
        <w:trPr>
          <w:trHeight w:val="300"/>
        </w:trPr>
        <w:tc>
          <w:tcPr>
            <w:tcW w:w="10308" w:type="dxa"/>
            <w:tcMar>
              <w:top w:w="100" w:type="dxa"/>
              <w:left w:w="120" w:type="dxa"/>
              <w:bottom w:w="100" w:type="dxa"/>
              <w:right w:w="120" w:type="dxa"/>
            </w:tcMar>
            <w:vAlign w:val="center"/>
          </w:tcPr>
          <w:p w14:paraId="60061E4C" w14:textId="1F1ABAD1" w:rsidR="00CF648B" w:rsidRPr="001A4E91" w:rsidRDefault="00D92A8F">
            <w:pPr>
              <w:rPr>
                <w:rFonts w:ascii="Aptos" w:hAnsi="Aptos"/>
                <w:sz w:val="20"/>
                <w:szCs w:val="20"/>
              </w:rPr>
            </w:pPr>
            <w:r>
              <w:rPr>
                <w:rFonts w:ascii="Aptos" w:hAnsi="Aptos"/>
                <w:sz w:val="20"/>
                <w:szCs w:val="20"/>
              </w:rPr>
              <w:t>2</w:t>
            </w:r>
            <w:r w:rsidR="0005441F">
              <w:rPr>
                <w:rFonts w:ascii="Aptos" w:hAnsi="Aptos"/>
                <w:sz w:val="20"/>
                <w:szCs w:val="20"/>
              </w:rPr>
              <w:t>6</w:t>
            </w:r>
            <w:r w:rsidR="0005441F">
              <w:rPr>
                <w:rFonts w:ascii="Aptos" w:hAnsi="Aptos"/>
                <w:sz w:val="20"/>
                <w:szCs w:val="20"/>
                <w:vertAlign w:val="superscript"/>
              </w:rPr>
              <w:t>th</w:t>
            </w:r>
            <w:r w:rsidR="1AA37D6B" w:rsidRPr="526DB7C4">
              <w:rPr>
                <w:rFonts w:ascii="Aptos" w:hAnsi="Aptos"/>
                <w:sz w:val="20"/>
                <w:szCs w:val="20"/>
              </w:rPr>
              <w:t xml:space="preserve"> October 2026</w:t>
            </w:r>
            <w:r w:rsidR="001A4E91" w:rsidRPr="526DB7C4">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 xml:space="preserve">I hold a valid work </w:t>
            </w:r>
            <w:proofErr w:type="spellStart"/>
            <w:r w:rsidR="57410230" w:rsidRPr="001A4E91">
              <w:rPr>
                <w:rFonts w:ascii="Aptos" w:hAnsi="Aptos"/>
                <w:sz w:val="20"/>
                <w:szCs w:val="20"/>
              </w:rPr>
              <w:t>authorisation</w:t>
            </w:r>
            <w:proofErr w:type="spellEnd"/>
            <w:r w:rsidR="57410230" w:rsidRPr="001A4E91">
              <w:rPr>
                <w:rFonts w:ascii="Aptos" w:hAnsi="Aptos"/>
                <w:sz w:val="20"/>
                <w:szCs w:val="20"/>
              </w:rPr>
              <w:t xml:space="preserve">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 xml:space="preserve">I do not hold a valid work </w:t>
            </w:r>
            <w:proofErr w:type="spellStart"/>
            <w:r w:rsidR="2EB80B06" w:rsidRPr="001A4E91">
              <w:rPr>
                <w:rFonts w:ascii="Aptos" w:hAnsi="Aptos"/>
                <w:sz w:val="20"/>
                <w:szCs w:val="20"/>
              </w:rPr>
              <w:t>authorisation</w:t>
            </w:r>
            <w:proofErr w:type="spellEnd"/>
            <w:r w:rsidR="2EB80B06" w:rsidRPr="001A4E91">
              <w:rPr>
                <w:rFonts w:ascii="Aptos" w:hAnsi="Aptos"/>
                <w:sz w:val="20"/>
                <w:szCs w:val="20"/>
              </w:rPr>
              <w:t xml:space="preserve">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5E1CBAE4" w:rsidR="00CF648B" w:rsidRPr="001A4E91" w:rsidRDefault="003F31B3" w:rsidP="003F31B3">
            <w:pPr>
              <w:rPr>
                <w:rFonts w:ascii="Aptos" w:hAnsi="Aptos"/>
                <w:color w:val="000000" w:themeColor="text1"/>
                <w:sz w:val="20"/>
                <w:szCs w:val="20"/>
              </w:rPr>
            </w:pPr>
            <w:r>
              <w:rPr>
                <w:rFonts w:ascii="Aptos" w:hAnsi="Aptos"/>
                <w:color w:val="000000" w:themeColor="text1"/>
                <w:sz w:val="20"/>
                <w:szCs w:val="20"/>
              </w:rPr>
              <w:t xml:space="preserve">2) </w:t>
            </w:r>
            <w:r w:rsidR="00801C7D"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1A4E91">
              <w:rPr>
                <w:rFonts w:ascii="Aptos" w:hAnsi="Aptos"/>
                <w:sz w:val="20"/>
                <w:szCs w:val="20"/>
              </w:rPr>
              <w:t>Traveller</w:t>
            </w:r>
            <w:proofErr w:type="spellEnd"/>
            <w:r w:rsidRPr="001A4E91">
              <w:rPr>
                <w:rFonts w:ascii="Aptos" w:hAnsi="Aptos"/>
                <w:sz w:val="20"/>
                <w:szCs w:val="20"/>
              </w:rPr>
              <w:t xml:space="preserve">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proofErr w:type="spellStart"/>
            <w:r w:rsidR="132D9D11" w:rsidRPr="001A4E91">
              <w:rPr>
                <w:rFonts w:ascii="Aptos" w:hAnsi="Aptos"/>
                <w:sz w:val="20"/>
                <w:szCs w:val="20"/>
              </w:rPr>
              <w:t>Conscia</w:t>
            </w:r>
            <w:proofErr w:type="spellEnd"/>
            <w:r w:rsidR="132D9D11" w:rsidRPr="001A4E91">
              <w:rPr>
                <w:rFonts w:ascii="Aptos" w:hAnsi="Aptos"/>
                <w:sz w:val="20"/>
                <w:szCs w:val="20"/>
              </w:rPr>
              <w:t xml:space="preserve">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01D4E06">
            <w:pPr>
              <w:rPr>
                <w:rFonts w:ascii="Aptos" w:eastAsia="Arial" w:hAnsi="Aptos" w:cs="Arial"/>
                <w:b/>
                <w:bCs/>
                <w:color w:val="006B54"/>
                <w:sz w:val="22"/>
              </w:rPr>
            </w:pPr>
            <w:r w:rsidRPr="009A77A6">
              <w:rPr>
                <w:rFonts w:ascii="Aptos" w:eastAsia="Arial" w:hAnsi="Aptos" w:cs="Arial"/>
                <w:b/>
                <w:bCs/>
                <w:color w:val="006B54"/>
                <w:sz w:val="22"/>
              </w:rPr>
              <w:t xml:space="preserve">Please give your reasons for making this application, </w:t>
            </w:r>
            <w:bookmarkStart w:id="0" w:name="_Int_DbS6C8yN"/>
            <w:r w:rsidRPr="009A77A6">
              <w:rPr>
                <w:rFonts w:ascii="Aptos" w:eastAsia="Arial" w:hAnsi="Aptos" w:cs="Arial"/>
                <w:b/>
                <w:bCs/>
                <w:color w:val="006B54"/>
                <w:sz w:val="22"/>
              </w:rPr>
              <w:t>relating</w:t>
            </w:r>
            <w:bookmarkEnd w:id="0"/>
            <w:r w:rsidRPr="009A77A6">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5EB7A071" w14:textId="7CDBB525" w:rsidR="00D92A8F" w:rsidRDefault="003F13FC" w:rsidP="17C126FE">
            <w:pPr>
              <w:rPr>
                <w:rFonts w:ascii="Aptos" w:eastAsia="Arial" w:hAnsi="Aptos" w:cs="Arial"/>
                <w:b/>
                <w:bCs/>
                <w:color w:val="006B54"/>
                <w:sz w:val="22"/>
                <w:lang w:val="en-IE"/>
              </w:rPr>
            </w:pPr>
            <w:r w:rsidRPr="003F13FC">
              <w:rPr>
                <w:rFonts w:ascii="Aptos" w:eastAsia="Arial" w:hAnsi="Aptos" w:cs="Arial"/>
                <w:b/>
                <w:bCs/>
                <w:color w:val="006B54"/>
                <w:sz w:val="22"/>
              </w:rPr>
              <w:t xml:space="preserve">Strategic Thinking: </w:t>
            </w:r>
            <w:r>
              <w:rPr>
                <w:rFonts w:ascii="Aptos" w:eastAsia="Arial" w:hAnsi="Aptos" w:cs="Arial"/>
                <w:b/>
                <w:bCs/>
                <w:color w:val="006B54"/>
                <w:sz w:val="22"/>
              </w:rPr>
              <w:br/>
            </w:r>
            <w:r>
              <w:rPr>
                <w:rFonts w:ascii="Aptos" w:eastAsia="Arial" w:hAnsi="Aptos" w:cs="Arial"/>
                <w:b/>
                <w:bCs/>
                <w:color w:val="006B54"/>
                <w:sz w:val="22"/>
              </w:rPr>
              <w:br/>
            </w:r>
            <w:r w:rsidRPr="003F13FC">
              <w:rPr>
                <w:rFonts w:ascii="Aptos" w:eastAsia="Arial" w:hAnsi="Aptos" w:cs="Arial"/>
                <w:b/>
                <w:bCs/>
                <w:color w:val="006B54"/>
                <w:sz w:val="22"/>
              </w:rPr>
              <w:t>Please describe a social media or marketing campaign that you helped plan and deliver. What was the objective, what was your role, how did you develop the content or campaign plan, and what were the results?</w:t>
            </w:r>
          </w:p>
          <w:p w14:paraId="32BAA4F2" w14:textId="77777777" w:rsidR="00D92A8F" w:rsidRDefault="00D92A8F" w:rsidP="17C126FE">
            <w:pPr>
              <w:rPr>
                <w:rFonts w:ascii="Aptos" w:eastAsia="Arial" w:hAnsi="Aptos" w:cs="Arial"/>
                <w:b/>
                <w:bCs/>
                <w:color w:val="006B54"/>
                <w:sz w:val="20"/>
                <w:szCs w:val="20"/>
                <w:lang w:val="en-IE"/>
              </w:rPr>
            </w:pP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7194DBDC" w14:textId="77777777"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17C126FE">
        <w:tc>
          <w:tcPr>
            <w:tcW w:w="10318" w:type="dxa"/>
            <w:shd w:val="clear" w:color="auto" w:fill="DDEFE8"/>
            <w:tcMar>
              <w:top w:w="100" w:type="dxa"/>
              <w:left w:w="120" w:type="dxa"/>
              <w:bottom w:w="100" w:type="dxa"/>
              <w:right w:w="120" w:type="dxa"/>
            </w:tcMar>
            <w:vAlign w:val="center"/>
          </w:tcPr>
          <w:p w14:paraId="6DEAA7BF" w14:textId="77777777" w:rsidR="006E1F24" w:rsidRDefault="006E1F24" w:rsidP="17C126FE">
            <w:pPr>
              <w:rPr>
                <w:rFonts w:ascii="Aptos" w:eastAsia="Arial" w:hAnsi="Aptos" w:cs="Arial"/>
                <w:b/>
                <w:bCs/>
                <w:color w:val="006B54"/>
                <w:sz w:val="22"/>
              </w:rPr>
            </w:pPr>
            <w:r w:rsidRPr="006E1F24">
              <w:rPr>
                <w:rFonts w:ascii="Aptos" w:eastAsia="Arial" w:hAnsi="Aptos" w:cs="Arial"/>
                <w:b/>
                <w:bCs/>
                <w:color w:val="006B54"/>
                <w:sz w:val="22"/>
              </w:rPr>
              <w:t xml:space="preserve">Managing Relationships: </w:t>
            </w:r>
          </w:p>
          <w:p w14:paraId="4AE2CEE9" w14:textId="77777777" w:rsidR="006E1F24" w:rsidRDefault="006E1F24" w:rsidP="17C126FE">
            <w:pPr>
              <w:rPr>
                <w:rFonts w:ascii="Aptos" w:eastAsia="Arial" w:hAnsi="Aptos" w:cs="Arial"/>
                <w:b/>
                <w:bCs/>
                <w:color w:val="006B54"/>
                <w:sz w:val="22"/>
              </w:rPr>
            </w:pPr>
          </w:p>
          <w:p w14:paraId="3E848124" w14:textId="5E324DE2" w:rsidR="00CF648B" w:rsidRPr="001A4E91" w:rsidRDefault="006E1F24" w:rsidP="17C126FE">
            <w:pPr>
              <w:rPr>
                <w:rFonts w:ascii="Aptos" w:eastAsia="Arial" w:hAnsi="Aptos" w:cs="Arial"/>
                <w:b/>
                <w:bCs/>
                <w:color w:val="006B54"/>
                <w:sz w:val="20"/>
                <w:szCs w:val="20"/>
              </w:rPr>
            </w:pPr>
            <w:r w:rsidRPr="006E1F24">
              <w:rPr>
                <w:rFonts w:ascii="Aptos" w:eastAsia="Arial" w:hAnsi="Aptos" w:cs="Arial"/>
                <w:b/>
                <w:bCs/>
                <w:color w:val="006B54"/>
                <w:sz w:val="22"/>
              </w:rPr>
              <w:t xml:space="preserve">Please provide an example of a time when you worked with external agencies, suppliers, content creators, and internal stakeholders to deliver a social media or marketing project. What was your </w:t>
            </w:r>
            <w:r w:rsidRPr="006E1F24">
              <w:rPr>
                <w:rFonts w:ascii="Aptos" w:eastAsia="Arial" w:hAnsi="Aptos" w:cs="Arial"/>
                <w:b/>
                <w:bCs/>
                <w:color w:val="006B54"/>
                <w:sz w:val="22"/>
              </w:rPr>
              <w:lastRenderedPageBreak/>
              <w:t>role, how did you manage the relationships, and what was the outcome?</w:t>
            </w:r>
            <w:r w:rsidR="009A19BF">
              <w:rPr>
                <w:rFonts w:ascii="Aptos" w:eastAsia="Arial" w:hAnsi="Aptos" w:cs="Arial"/>
                <w:b/>
                <w:bCs/>
                <w:color w:val="006B54"/>
                <w:sz w:val="22"/>
              </w:rPr>
              <w:br/>
            </w:r>
            <w:r w:rsidR="00DC0437" w:rsidRPr="001A4E91">
              <w:rPr>
                <w:rFonts w:ascii="Aptos" w:hAnsi="Aptos"/>
                <w:sz w:val="20"/>
                <w:szCs w:val="20"/>
              </w:rPr>
              <w:br/>
            </w:r>
            <w:r w:rsidR="00DC0437" w:rsidRPr="001A4E91">
              <w:rPr>
                <w:rFonts w:ascii="Aptos" w:eastAsia="Arial" w:hAnsi="Aptos" w:cs="Arial"/>
                <w:color w:val="006B54"/>
                <w:sz w:val="20"/>
                <w:szCs w:val="20"/>
              </w:rPr>
              <w:t xml:space="preserve">Please give one specific example of where you </w:t>
            </w:r>
            <w:bookmarkStart w:id="1" w:name="_Int_X6iSjR6T"/>
            <w:r w:rsidR="00DC0437" w:rsidRPr="001A4E91">
              <w:rPr>
                <w:rFonts w:ascii="Aptos" w:eastAsia="Arial" w:hAnsi="Aptos" w:cs="Arial"/>
                <w:color w:val="006B54"/>
                <w:sz w:val="20"/>
                <w:szCs w:val="20"/>
              </w:rPr>
              <w:t>demonstrated</w:t>
            </w:r>
            <w:bookmarkEnd w:id="1"/>
            <w:r w:rsidR="00DC0437" w:rsidRPr="001A4E91">
              <w:rPr>
                <w:rFonts w:ascii="Aptos" w:eastAsia="Arial" w:hAnsi="Aptos" w:cs="Arial"/>
                <w:color w:val="006B54"/>
                <w:sz w:val="20"/>
                <w:szCs w:val="20"/>
              </w:rPr>
              <w:t xml:space="preserve"> strong skills in this area (max 3</w:t>
            </w:r>
            <w:r w:rsidR="77AC2A70" w:rsidRPr="001A4E91">
              <w:rPr>
                <w:rFonts w:ascii="Aptos" w:eastAsia="Arial" w:hAnsi="Aptos" w:cs="Arial"/>
                <w:color w:val="006B54"/>
                <w:sz w:val="20"/>
                <w:szCs w:val="20"/>
              </w:rPr>
              <w:t>5</w:t>
            </w:r>
            <w:r w:rsidR="00DC0437" w:rsidRPr="001A4E91">
              <w:rPr>
                <w:rFonts w:ascii="Aptos" w:eastAsia="Arial" w:hAnsi="Aptos" w:cs="Arial"/>
                <w:color w:val="006B54"/>
                <w:sz w:val="20"/>
                <w:szCs w:val="20"/>
              </w:rPr>
              <w:t>0 words - anything above may disqualify).</w:t>
            </w:r>
          </w:p>
        </w:tc>
      </w:tr>
      <w:tr w:rsidR="00CF648B" w:rsidRPr="001A4E91" w14:paraId="54CD245A" w14:textId="77777777" w:rsidTr="17C126FE">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2FC58833" w14:textId="75CB3B93" w:rsidR="006E1F24" w:rsidRDefault="006E1F24" w:rsidP="006E1F24">
            <w:pPr>
              <w:rPr>
                <w:rFonts w:ascii="Aptos" w:eastAsia="Arial" w:hAnsi="Aptos" w:cs="Arial"/>
                <w:b/>
                <w:bCs/>
                <w:color w:val="006B54"/>
                <w:sz w:val="22"/>
                <w:lang w:val="en-GB"/>
              </w:rPr>
            </w:pPr>
            <w:r w:rsidRPr="006E1F24">
              <w:rPr>
                <w:rFonts w:ascii="Aptos" w:eastAsia="Arial" w:hAnsi="Aptos" w:cs="Arial"/>
                <w:b/>
                <w:bCs/>
                <w:color w:val="006B54"/>
                <w:sz w:val="22"/>
                <w:lang w:val="en-GB"/>
              </w:rPr>
              <w:t>Communicating Effectively:  </w:t>
            </w:r>
          </w:p>
          <w:p w14:paraId="355E519D" w14:textId="77777777" w:rsidR="006E1F24" w:rsidRPr="006E1F24" w:rsidRDefault="006E1F24" w:rsidP="006E1F24">
            <w:pPr>
              <w:rPr>
                <w:rFonts w:ascii="Aptos" w:eastAsia="Arial" w:hAnsi="Aptos" w:cs="Arial"/>
                <w:b/>
                <w:bCs/>
                <w:color w:val="006B54"/>
                <w:sz w:val="22"/>
                <w:lang w:val="en-GB"/>
              </w:rPr>
            </w:pPr>
          </w:p>
          <w:p w14:paraId="4806DD26" w14:textId="7E6DB405" w:rsidR="006E1F24" w:rsidRPr="006E1F24" w:rsidRDefault="006E1F24" w:rsidP="006E1F24">
            <w:pPr>
              <w:rPr>
                <w:rFonts w:ascii="Aptos" w:eastAsia="Arial" w:hAnsi="Aptos" w:cs="Arial"/>
                <w:b/>
                <w:bCs/>
                <w:color w:val="006B54"/>
                <w:sz w:val="22"/>
                <w:lang w:val="en-GB"/>
              </w:rPr>
            </w:pPr>
            <w:r w:rsidRPr="006E1F24">
              <w:rPr>
                <w:rFonts w:ascii="Aptos" w:eastAsia="Arial" w:hAnsi="Aptos" w:cs="Arial"/>
                <w:b/>
                <w:bCs/>
                <w:color w:val="006B54"/>
                <w:sz w:val="22"/>
                <w:lang w:val="en-GB"/>
              </w:rPr>
              <w:t>Please describe a time when you had to communicate a recommendation, decision or piece of work to different stakeholders with varying levels of understanding. How did you adapt your approach, manage feedback or differing views, and ensure the message was understood? </w:t>
            </w:r>
          </w:p>
          <w:p w14:paraId="795D7D77" w14:textId="69D51CFA" w:rsidR="7A5198BA" w:rsidRPr="001A4E91" w:rsidRDefault="00DB321A" w:rsidP="17C126FE">
            <w:pPr>
              <w:rPr>
                <w:rFonts w:ascii="Aptos" w:eastAsia="Arial" w:hAnsi="Aptos" w:cs="Arial"/>
                <w:color w:val="006B54"/>
                <w:sz w:val="20"/>
                <w:szCs w:val="20"/>
              </w:rPr>
            </w:pPr>
            <w:r>
              <w:rPr>
                <w:rFonts w:ascii="Aptos" w:eastAsia="Arial" w:hAnsi="Aptos" w:cs="Arial"/>
                <w:b/>
                <w:bCs/>
                <w:color w:val="006B54"/>
                <w:sz w:val="22"/>
                <w:lang w:val="en-IE"/>
              </w:rPr>
              <w:br/>
            </w:r>
            <w:r w:rsidR="7A5198BA" w:rsidRPr="001A4E91">
              <w:rPr>
                <w:rFonts w:ascii="Aptos" w:hAnsi="Aptos"/>
                <w:sz w:val="20"/>
                <w:szCs w:val="20"/>
              </w:rPr>
              <w:br/>
            </w:r>
            <w:r w:rsidR="04A0CF53"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1F023ADE" w14:textId="77777777" w:rsidR="006E1F24" w:rsidRDefault="006E1F24" w:rsidP="006E1F24">
            <w:pPr>
              <w:rPr>
                <w:rFonts w:ascii="Aptos" w:eastAsia="Arial" w:hAnsi="Aptos" w:cs="Arial"/>
                <w:b/>
                <w:bCs/>
                <w:color w:val="006B54"/>
                <w:sz w:val="22"/>
                <w:lang w:val="en-GB"/>
              </w:rPr>
            </w:pPr>
            <w:r w:rsidRPr="006E1F24">
              <w:rPr>
                <w:rFonts w:ascii="Aptos" w:eastAsia="Arial" w:hAnsi="Aptos" w:cs="Arial"/>
                <w:b/>
                <w:bCs/>
                <w:color w:val="006B54"/>
                <w:sz w:val="22"/>
                <w:lang w:val="en-GB"/>
              </w:rPr>
              <w:t>Leverages Technology:  </w:t>
            </w:r>
          </w:p>
          <w:p w14:paraId="58FCD081" w14:textId="77777777" w:rsidR="006E1F24" w:rsidRPr="006E1F24" w:rsidRDefault="006E1F24" w:rsidP="006E1F24">
            <w:pPr>
              <w:rPr>
                <w:rFonts w:ascii="Aptos" w:eastAsia="Arial" w:hAnsi="Aptos" w:cs="Arial"/>
                <w:b/>
                <w:bCs/>
                <w:color w:val="006B54"/>
                <w:sz w:val="22"/>
                <w:lang w:val="en-GB"/>
              </w:rPr>
            </w:pPr>
          </w:p>
          <w:p w14:paraId="33991CDB" w14:textId="77777777" w:rsidR="006E1F24" w:rsidRPr="006E1F24" w:rsidRDefault="006E1F24" w:rsidP="006E1F24">
            <w:pPr>
              <w:rPr>
                <w:rFonts w:ascii="Aptos" w:eastAsia="Arial" w:hAnsi="Aptos" w:cs="Arial"/>
                <w:b/>
                <w:bCs/>
                <w:color w:val="006B54"/>
                <w:sz w:val="22"/>
                <w:lang w:val="en-GB"/>
              </w:rPr>
            </w:pPr>
            <w:r w:rsidRPr="006E1F24">
              <w:rPr>
                <w:rFonts w:ascii="Aptos" w:eastAsia="Arial" w:hAnsi="Aptos" w:cs="Arial"/>
                <w:b/>
                <w:bCs/>
                <w:color w:val="006B54"/>
                <w:sz w:val="22"/>
                <w:lang w:val="en-GB"/>
              </w:rPr>
              <w:t>Please provide an example of how you have used digital tools, analytics platforms, AI or emerging technologies to improve a piece of work? How did you ensure the technology was used responsibly, maintain quality and accuracy, and assess its impact on the final outcome? </w:t>
            </w:r>
          </w:p>
          <w:p w14:paraId="40848C7C" w14:textId="26AEE7E0" w:rsidR="401D4E06" w:rsidRPr="001A4E91" w:rsidRDefault="006B059D" w:rsidP="17C126FE">
            <w:pPr>
              <w:rPr>
                <w:rFonts w:ascii="Aptos" w:eastAsia="Arial" w:hAnsi="Aptos" w:cs="Arial"/>
                <w:color w:val="006B54"/>
                <w:sz w:val="20"/>
                <w:szCs w:val="20"/>
              </w:rPr>
            </w:pPr>
            <w:r>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DE18" w14:textId="77777777" w:rsidR="00AC47C4" w:rsidRDefault="00AC47C4" w:rsidP="00986640">
      <w:pPr>
        <w:spacing w:after="0" w:line="240" w:lineRule="auto"/>
      </w:pPr>
      <w:r>
        <w:separator/>
      </w:r>
    </w:p>
  </w:endnote>
  <w:endnote w:type="continuationSeparator" w:id="0">
    <w:p w14:paraId="656A809A" w14:textId="77777777" w:rsidR="00AC47C4" w:rsidRDefault="00AC47C4"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0DCB8" w14:textId="77777777" w:rsidR="00AC47C4" w:rsidRDefault="00AC47C4" w:rsidP="00986640">
      <w:pPr>
        <w:spacing w:after="0" w:line="240" w:lineRule="auto"/>
      </w:pPr>
      <w:r>
        <w:separator/>
      </w:r>
    </w:p>
  </w:footnote>
  <w:footnote w:type="continuationSeparator" w:id="0">
    <w:p w14:paraId="3B9810CF" w14:textId="77777777" w:rsidR="00AC47C4" w:rsidRDefault="00AC47C4"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6E"/>
    <w:rsid w:val="000103F5"/>
    <w:rsid w:val="00034616"/>
    <w:rsid w:val="00036B87"/>
    <w:rsid w:val="0005441F"/>
    <w:rsid w:val="0006063C"/>
    <w:rsid w:val="0015074B"/>
    <w:rsid w:val="0017102D"/>
    <w:rsid w:val="00197D4A"/>
    <w:rsid w:val="001A4E91"/>
    <w:rsid w:val="001C072F"/>
    <w:rsid w:val="00284D82"/>
    <w:rsid w:val="0029639D"/>
    <w:rsid w:val="002B76FE"/>
    <w:rsid w:val="002C5792"/>
    <w:rsid w:val="002E779C"/>
    <w:rsid w:val="00310457"/>
    <w:rsid w:val="00326F90"/>
    <w:rsid w:val="00343944"/>
    <w:rsid w:val="00384C07"/>
    <w:rsid w:val="00396C37"/>
    <w:rsid w:val="003B4597"/>
    <w:rsid w:val="003F13FC"/>
    <w:rsid w:val="003F31B3"/>
    <w:rsid w:val="0040045A"/>
    <w:rsid w:val="00401DDE"/>
    <w:rsid w:val="00487981"/>
    <w:rsid w:val="004909F5"/>
    <w:rsid w:val="004D59E3"/>
    <w:rsid w:val="004D5A6C"/>
    <w:rsid w:val="004D7B39"/>
    <w:rsid w:val="00554FC3"/>
    <w:rsid w:val="005C5286"/>
    <w:rsid w:val="0063622A"/>
    <w:rsid w:val="006417D8"/>
    <w:rsid w:val="006B059D"/>
    <w:rsid w:val="006D710E"/>
    <w:rsid w:val="006D7F69"/>
    <w:rsid w:val="006E1F24"/>
    <w:rsid w:val="00741BA9"/>
    <w:rsid w:val="007E6975"/>
    <w:rsid w:val="00801C7D"/>
    <w:rsid w:val="008538A1"/>
    <w:rsid w:val="00876389"/>
    <w:rsid w:val="008A6B23"/>
    <w:rsid w:val="00903253"/>
    <w:rsid w:val="009127B5"/>
    <w:rsid w:val="00936385"/>
    <w:rsid w:val="009611D8"/>
    <w:rsid w:val="00986640"/>
    <w:rsid w:val="009A19BF"/>
    <w:rsid w:val="009A5BC9"/>
    <w:rsid w:val="009A77A6"/>
    <w:rsid w:val="00A407C0"/>
    <w:rsid w:val="00AA1D8D"/>
    <w:rsid w:val="00AC0EB1"/>
    <w:rsid w:val="00AC47C4"/>
    <w:rsid w:val="00B34293"/>
    <w:rsid w:val="00B47730"/>
    <w:rsid w:val="00B622DB"/>
    <w:rsid w:val="00B63EC8"/>
    <w:rsid w:val="00C406A3"/>
    <w:rsid w:val="00CA72F1"/>
    <w:rsid w:val="00CB0664"/>
    <w:rsid w:val="00CF648B"/>
    <w:rsid w:val="00D24A3E"/>
    <w:rsid w:val="00D61777"/>
    <w:rsid w:val="00D92A8F"/>
    <w:rsid w:val="00DB0165"/>
    <w:rsid w:val="00DB321A"/>
    <w:rsid w:val="00DC0437"/>
    <w:rsid w:val="00DC629C"/>
    <w:rsid w:val="00E324B3"/>
    <w:rsid w:val="00E5E8ED"/>
    <w:rsid w:val="00F00A8A"/>
    <w:rsid w:val="00F37F2A"/>
    <w:rsid w:val="00F8459F"/>
    <w:rsid w:val="00FC693F"/>
    <w:rsid w:val="00FE0C46"/>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3.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1257</Words>
  <Characters>7171</Characters>
  <Application>Microsoft Office Word</Application>
  <DocSecurity>0</DocSecurity>
  <Lines>59</Lines>
  <Paragraphs>16</Paragraphs>
  <ScaleCrop>false</ScaleCrop>
  <Manager/>
  <Company/>
  <LinksUpToDate>false</LinksUpToDate>
  <CharactersWithSpaces>8412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47</cp:revision>
  <dcterms:created xsi:type="dcterms:W3CDTF">2026-09-22T08:49:00Z</dcterms:created>
  <dcterms:modified xsi:type="dcterms:W3CDTF">2026-10-08T08:57:00Z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