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F648B" w:rsidP="766D1AC1" w:rsidRDefault="68EC88EC" w14:paraId="672A6659" w14:textId="7590D98A">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rsidR="00CF648B" w:rsidRDefault="00DC0437" w14:paraId="0A37501D" w14:textId="77777777">
      <w:r>
        <w:br w:type="page"/>
      </w:r>
    </w:p>
    <w:tbl>
      <w:tblPr>
        <w:tblW w:w="0" w:type="auto"/>
        <w:jc w:val="center"/>
        <w:tblLook w:val="04A0" w:firstRow="1" w:lastRow="0" w:firstColumn="1" w:lastColumn="0" w:noHBand="0" w:noVBand="1"/>
      </w:tblPr>
      <w:tblGrid>
        <w:gridCol w:w="5159"/>
        <w:gridCol w:w="5159"/>
      </w:tblGrid>
      <w:tr w:rsidRPr="001A4E91" w:rsidR="00CF648B" w:rsidTr="3F9B9FB5" w14:paraId="51CC6E0F" w14:textId="77777777">
        <w:trPr>
          <w:jc w:val="center"/>
        </w:trPr>
        <w:tc>
          <w:tcPr>
            <w:tcW w:w="5159" w:type="dxa"/>
            <w:tcMar>
              <w:top w:w="100" w:type="dxa"/>
              <w:left w:w="120" w:type="dxa"/>
              <w:bottom w:w="100" w:type="dxa"/>
              <w:right w:w="120" w:type="dxa"/>
            </w:tcMar>
            <w:vAlign w:val="center"/>
          </w:tcPr>
          <w:p w:rsidRPr="001A4E91" w:rsidR="00CF648B" w:rsidP="3F9B9FB5" w:rsidRDefault="00DC0437" w14:paraId="23E5A054" w14:textId="77777777">
            <w:pPr>
              <w:spacing w:after="0"/>
              <w:rPr>
                <w:rFonts w:ascii="Aptos" w:hAnsi="Aptos"/>
                <w:b/>
                <w:bCs/>
                <w:color w:val="006B54"/>
                <w:sz w:val="24"/>
                <w:szCs w:val="24"/>
              </w:rPr>
            </w:pPr>
            <w:r w:rsidRPr="001A4E91">
              <w:rPr>
                <w:rFonts w:ascii="Aptos" w:hAnsi="Aptos"/>
                <w:b/>
                <w:bCs/>
                <w:color w:val="006B54"/>
                <w:sz w:val="24"/>
                <w:szCs w:val="24"/>
              </w:rPr>
              <w:t>Employment Application Form</w:t>
            </w:r>
          </w:p>
        </w:tc>
        <w:tc>
          <w:tcPr>
            <w:tcW w:w="5159" w:type="dxa"/>
            <w:tcMar>
              <w:top w:w="100" w:type="dxa"/>
              <w:left w:w="120" w:type="dxa"/>
              <w:bottom w:w="100" w:type="dxa"/>
              <w:right w:w="120" w:type="dxa"/>
            </w:tcMar>
            <w:vAlign w:val="center"/>
          </w:tcPr>
          <w:p w:rsidRPr="001A4E91" w:rsidR="00CF648B" w:rsidRDefault="00CF648B" w14:paraId="5DAB6C7B" w14:textId="3A2E4DDC">
            <w:pPr>
              <w:jc w:val="right"/>
              <w:rPr>
                <w:rFonts w:ascii="Aptos" w:hAnsi="Aptos"/>
              </w:rPr>
            </w:pPr>
          </w:p>
        </w:tc>
      </w:tr>
    </w:tbl>
    <w:tbl>
      <w:tblPr>
        <w:tblStyle w:val="TableGrid"/>
        <w:tblW w:w="10308" w:type="dxa"/>
        <w:tblLook w:val="04A0" w:firstRow="1" w:lastRow="0" w:firstColumn="1" w:lastColumn="0" w:noHBand="0" w:noVBand="1"/>
      </w:tblPr>
      <w:tblGrid>
        <w:gridCol w:w="6091"/>
        <w:gridCol w:w="4217"/>
      </w:tblGrid>
      <w:tr w:rsidRPr="001A4E91" w:rsidR="00CF648B" w:rsidTr="437BC99B" w14:paraId="27B27951" w14:textId="77777777">
        <w:trPr>
          <w:trHeight w:val="300"/>
        </w:trPr>
        <w:tc>
          <w:tcPr>
            <w:tcW w:w="10308" w:type="dxa"/>
            <w:gridSpan w:val="2"/>
            <w:shd w:val="clear" w:color="auto" w:fill="DDEFE8"/>
            <w:tcMar>
              <w:top w:w="100" w:type="dxa"/>
              <w:left w:w="120" w:type="dxa"/>
              <w:bottom w:w="100" w:type="dxa"/>
              <w:right w:w="120" w:type="dxa"/>
            </w:tcMar>
            <w:vAlign w:val="center"/>
          </w:tcPr>
          <w:p w:rsidRPr="001A4E91" w:rsidR="00CF648B" w:rsidRDefault="00DC0437" w14:paraId="1F7D8BBD" w14:textId="77777777">
            <w:pPr>
              <w:rPr>
                <w:rFonts w:ascii="Aptos" w:hAnsi="Aptos"/>
                <w:sz w:val="20"/>
                <w:szCs w:val="20"/>
              </w:rPr>
            </w:pPr>
            <w:r w:rsidRPr="001A4E91">
              <w:rPr>
                <w:rFonts w:ascii="Aptos" w:hAnsi="Aptos"/>
                <w:b/>
                <w:color w:val="006B54"/>
                <w:sz w:val="20"/>
                <w:szCs w:val="20"/>
              </w:rPr>
              <w:t>Position Applied For:</w:t>
            </w:r>
          </w:p>
        </w:tc>
      </w:tr>
      <w:tr w:rsidRPr="001A4E91" w:rsidR="00CF648B" w:rsidTr="437BC99B" w14:paraId="5A39BBE3" w14:textId="77777777">
        <w:trPr>
          <w:trHeight w:val="300"/>
        </w:trPr>
        <w:tc>
          <w:tcPr>
            <w:tcW w:w="10308" w:type="dxa"/>
            <w:gridSpan w:val="2"/>
            <w:tcMar>
              <w:top w:w="100" w:type="dxa"/>
              <w:left w:w="120" w:type="dxa"/>
              <w:bottom w:w="100" w:type="dxa"/>
              <w:right w:w="120" w:type="dxa"/>
            </w:tcMar>
            <w:vAlign w:val="center"/>
          </w:tcPr>
          <w:p w:rsidRPr="00D92A8F" w:rsidR="00CF648B" w:rsidP="437BC99B" w:rsidRDefault="00D879DF" w14:paraId="41C8F396" w14:textId="5758F5EE">
            <w:pPr>
              <w:rPr>
                <w:rFonts w:ascii="Aptos" w:hAnsi="Aptos" w:eastAsia="Arial" w:cs="Arial"/>
                <w:color w:val="000000" w:themeColor="text1" w:themeTint="FF" w:themeShade="FF"/>
                <w:sz w:val="20"/>
                <w:szCs w:val="20"/>
              </w:rPr>
            </w:pPr>
            <w:r w:rsidRPr="437BC99B" w:rsidR="00D879DF">
              <w:rPr>
                <w:rFonts w:ascii="Aptos" w:hAnsi="Aptos" w:eastAsia="Arial" w:cs="Arial"/>
                <w:b w:val="1"/>
                <w:bCs w:val="1"/>
                <w:color w:val="000000" w:themeColor="text1" w:themeTint="FF" w:themeShade="FF"/>
                <w:sz w:val="20"/>
                <w:szCs w:val="20"/>
                <w:lang w:val="en-IE"/>
              </w:rPr>
              <w:t>Officer, Investment Services </w:t>
            </w:r>
            <w:r w:rsidRPr="437BC99B" w:rsidR="00D879DF">
              <w:rPr>
                <w:rFonts w:ascii="Aptos" w:hAnsi="Aptos" w:eastAsia="Arial" w:cs="Arial"/>
                <w:color w:val="000000" w:themeColor="text1" w:themeTint="FF" w:themeShade="FF"/>
                <w:sz w:val="20"/>
                <w:szCs w:val="20"/>
              </w:rPr>
              <w:t> </w:t>
            </w:r>
          </w:p>
        </w:tc>
      </w:tr>
      <w:tr w:rsidRPr="001A4E91" w:rsidR="00CF648B" w:rsidTr="437BC99B" w14:paraId="5C4879D2" w14:textId="77777777">
        <w:trPr>
          <w:trHeight w:val="300"/>
        </w:trPr>
        <w:tc>
          <w:tcPr>
            <w:tcW w:w="6091" w:type="dxa"/>
            <w:shd w:val="clear" w:color="auto" w:fill="DDEFE8"/>
            <w:tcMar>
              <w:top w:w="100" w:type="dxa"/>
              <w:left w:w="120" w:type="dxa"/>
              <w:bottom w:w="100" w:type="dxa"/>
              <w:right w:w="120" w:type="dxa"/>
            </w:tcMar>
            <w:vAlign w:val="center"/>
          </w:tcPr>
          <w:p w:rsidRPr="001A4E91" w:rsidR="00CF648B" w:rsidP="401D4E06" w:rsidRDefault="6FBF803C" w14:paraId="1C75BF29" w14:textId="0D9D722C">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rsidRPr="001A4E91" w:rsidR="00CF648B" w:rsidP="401D4E06" w:rsidRDefault="6FBF803C" w14:paraId="7B9C589C" w14:textId="16F2239A">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rsidRPr="001A4E91" w:rsidR="00CF648B" w:rsidP="401D4E06" w:rsidRDefault="00CF648B" w14:paraId="454B23F8" w14:textId="73F81628">
            <w:pPr>
              <w:rPr>
                <w:rFonts w:ascii="Aptos" w:hAnsi="Aptos"/>
                <w:b/>
                <w:bCs/>
                <w:color w:val="006B54"/>
                <w:sz w:val="20"/>
                <w:szCs w:val="20"/>
              </w:rPr>
            </w:pPr>
          </w:p>
        </w:tc>
        <w:tc>
          <w:tcPr>
            <w:tcW w:w="4217" w:type="dxa"/>
            <w:shd w:val="clear" w:color="auto" w:fill="DDEFE8"/>
            <w:tcMar>
              <w:top w:w="100" w:type="dxa"/>
              <w:left w:w="120" w:type="dxa"/>
              <w:bottom w:w="100" w:type="dxa"/>
              <w:right w:w="120" w:type="dxa"/>
            </w:tcMar>
            <w:vAlign w:val="center"/>
          </w:tcPr>
          <w:p w:rsidRPr="001A4E91" w:rsidR="7B2B2066" w:rsidP="401D4E06" w:rsidRDefault="7B2B2066" w14:paraId="61061EFC" w14:textId="5B8BE181">
            <w:pPr>
              <w:rPr>
                <w:rFonts w:ascii="Aptos" w:hAnsi="Aptos"/>
                <w:sz w:val="20"/>
                <w:szCs w:val="20"/>
              </w:rPr>
            </w:pPr>
            <w:r w:rsidRPr="001A4E91">
              <w:rPr>
                <w:rFonts w:ascii="Aptos" w:hAnsi="Aptos"/>
                <w:b/>
                <w:bCs/>
                <w:color w:val="006B54"/>
                <w:sz w:val="20"/>
                <w:szCs w:val="20"/>
                <w:lang w:val="en-IE"/>
              </w:rPr>
              <w:t>Mark with (X)</w:t>
            </w:r>
          </w:p>
        </w:tc>
      </w:tr>
      <w:tr w:rsidRPr="001A4E91" w:rsidR="00CF648B" w:rsidTr="437BC99B" w14:paraId="72A3D3EC" w14:textId="77777777">
        <w:trPr>
          <w:trHeight w:val="300"/>
        </w:trPr>
        <w:tc>
          <w:tcPr>
            <w:tcW w:w="6091" w:type="dxa"/>
            <w:tcMar>
              <w:top w:w="100" w:type="dxa"/>
              <w:left w:w="120" w:type="dxa"/>
              <w:bottom w:w="100" w:type="dxa"/>
              <w:right w:w="120" w:type="dxa"/>
            </w:tcMar>
            <w:vAlign w:val="center"/>
          </w:tcPr>
          <w:p w:rsidRPr="001A4E91" w:rsidR="00CF648B" w:rsidRDefault="00B34293" w14:paraId="0D0B940D" w14:textId="2659B465">
            <w:pPr>
              <w:rPr>
                <w:rFonts w:ascii="Aptos" w:hAnsi="Aptos"/>
                <w:sz w:val="20"/>
                <w:szCs w:val="20"/>
              </w:rPr>
            </w:pPr>
            <w:r w:rsidRPr="001A4E91">
              <w:rPr>
                <w:rFonts w:ascii="Aptos" w:hAnsi="Aptos"/>
                <w:sz w:val="20"/>
                <w:szCs w:val="20"/>
              </w:rPr>
              <w:t xml:space="preserve">4th Floor, Mathew House, Fr. Mathew St., </w:t>
            </w:r>
            <w:r w:rsidRPr="001A4E91">
              <w:rPr>
                <w:rFonts w:ascii="Aptos" w:hAnsi="Aptos"/>
                <w:b/>
                <w:bCs/>
                <w:sz w:val="20"/>
                <w:szCs w:val="20"/>
              </w:rPr>
              <w:t>Cork</w:t>
            </w:r>
            <w:r w:rsidRPr="001A4E91">
              <w:rPr>
                <w:rFonts w:ascii="Aptos" w:hAnsi="Aptos"/>
                <w:sz w:val="20"/>
                <w:szCs w:val="20"/>
              </w:rPr>
              <w:t>, T12TN56 </w:t>
            </w:r>
          </w:p>
        </w:tc>
        <w:tc>
          <w:tcPr>
            <w:tcW w:w="4217" w:type="dxa"/>
            <w:tcMar>
              <w:top w:w="100" w:type="dxa"/>
              <w:left w:w="120" w:type="dxa"/>
              <w:bottom w:w="100" w:type="dxa"/>
              <w:right w:w="120" w:type="dxa"/>
            </w:tcMar>
            <w:vAlign w:val="center"/>
          </w:tcPr>
          <w:p w:rsidRPr="001A4E91" w:rsidR="401D4E06" w:rsidP="401D4E06" w:rsidRDefault="00B34293" w14:paraId="0DDC30D3" w14:textId="4FAB629D">
            <w:pPr>
              <w:rPr>
                <w:rFonts w:ascii="Aptos" w:hAnsi="Aptos"/>
                <w:sz w:val="20"/>
                <w:szCs w:val="20"/>
              </w:rPr>
            </w:pPr>
            <w:r w:rsidRPr="001A4E91">
              <w:rPr>
                <w:rFonts w:ascii="Aptos" w:hAnsi="Aptos"/>
                <w:sz w:val="20"/>
                <w:szCs w:val="20"/>
              </w:rPr>
              <w:t xml:space="preserve">[  ] </w:t>
            </w:r>
          </w:p>
        </w:tc>
      </w:tr>
      <w:tr w:rsidRPr="001A4E91" w:rsidR="401D4E06" w:rsidTr="437BC99B" w14:paraId="4E76EEAB" w14:textId="77777777">
        <w:trPr>
          <w:trHeight w:val="450"/>
        </w:trPr>
        <w:tc>
          <w:tcPr>
            <w:tcW w:w="6091" w:type="dxa"/>
            <w:tcMar>
              <w:top w:w="100" w:type="dxa"/>
              <w:left w:w="120" w:type="dxa"/>
              <w:bottom w:w="100" w:type="dxa"/>
              <w:right w:w="120" w:type="dxa"/>
            </w:tcMar>
            <w:vAlign w:val="center"/>
          </w:tcPr>
          <w:p w:rsidRPr="001A4E91" w:rsidR="55A46855" w:rsidP="401D4E06" w:rsidRDefault="00B34293" w14:paraId="747D4B91" w14:textId="17C0BC78">
            <w:pPr>
              <w:rPr>
                <w:rFonts w:ascii="Aptos" w:hAnsi="Aptos"/>
                <w:sz w:val="20"/>
                <w:szCs w:val="20"/>
              </w:rPr>
            </w:pPr>
            <w:r w:rsidRPr="001A4E91">
              <w:rPr>
                <w:rFonts w:ascii="Aptos" w:hAnsi="Aptos"/>
                <w:sz w:val="20"/>
                <w:szCs w:val="20"/>
              </w:rPr>
              <w:t xml:space="preserve">Áras Fáilte, 88-95 Amiens Street, </w:t>
            </w:r>
            <w:r w:rsidRPr="001A4E91">
              <w:rPr>
                <w:rFonts w:ascii="Aptos" w:hAnsi="Aptos"/>
                <w:b/>
                <w:bCs/>
                <w:sz w:val="20"/>
                <w:szCs w:val="20"/>
              </w:rPr>
              <w:t>Dublin</w:t>
            </w:r>
            <w:r w:rsidRPr="001A4E91">
              <w:rPr>
                <w:rFonts w:ascii="Aptos" w:hAnsi="Aptos"/>
                <w:sz w:val="20"/>
                <w:szCs w:val="20"/>
              </w:rPr>
              <w:t xml:space="preserve"> 1, D01 WR86</w:t>
            </w:r>
          </w:p>
        </w:tc>
        <w:tc>
          <w:tcPr>
            <w:tcW w:w="4217" w:type="dxa"/>
            <w:tcMar>
              <w:top w:w="100" w:type="dxa"/>
              <w:left w:w="120" w:type="dxa"/>
              <w:bottom w:w="100" w:type="dxa"/>
              <w:right w:w="120" w:type="dxa"/>
            </w:tcMar>
            <w:vAlign w:val="center"/>
          </w:tcPr>
          <w:p w:rsidRPr="001A4E91" w:rsidR="401D4E06" w:rsidP="401D4E06" w:rsidRDefault="00B34293" w14:paraId="63AE5399" w14:textId="7CF30AAE">
            <w:pPr>
              <w:rPr>
                <w:rFonts w:ascii="Aptos" w:hAnsi="Aptos"/>
                <w:sz w:val="20"/>
                <w:szCs w:val="20"/>
              </w:rPr>
            </w:pPr>
            <w:r w:rsidRPr="001A4E91">
              <w:rPr>
                <w:rFonts w:ascii="Aptos" w:hAnsi="Aptos"/>
                <w:sz w:val="20"/>
                <w:szCs w:val="20"/>
              </w:rPr>
              <w:t>[  ]</w:t>
            </w:r>
          </w:p>
        </w:tc>
      </w:tr>
      <w:tr w:rsidRPr="001A4E91" w:rsidR="401D4E06" w:rsidTr="437BC99B" w14:paraId="0A1C77E9" w14:textId="77777777">
        <w:trPr>
          <w:trHeight w:val="300"/>
        </w:trPr>
        <w:tc>
          <w:tcPr>
            <w:tcW w:w="6091" w:type="dxa"/>
            <w:tcMar>
              <w:top w:w="100" w:type="dxa"/>
              <w:left w:w="120" w:type="dxa"/>
              <w:bottom w:w="100" w:type="dxa"/>
              <w:right w:w="120" w:type="dxa"/>
            </w:tcMar>
            <w:vAlign w:val="center"/>
          </w:tcPr>
          <w:p w:rsidRPr="00D879DF" w:rsidR="55A46855" w:rsidP="401D4E06" w:rsidRDefault="00D879DF" w14:paraId="15B6F007" w14:textId="5BE48CC2">
            <w:pPr>
              <w:rPr>
                <w:rFonts w:ascii="Aptos" w:hAnsi="Aptos"/>
                <w:sz w:val="20"/>
                <w:szCs w:val="20"/>
              </w:rPr>
            </w:pPr>
            <w:r w:rsidRPr="00D879DF">
              <w:rPr>
                <w:rFonts w:ascii="Aptos" w:hAnsi="Aptos" w:cs="Arial"/>
                <w:sz w:val="20"/>
                <w:szCs w:val="20"/>
              </w:rPr>
              <w:t xml:space="preserve">Áras Reddan, Temple St., </w:t>
            </w:r>
            <w:r w:rsidRPr="00D879DF">
              <w:rPr>
                <w:rFonts w:ascii="Aptos" w:hAnsi="Aptos" w:cs="Arial"/>
                <w:b/>
                <w:bCs/>
                <w:sz w:val="20"/>
                <w:szCs w:val="20"/>
              </w:rPr>
              <w:t>Sligo</w:t>
            </w:r>
            <w:r w:rsidRPr="00D879DF">
              <w:rPr>
                <w:rFonts w:ascii="Aptos" w:hAnsi="Aptos" w:cs="Arial"/>
                <w:sz w:val="20"/>
                <w:szCs w:val="20"/>
              </w:rPr>
              <w:t>, F91 RX45</w:t>
            </w:r>
          </w:p>
        </w:tc>
        <w:tc>
          <w:tcPr>
            <w:tcW w:w="4217" w:type="dxa"/>
            <w:tcMar>
              <w:top w:w="100" w:type="dxa"/>
              <w:left w:w="120" w:type="dxa"/>
              <w:bottom w:w="100" w:type="dxa"/>
              <w:right w:w="120" w:type="dxa"/>
            </w:tcMar>
            <w:vAlign w:val="center"/>
          </w:tcPr>
          <w:p w:rsidRPr="001A4E91" w:rsidR="401D4E06" w:rsidP="401D4E06" w:rsidRDefault="00B34293" w14:paraId="4EE0B5F3" w14:textId="44FC2DC1">
            <w:pPr>
              <w:rPr>
                <w:rFonts w:ascii="Aptos" w:hAnsi="Aptos"/>
                <w:sz w:val="20"/>
                <w:szCs w:val="20"/>
              </w:rPr>
            </w:pPr>
            <w:r w:rsidRPr="001A4E91">
              <w:rPr>
                <w:rFonts w:ascii="Aptos" w:hAnsi="Aptos"/>
                <w:sz w:val="20"/>
                <w:szCs w:val="20"/>
              </w:rPr>
              <w:t>[  ]</w:t>
            </w:r>
          </w:p>
        </w:tc>
      </w:tr>
      <w:tr w:rsidRPr="001A4E91" w:rsidR="00CF648B" w:rsidTr="437BC99B" w14:paraId="226A1CB4" w14:textId="77777777">
        <w:trPr>
          <w:trHeight w:val="300"/>
        </w:trPr>
        <w:tc>
          <w:tcPr>
            <w:tcW w:w="10308" w:type="dxa"/>
            <w:gridSpan w:val="2"/>
            <w:shd w:val="clear" w:color="auto" w:fill="DDEFE8"/>
            <w:tcMar>
              <w:top w:w="100" w:type="dxa"/>
              <w:left w:w="120" w:type="dxa"/>
              <w:bottom w:w="100" w:type="dxa"/>
              <w:right w:w="120" w:type="dxa"/>
            </w:tcMar>
            <w:vAlign w:val="center"/>
          </w:tcPr>
          <w:p w:rsidRPr="001A4E91" w:rsidR="00CF648B" w:rsidRDefault="00DC0437" w14:paraId="1FAB5CE7" w14:textId="167B2C53">
            <w:pPr>
              <w:rPr>
                <w:rFonts w:ascii="Aptos" w:hAnsi="Aptos"/>
                <w:sz w:val="20"/>
                <w:szCs w:val="20"/>
              </w:rPr>
            </w:pPr>
            <w:r w:rsidRPr="001A4E91">
              <w:rPr>
                <w:rFonts w:ascii="Aptos" w:hAnsi="Aptos"/>
                <w:b/>
                <w:color w:val="006B54"/>
                <w:sz w:val="20"/>
                <w:szCs w:val="20"/>
              </w:rPr>
              <w:t xml:space="preserve">Closing Date </w:t>
            </w:r>
            <w:r w:rsidRPr="001A4E91" w:rsidR="00B34293">
              <w:rPr>
                <w:rFonts w:ascii="Aptos" w:hAnsi="Aptos"/>
                <w:b/>
                <w:color w:val="006B54"/>
                <w:sz w:val="20"/>
                <w:szCs w:val="20"/>
              </w:rPr>
              <w:t>for</w:t>
            </w:r>
            <w:r w:rsidRPr="001A4E91">
              <w:rPr>
                <w:rFonts w:ascii="Aptos" w:hAnsi="Aptos"/>
                <w:b/>
                <w:color w:val="006B54"/>
                <w:sz w:val="20"/>
                <w:szCs w:val="20"/>
              </w:rPr>
              <w:t xml:space="preserve"> Application:</w:t>
            </w:r>
          </w:p>
        </w:tc>
      </w:tr>
      <w:tr w:rsidRPr="001A4E91" w:rsidR="00CF648B" w:rsidTr="437BC99B" w14:paraId="0E27B00A" w14:textId="77777777">
        <w:trPr>
          <w:trHeight w:val="300"/>
        </w:trPr>
        <w:tc>
          <w:tcPr>
            <w:tcW w:w="10308" w:type="dxa"/>
            <w:gridSpan w:val="2"/>
            <w:tcMar>
              <w:top w:w="100" w:type="dxa"/>
              <w:left w:w="120" w:type="dxa"/>
              <w:bottom w:w="100" w:type="dxa"/>
              <w:right w:w="120" w:type="dxa"/>
            </w:tcMar>
            <w:vAlign w:val="center"/>
          </w:tcPr>
          <w:p w:rsidRPr="001A4E91" w:rsidR="00CF648B" w:rsidRDefault="00D92A8F" w14:paraId="60061E4C" w14:textId="5C0BCF10">
            <w:pPr>
              <w:rPr>
                <w:rFonts w:ascii="Aptos" w:hAnsi="Aptos"/>
                <w:sz w:val="20"/>
                <w:szCs w:val="20"/>
              </w:rPr>
            </w:pPr>
            <w:r w:rsidRPr="437BC99B" w:rsidR="00D92A8F">
              <w:rPr>
                <w:rFonts w:ascii="Aptos" w:hAnsi="Aptos"/>
                <w:sz w:val="20"/>
                <w:szCs w:val="20"/>
              </w:rPr>
              <w:t>2</w:t>
            </w:r>
            <w:r w:rsidRPr="437BC99B" w:rsidR="00D879DF">
              <w:rPr>
                <w:rFonts w:ascii="Aptos" w:hAnsi="Aptos"/>
                <w:sz w:val="20"/>
                <w:szCs w:val="20"/>
              </w:rPr>
              <w:t>8</w:t>
            </w:r>
            <w:r w:rsidRPr="437BC99B" w:rsidR="00D879DF">
              <w:rPr>
                <w:rFonts w:ascii="Aptos" w:hAnsi="Aptos"/>
                <w:sz w:val="20"/>
                <w:szCs w:val="20"/>
                <w:vertAlign w:val="superscript"/>
              </w:rPr>
              <w:t>th</w:t>
            </w:r>
            <w:r w:rsidRPr="437BC99B" w:rsidR="00D92A8F">
              <w:rPr>
                <w:rFonts w:ascii="Aptos" w:hAnsi="Aptos"/>
                <w:sz w:val="20"/>
                <w:szCs w:val="20"/>
              </w:rPr>
              <w:t xml:space="preserve"> </w:t>
            </w:r>
            <w:r w:rsidRPr="437BC99B" w:rsidR="1AA37D6B">
              <w:rPr>
                <w:rFonts w:ascii="Aptos" w:hAnsi="Aptos"/>
                <w:sz w:val="20"/>
                <w:szCs w:val="20"/>
              </w:rPr>
              <w:t>October</w:t>
            </w:r>
            <w:r w:rsidRPr="437BC99B" w:rsidR="1AA37D6B">
              <w:rPr>
                <w:rFonts w:ascii="Aptos" w:hAnsi="Aptos"/>
                <w:sz w:val="20"/>
                <w:szCs w:val="20"/>
              </w:rPr>
              <w:t xml:space="preserve"> 2026</w:t>
            </w:r>
            <w:r w:rsidRPr="437BC99B" w:rsidR="001A4E91">
              <w:rPr>
                <w:rFonts w:ascii="Aptos" w:hAnsi="Aptos"/>
                <w:sz w:val="20"/>
                <w:szCs w:val="20"/>
              </w:rPr>
              <w:t xml:space="preserve"> at 3pm.</w:t>
            </w:r>
          </w:p>
        </w:tc>
      </w:tr>
    </w:tbl>
    <w:p w:rsidR="401D4E06" w:rsidRDefault="401D4E06" w14:paraId="6AE03482" w14:textId="1847F418"/>
    <w:p w:rsidRPr="001A4E91" w:rsidR="00CF648B" w:rsidP="3F9B9FB5" w:rsidRDefault="00DC0437" w14:paraId="6C36A651" w14:textId="7EAC1C92">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Pr="001A4E91" w:rsidR="00B34293">
        <w:rPr>
          <w:rFonts w:ascii="Aptos" w:hAnsi="Aptos"/>
          <w:b/>
          <w:bCs/>
          <w:color w:val="006B54"/>
          <w:sz w:val="24"/>
          <w:szCs w:val="24"/>
        </w:rPr>
        <w:t>3</w:t>
      </w:r>
      <w:r w:rsidRPr="001A4E91">
        <w:rPr>
          <w:rFonts w:ascii="Aptos" w:hAnsi="Aptos"/>
          <w:b/>
          <w:bCs/>
          <w:color w:val="006B54"/>
          <w:sz w:val="24"/>
          <w:szCs w:val="24"/>
        </w:rPr>
        <w:t>.00PM (IRELAND TIME)</w:t>
      </w:r>
    </w:p>
    <w:p w:rsidRPr="001A4E91" w:rsidR="00CF648B" w:rsidRDefault="00DC0437" w14:paraId="3898429D" w14:textId="7777777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Pr="001A4E91" w:rsidR="00CF648B" w14:paraId="773099A0" w14:textId="77777777">
        <w:trPr>
          <w:jc w:val="center"/>
        </w:trPr>
        <w:tc>
          <w:tcPr>
            <w:tcW w:w="10318" w:type="dxa"/>
            <w:shd w:val="clear" w:color="auto" w:fill="006B54"/>
            <w:tcMar>
              <w:top w:w="100" w:type="dxa"/>
              <w:left w:w="120" w:type="dxa"/>
              <w:bottom w:w="100" w:type="dxa"/>
              <w:right w:w="120" w:type="dxa"/>
            </w:tcMar>
            <w:vAlign w:val="center"/>
          </w:tcPr>
          <w:p w:rsidRPr="009A77A6" w:rsidR="00CF648B" w:rsidRDefault="00DC0437" w14:paraId="16D0D645" w14:textId="77777777">
            <w:pPr>
              <w:spacing w:after="0"/>
              <w:rPr>
                <w:rFonts w:ascii="Aptos" w:hAnsi="Aptos"/>
                <w:sz w:val="24"/>
                <w:szCs w:val="24"/>
              </w:rPr>
            </w:pPr>
            <w:r w:rsidRPr="009A77A6">
              <w:rPr>
                <w:rFonts w:ascii="Aptos" w:hAnsi="Aptos"/>
                <w:b/>
                <w:color w:val="FFFFFF"/>
                <w:sz w:val="24"/>
                <w:szCs w:val="24"/>
              </w:rPr>
              <w:t>Please answer all the following questions:</w:t>
            </w:r>
          </w:p>
        </w:tc>
      </w:tr>
    </w:tbl>
    <w:p w:rsidRPr="001A4E91" w:rsidR="00CF648B" w:rsidRDefault="00CF648B" w14:paraId="3DEEC669" w14:textId="77777777">
      <w:pPr>
        <w:spacing w:after="0"/>
        <w:rPr>
          <w:rFonts w:ascii="Aptos" w:hAnsi="Aptos"/>
          <w:sz w:val="20"/>
          <w:szCs w:val="20"/>
        </w:rPr>
      </w:pPr>
    </w:p>
    <w:p w:rsidRPr="001A4E91" w:rsidR="00CF648B" w:rsidRDefault="00DC0437" w14:paraId="60390542" w14:textId="7777777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rsidRPr="001A4E91" w:rsidR="00CF648B" w:rsidRDefault="00DC0437" w14:paraId="3B7D31B7" w14:textId="77777777">
      <w:pPr>
        <w:spacing w:after="40"/>
        <w:rPr>
          <w:rFonts w:ascii="Aptos" w:hAnsi="Aptos"/>
          <w:sz w:val="20"/>
          <w:szCs w:val="20"/>
        </w:rPr>
      </w:pPr>
      <w:r w:rsidRPr="001A4E91">
        <w:rPr>
          <w:rFonts w:ascii="Aptos" w:hAnsi="Aptos"/>
          <w:sz w:val="20"/>
          <w:szCs w:val="20"/>
        </w:rPr>
        <w:t>• Only the application form will be used for screening purposes.</w:t>
      </w:r>
    </w:p>
    <w:p w:rsidRPr="001A4E91" w:rsidR="00DC0437" w:rsidP="3F9B9FB5" w:rsidRDefault="00DC0437" w14:paraId="66B0DEF5" w14:textId="76F2FCC1">
      <w:pPr>
        <w:spacing w:after="40"/>
        <w:rPr>
          <w:rFonts w:ascii="Aptos" w:hAnsi="Aptos"/>
          <w:sz w:val="20"/>
          <w:szCs w:val="20"/>
        </w:rPr>
      </w:pPr>
      <w:r w:rsidRPr="001A4E91">
        <w:rPr>
          <w:rFonts w:ascii="Aptos" w:hAnsi="Aptos"/>
          <w:sz w:val="20"/>
          <w:szCs w:val="20"/>
        </w:rPr>
        <w:t>• Please type your responses - do not handwrite.</w:t>
      </w:r>
    </w:p>
    <w:p w:rsidRPr="001A4E91" w:rsidR="3F9B9FB5" w:rsidP="3F9B9FB5" w:rsidRDefault="3F9B9FB5" w14:paraId="2707BC34" w14:textId="44A69628">
      <w:pPr>
        <w:spacing w:after="40"/>
        <w:rPr>
          <w:rFonts w:ascii="Aptos" w:hAnsi="Aptos"/>
          <w:sz w:val="20"/>
          <w:szCs w:val="20"/>
        </w:rPr>
      </w:pPr>
    </w:p>
    <w:p w:rsidRPr="001A4E91" w:rsidR="56EAF618" w:rsidP="3F9B9FB5" w:rsidRDefault="56EAF618" w14:paraId="18EB6CC0" w14:textId="53DEC1FC">
      <w:pPr>
        <w:pStyle w:val="Heading4"/>
        <w:shd w:val="clear" w:color="auto" w:fill="E6F0EC"/>
        <w:spacing w:before="0" w:after="240"/>
        <w:rPr>
          <w:rFonts w:ascii="Aptos" w:hAnsi="Aptos" w:eastAsia="Work Sans" w:cs="Work Sans"/>
          <w:i w:val="0"/>
          <w:iCs w:val="0"/>
          <w:color w:val="006443"/>
          <w:sz w:val="20"/>
          <w:szCs w:val="20"/>
        </w:rPr>
      </w:pPr>
      <w:r w:rsidRPr="001A4E91">
        <w:rPr>
          <w:rFonts w:ascii="Aptos" w:hAnsi="Aptos" w:eastAsia="Work San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rsidRPr="001A4E91" w:rsidR="3F9B9FB5" w:rsidP="3F9B9FB5" w:rsidRDefault="3F9B9FB5" w14:paraId="7CDE3AC1" w14:textId="576D314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Pr="001A4E91" w:rsidR="00CF648B" w14:paraId="55662C60" w14:textId="77777777">
        <w:trPr>
          <w:jc w:val="center"/>
        </w:trPr>
        <w:tc>
          <w:tcPr>
            <w:tcW w:w="10318" w:type="dxa"/>
            <w:shd w:val="clear" w:color="auto" w:fill="006B54"/>
            <w:tcMar>
              <w:top w:w="100" w:type="dxa"/>
              <w:left w:w="120" w:type="dxa"/>
              <w:bottom w:w="100" w:type="dxa"/>
              <w:right w:w="120" w:type="dxa"/>
            </w:tcMar>
            <w:vAlign w:val="center"/>
          </w:tcPr>
          <w:p w:rsidRPr="001A4E91" w:rsidR="00CF648B" w:rsidRDefault="00DC0437" w14:paraId="3448B7E9" w14:textId="77777777">
            <w:pPr>
              <w:spacing w:after="0"/>
              <w:rPr>
                <w:rFonts w:ascii="Aptos" w:hAnsi="Aptos"/>
                <w:sz w:val="20"/>
                <w:szCs w:val="20"/>
              </w:rPr>
            </w:pPr>
            <w:r w:rsidRPr="001A4E91">
              <w:rPr>
                <w:rFonts w:ascii="Aptos" w:hAnsi="Aptos"/>
                <w:b/>
                <w:color w:val="FFFFFF"/>
                <w:sz w:val="20"/>
                <w:szCs w:val="20"/>
              </w:rPr>
              <w:t>PERSONAL DETAILS</w:t>
            </w:r>
          </w:p>
        </w:tc>
      </w:tr>
    </w:tbl>
    <w:p w:rsidRPr="001A4E91" w:rsidR="00CF648B" w:rsidRDefault="00CF648B" w14:paraId="3656B9AB" w14:textId="77777777">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Pr="001A4E91" w:rsidR="00CF648B" w:rsidTr="3443A52E" w14:paraId="5B02BE7E" w14:textId="77777777">
        <w:tc>
          <w:tcPr>
            <w:tcW w:w="5159" w:type="dxa"/>
            <w:shd w:val="clear" w:color="auto" w:fill="DDEFE8"/>
            <w:tcMar>
              <w:top w:w="100" w:type="dxa"/>
              <w:left w:w="120" w:type="dxa"/>
              <w:bottom w:w="100" w:type="dxa"/>
              <w:right w:w="120" w:type="dxa"/>
            </w:tcMar>
            <w:vAlign w:val="center"/>
          </w:tcPr>
          <w:p w:rsidRPr="001A4E91" w:rsidR="00CF648B" w:rsidRDefault="00DC0437" w14:paraId="737FFEA5" w14:textId="7777777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52EC665E" w14:textId="7777777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Pr="001A4E91" w:rsidR="00CF648B" w:rsidTr="3443A52E" w14:paraId="5A4DD8A6" w14:textId="77777777">
        <w:tc>
          <w:tcPr>
            <w:tcW w:w="5159" w:type="dxa"/>
            <w:shd w:val="clear" w:color="auto" w:fill="DDEFE8"/>
            <w:tcMar>
              <w:top w:w="100" w:type="dxa"/>
              <w:left w:w="120" w:type="dxa"/>
              <w:bottom w:w="100" w:type="dxa"/>
              <w:right w:w="120" w:type="dxa"/>
            </w:tcMar>
            <w:vAlign w:val="center"/>
          </w:tcPr>
          <w:p w:rsidRPr="001A4E91" w:rsidR="00CF648B" w:rsidRDefault="00DC0437" w14:paraId="084443D4" w14:textId="7777777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31D60778" w14:textId="7777777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Pr="001A4E91" w:rsidR="00CF648B" w:rsidTr="3443A52E" w14:paraId="27A5B737" w14:textId="77777777">
        <w:tc>
          <w:tcPr>
            <w:tcW w:w="5159" w:type="dxa"/>
            <w:shd w:val="clear" w:color="auto" w:fill="F2F8F5"/>
            <w:tcMar>
              <w:top w:w="100" w:type="dxa"/>
              <w:left w:w="120" w:type="dxa"/>
              <w:bottom w:w="100" w:type="dxa"/>
              <w:right w:w="120" w:type="dxa"/>
            </w:tcMar>
            <w:vAlign w:val="center"/>
          </w:tcPr>
          <w:p w:rsidRPr="001A4E91" w:rsidR="00CF648B" w:rsidRDefault="00DC0437" w14:paraId="3273C517" w14:textId="7777777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rsidRPr="001A4E91" w:rsidR="00CF648B" w:rsidRDefault="00000000" w14:paraId="6105CB15" w14:textId="5312256B">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00DC0437">
              <w:rPr>
                <w:rFonts w:ascii="Aptos" w:hAnsi="Aptos"/>
                <w:color w:val="000000" w:themeColor="text1"/>
                <w:sz w:val="20"/>
                <w:szCs w:val="20"/>
              </w:rPr>
              <w:t xml:space="preserve"> Yes </w:t>
            </w:r>
            <w:r w:rsidRPr="001A4E91" w:rsidR="5C70DDE6">
              <w:rPr>
                <w:rFonts w:ascii="Aptos" w:hAnsi="Aptos"/>
                <w:color w:val="000000" w:themeColor="text1"/>
                <w:sz w:val="20"/>
                <w:szCs w:val="20"/>
              </w:rPr>
              <w:t xml:space="preserve"> </w:t>
            </w:r>
            <w:r w:rsidRPr="001A4E91" w:rsidR="00DC0437">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00DC0437">
              <w:rPr>
                <w:rFonts w:ascii="Aptos" w:hAnsi="Aptos"/>
                <w:color w:val="000000" w:themeColor="text1"/>
                <w:sz w:val="20"/>
                <w:szCs w:val="20"/>
              </w:rPr>
              <w:t xml:space="preserve"> No</w:t>
            </w:r>
          </w:p>
        </w:tc>
      </w:tr>
      <w:tr w:rsidRPr="001A4E91" w:rsidR="00CF648B" w:rsidTr="3443A52E" w14:paraId="58A0484A" w14:textId="77777777">
        <w:tc>
          <w:tcPr>
            <w:tcW w:w="5159" w:type="dxa"/>
            <w:shd w:val="clear" w:color="auto" w:fill="F2F8F5"/>
            <w:tcMar>
              <w:top w:w="100" w:type="dxa"/>
              <w:left w:w="120" w:type="dxa"/>
              <w:bottom w:w="100" w:type="dxa"/>
              <w:right w:w="120" w:type="dxa"/>
            </w:tcMar>
            <w:vAlign w:val="center"/>
          </w:tcPr>
          <w:p w:rsidRPr="001A4E91" w:rsidR="00CF648B" w:rsidP="3F9B9FB5" w:rsidRDefault="01FF7788" w14:paraId="635141EA" w14:textId="0DF563BF">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rsidRPr="001A4E91" w:rsidR="00CF648B" w:rsidP="3F9B9FB5" w:rsidRDefault="00CF648B" w14:paraId="46186466" w14:textId="1929FE1A">
            <w:pPr>
              <w:rPr>
                <w:rFonts w:ascii="Aptos" w:hAnsi="Aptos"/>
                <w:b/>
                <w:bCs/>
                <w:color w:val="006B54"/>
                <w:sz w:val="20"/>
                <w:szCs w:val="20"/>
              </w:rPr>
            </w:pPr>
          </w:p>
          <w:p w:rsidRPr="001A4E91" w:rsidR="00CF648B" w:rsidP="3F9B9FB5" w:rsidRDefault="00000000" w14:paraId="1D43807B" w14:textId="206B723C">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00401DDE">
              <w:rPr>
                <w:rFonts w:ascii="Aptos" w:hAnsi="Aptos"/>
                <w:sz w:val="20"/>
                <w:szCs w:val="20"/>
              </w:rPr>
              <w:t xml:space="preserve"> </w:t>
            </w:r>
            <w:r w:rsidRPr="001A4E91" w:rsidR="57410230">
              <w:rPr>
                <w:rFonts w:ascii="Aptos" w:hAnsi="Aptos"/>
                <w:sz w:val="20"/>
                <w:szCs w:val="20"/>
              </w:rPr>
              <w:t>I am a citizen of the European Economic Area (EEA) </w:t>
            </w:r>
          </w:p>
          <w:p w:rsidRPr="001A4E91" w:rsidR="00CF648B" w:rsidP="3F9B9FB5" w:rsidRDefault="00000000" w14:paraId="33EE24F7" w14:textId="0CA2B5E6">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3A1C530A">
              <w:rPr>
                <w:rFonts w:ascii="Aptos" w:hAnsi="Aptos"/>
                <w:sz w:val="20"/>
                <w:szCs w:val="20"/>
              </w:rPr>
              <w:t xml:space="preserve"> </w:t>
            </w:r>
            <w:r w:rsidRPr="001A4E91" w:rsidR="2EB80B06">
              <w:rPr>
                <w:rFonts w:ascii="Aptos" w:hAnsi="Aptos"/>
                <w:sz w:val="20"/>
                <w:szCs w:val="20"/>
              </w:rPr>
              <w:t>I</w:t>
            </w:r>
            <w:r w:rsidRPr="001A4E91" w:rsidR="609D24A0">
              <w:rPr>
                <w:rFonts w:ascii="Aptos" w:hAnsi="Aptos"/>
                <w:sz w:val="20"/>
                <w:szCs w:val="20"/>
              </w:rPr>
              <w:t xml:space="preserve"> </w:t>
            </w:r>
            <w:r w:rsidRPr="001A4E91" w:rsidR="2EB80B06">
              <w:rPr>
                <w:rFonts w:ascii="Aptos" w:hAnsi="Aptos"/>
                <w:sz w:val="20"/>
                <w:szCs w:val="20"/>
              </w:rPr>
              <w:t>am a citizen of the United Kingdom</w:t>
            </w:r>
          </w:p>
          <w:p w:rsidRPr="001A4E91" w:rsidR="00CF648B" w:rsidP="3F9B9FB5" w:rsidRDefault="00000000" w14:paraId="4F658052" w14:textId="40B55FB9">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4F84C81D">
              <w:rPr>
                <w:rFonts w:ascii="Aptos" w:hAnsi="Aptos"/>
                <w:sz w:val="20"/>
                <w:szCs w:val="20"/>
              </w:rPr>
              <w:t xml:space="preserve"> </w:t>
            </w:r>
            <w:r w:rsidRPr="001A4E91" w:rsidR="57410230">
              <w:rPr>
                <w:rFonts w:ascii="Aptos" w:hAnsi="Aptos"/>
                <w:sz w:val="20"/>
                <w:szCs w:val="20"/>
              </w:rPr>
              <w:t>I am a citizen of Switzerland pursuant to the agreement between the EU and Switzerland on the free movement of persons </w:t>
            </w:r>
          </w:p>
          <w:p w:rsidRPr="001A4E91" w:rsidR="00CF648B" w:rsidP="3F9B9FB5" w:rsidRDefault="00000000" w14:paraId="335D3DD2" w14:textId="1E17A3C1">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25A21460">
              <w:rPr>
                <w:rFonts w:ascii="Aptos" w:hAnsi="Aptos"/>
                <w:sz w:val="20"/>
                <w:szCs w:val="20"/>
              </w:rPr>
              <w:t xml:space="preserve"> </w:t>
            </w:r>
            <w:r w:rsidRPr="001A4E91" w:rsidR="57410230">
              <w:rPr>
                <w:rFonts w:ascii="Aptos" w:hAnsi="Aptos"/>
                <w:sz w:val="20"/>
                <w:szCs w:val="20"/>
              </w:rPr>
              <w:t>I hold a valid work authorisation / permit (please refer to question 2)</w:t>
            </w:r>
          </w:p>
          <w:p w:rsidRPr="001A4E91" w:rsidR="00CF648B" w:rsidP="3F9B9FB5" w:rsidRDefault="00000000" w14:paraId="1A83DC42" w14:textId="26BF819C">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Pr="001A4E91" w:rsidR="14C248F9">
                  <w:rPr>
                    <w:rFonts w:ascii="Aptos" w:hAnsi="Aptos" w:eastAsia="MS Gothic" w:cs="MS Gothic"/>
                    <w:color w:val="000000" w:themeColor="text1"/>
                    <w:sz w:val="20"/>
                    <w:szCs w:val="20"/>
                  </w:rPr>
                  <w:t>☐</w:t>
                </w:r>
              </w:sdtContent>
            </w:sdt>
            <w:r w:rsidRPr="001A4E91" w:rsidR="101E7EA2">
              <w:rPr>
                <w:rFonts w:ascii="Aptos" w:hAnsi="Aptos"/>
                <w:sz w:val="20"/>
                <w:szCs w:val="20"/>
              </w:rPr>
              <w:t xml:space="preserve"> </w:t>
            </w:r>
            <w:r w:rsidRPr="001A4E91" w:rsidR="2EB80B06">
              <w:rPr>
                <w:rFonts w:ascii="Aptos" w:hAnsi="Aptos"/>
                <w:sz w:val="20"/>
                <w:szCs w:val="20"/>
              </w:rPr>
              <w:t>I do not hold a valid work authorisation / permit and am not eligible to work in Republic of Ireland</w:t>
            </w:r>
          </w:p>
          <w:p w:rsidRPr="001A4E91" w:rsidR="00CF648B" w:rsidP="3F9B9FB5" w:rsidRDefault="00CF648B" w14:paraId="692CAE3E" w14:textId="71EB0C39">
            <w:pPr>
              <w:rPr>
                <w:rFonts w:ascii="Aptos" w:hAnsi="Aptos"/>
                <w:b/>
                <w:bCs/>
                <w:color w:val="006B54"/>
                <w:sz w:val="20"/>
                <w:szCs w:val="20"/>
              </w:rPr>
            </w:pPr>
          </w:p>
          <w:p w:rsidRPr="001A4E91" w:rsidR="00CF648B" w:rsidP="3F9B9FB5" w:rsidRDefault="00801C7D" w14:paraId="5FBBF901" w14:textId="12BF7D60">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Pr="001A4E91" w:rsidR="00801C7D" w:rsidTr="00801C7D" w14:paraId="6252227B" w14:textId="77777777">
              <w:tc>
                <w:tcPr>
                  <w:tcW w:w="4904" w:type="dxa"/>
                </w:tcPr>
                <w:p w:rsidRPr="001A4E91" w:rsidR="00801C7D" w:rsidP="3F9B9FB5" w:rsidRDefault="00801C7D" w14:paraId="374161CF" w14:textId="77777777">
                  <w:pPr>
                    <w:jc w:val="center"/>
                    <w:rPr>
                      <w:rFonts w:ascii="Aptos" w:hAnsi="Aptos"/>
                      <w:color w:val="000000" w:themeColor="text1"/>
                      <w:sz w:val="20"/>
                      <w:szCs w:val="20"/>
                    </w:rPr>
                  </w:pPr>
                </w:p>
              </w:tc>
            </w:tr>
          </w:tbl>
          <w:p w:rsidRPr="001A4E91" w:rsidR="00801C7D" w:rsidP="3F9B9FB5" w:rsidRDefault="00801C7D" w14:paraId="2BB2BD85" w14:textId="77777777">
            <w:pPr>
              <w:jc w:val="center"/>
              <w:rPr>
                <w:rFonts w:ascii="Aptos" w:hAnsi="Aptos"/>
                <w:color w:val="000000" w:themeColor="text1"/>
                <w:sz w:val="20"/>
                <w:szCs w:val="20"/>
              </w:rPr>
            </w:pPr>
          </w:p>
          <w:p w:rsidRPr="001A4E91" w:rsidR="00CF648B" w:rsidP="3F9B9FB5" w:rsidRDefault="00CF648B" w14:paraId="622E2A86" w14:textId="05CF00AF">
            <w:pPr>
              <w:jc w:val="center"/>
              <w:rPr>
                <w:rFonts w:ascii="Aptos" w:hAnsi="Aptos"/>
                <w:color w:val="000000" w:themeColor="text1"/>
                <w:sz w:val="20"/>
                <w:szCs w:val="20"/>
              </w:rPr>
            </w:pPr>
          </w:p>
        </w:tc>
      </w:tr>
      <w:tr w:rsidRPr="001A4E91" w:rsidR="00CF648B" w:rsidTr="3443A52E" w14:paraId="40CCACA3" w14:textId="77777777">
        <w:tc>
          <w:tcPr>
            <w:tcW w:w="5159" w:type="dxa"/>
            <w:shd w:val="clear" w:color="auto" w:fill="F2F8F5"/>
            <w:tcMar>
              <w:top w:w="100" w:type="dxa"/>
              <w:left w:w="120" w:type="dxa"/>
              <w:bottom w:w="100" w:type="dxa"/>
              <w:right w:w="120" w:type="dxa"/>
            </w:tcMar>
            <w:vAlign w:val="center"/>
          </w:tcPr>
          <w:p w:rsidRPr="001A4E91" w:rsidR="00CF648B" w:rsidP="3F9B9FB5" w:rsidRDefault="6CFBBD37" w14:paraId="6137D1EA" w14:textId="4C0E1C81">
            <w:pPr>
              <w:rPr>
                <w:rFonts w:ascii="Aptos" w:hAnsi="Aptos"/>
                <w:sz w:val="20"/>
                <w:szCs w:val="20"/>
              </w:rPr>
            </w:pPr>
            <w:r w:rsidRPr="001A4E91">
              <w:rPr>
                <w:rFonts w:ascii="Aptos" w:hAnsi="Aptos"/>
                <w:b/>
                <w:bCs/>
                <w:color w:val="006B54"/>
                <w:sz w:val="20"/>
                <w:szCs w:val="20"/>
              </w:rPr>
              <w:t>Please indicate if you are proficient in the Irish Language</w:t>
            </w:r>
          </w:p>
          <w:p w:rsidRPr="001A4E91" w:rsidR="00CF648B" w:rsidP="3F9B9FB5" w:rsidRDefault="00CF648B" w14:paraId="5C378276" w14:textId="4D6DFFB9">
            <w:pPr>
              <w:rPr>
                <w:rFonts w:ascii="Aptos" w:hAnsi="Aptos"/>
                <w:b/>
                <w:bCs/>
                <w:color w:val="006B54"/>
                <w:sz w:val="20"/>
                <w:szCs w:val="20"/>
              </w:rPr>
            </w:pPr>
          </w:p>
        </w:tc>
        <w:tc>
          <w:tcPr>
            <w:tcW w:w="5159" w:type="dxa"/>
            <w:tcMar>
              <w:top w:w="100" w:type="dxa"/>
              <w:left w:w="120" w:type="dxa"/>
              <w:bottom w:w="100" w:type="dxa"/>
              <w:right w:w="120" w:type="dxa"/>
            </w:tcMar>
            <w:vAlign w:val="center"/>
          </w:tcPr>
          <w:p w:rsidRPr="001A4E91" w:rsidR="00CF648B" w:rsidRDefault="00000000" w14:paraId="277AC3C5" w14:textId="34D9C06A">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00DC0437">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00401DDE">
              <w:rPr>
                <w:rFonts w:ascii="Aptos" w:hAnsi="Aptos"/>
                <w:color w:val="000000"/>
                <w:sz w:val="20"/>
                <w:szCs w:val="20"/>
              </w:rPr>
              <w:t xml:space="preserve"> </w:t>
            </w:r>
            <w:r w:rsidRPr="001A4E91" w:rsidR="00DC0437">
              <w:rPr>
                <w:rFonts w:ascii="Aptos" w:hAnsi="Aptos"/>
                <w:color w:val="000000"/>
                <w:sz w:val="20"/>
                <w:szCs w:val="20"/>
              </w:rPr>
              <w:t>No</w:t>
            </w:r>
          </w:p>
        </w:tc>
      </w:tr>
      <w:tr w:rsidRPr="001A4E91" w:rsidR="3F9B9FB5" w:rsidTr="3443A52E" w14:paraId="4FB8AD81" w14:textId="77777777">
        <w:trPr>
          <w:trHeight w:val="300"/>
        </w:trPr>
        <w:tc>
          <w:tcPr>
            <w:tcW w:w="5154" w:type="dxa"/>
            <w:shd w:val="clear" w:color="auto" w:fill="F2F8F5"/>
            <w:tcMar>
              <w:top w:w="100" w:type="dxa"/>
              <w:left w:w="120" w:type="dxa"/>
              <w:bottom w:w="100" w:type="dxa"/>
              <w:right w:w="120" w:type="dxa"/>
            </w:tcMar>
            <w:vAlign w:val="center"/>
          </w:tcPr>
          <w:p w:rsidRPr="001A4E91" w:rsidR="5C09367A" w:rsidP="3F9B9FB5" w:rsidRDefault="5C09367A" w14:paraId="16075813" w14:textId="7CA55ADA">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Pr="001A4E91" w:rsidR="7CCEFF0D">
              <w:rPr>
                <w:rFonts w:ascii="Aptos" w:hAnsi="Aptos"/>
                <w:b/>
                <w:bCs/>
                <w:color w:val="006B54"/>
                <w:sz w:val="20"/>
                <w:szCs w:val="20"/>
              </w:rPr>
              <w:t>.</w:t>
            </w:r>
          </w:p>
          <w:p w:rsidRPr="001A4E91" w:rsidR="3F9B9FB5" w:rsidP="3F9B9FB5" w:rsidRDefault="3F9B9FB5" w14:paraId="352148D1" w14:textId="2A25D059">
            <w:pPr>
              <w:rPr>
                <w:rFonts w:ascii="Aptos" w:hAnsi="Aptos"/>
                <w:b/>
                <w:bCs/>
                <w:color w:val="006B54"/>
                <w:sz w:val="20"/>
                <w:szCs w:val="20"/>
              </w:rPr>
            </w:pPr>
          </w:p>
          <w:p w:rsidRPr="001A4E91" w:rsidR="004909F5" w:rsidP="004909F5" w:rsidRDefault="004909F5" w14:paraId="5B5D2655" w14:textId="77777777">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rsidRPr="001A4E91" w:rsidR="7CCEFF0D" w:rsidP="3F9B9FB5" w:rsidRDefault="7CCEFF0D" w14:paraId="1A0C4747" w14:textId="4D629E3B">
            <w:pPr>
              <w:rPr>
                <w:rFonts w:ascii="Aptos" w:hAnsi="Aptos"/>
                <w:sz w:val="20"/>
                <w:szCs w:val="20"/>
              </w:rPr>
            </w:pPr>
          </w:p>
        </w:tc>
        <w:tc>
          <w:tcPr>
            <w:tcW w:w="5154" w:type="dxa"/>
            <w:tcMar>
              <w:top w:w="100" w:type="dxa"/>
              <w:left w:w="120" w:type="dxa"/>
              <w:bottom w:w="100" w:type="dxa"/>
              <w:right w:w="120" w:type="dxa"/>
            </w:tcMar>
            <w:vAlign w:val="center"/>
          </w:tcPr>
          <w:p w:rsidRPr="001A4E91" w:rsidR="3F9B9FB5" w:rsidP="3F9B9FB5" w:rsidRDefault="3F9B9FB5" w14:paraId="03672365" w14:textId="2166FC1E">
            <w:pPr>
              <w:rPr>
                <w:rFonts w:ascii="Aptos" w:hAnsi="Aptos"/>
                <w:sz w:val="20"/>
                <w:szCs w:val="20"/>
              </w:rPr>
            </w:pPr>
          </w:p>
          <w:p w:rsidRPr="001A4E91" w:rsidR="29B2D129" w:rsidP="3F9B9FB5" w:rsidRDefault="00000000" w14:paraId="34CDC694" w14:textId="49A4AFB2">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Pr="001A4E91" w:rsidR="3F51EFF0">
                  <w:rPr>
                    <w:rFonts w:ascii="Aptos" w:hAnsi="Aptos" w:eastAsia="MS Gothic" w:cs="MS Gothic"/>
                    <w:color w:val="000000" w:themeColor="text1"/>
                    <w:sz w:val="20"/>
                    <w:szCs w:val="20"/>
                  </w:rPr>
                  <w:t>☐</w:t>
                </w:r>
              </w:sdtContent>
            </w:sdt>
            <w:r w:rsidRPr="001A4E91" w:rsidR="36CC93D1">
              <w:rPr>
                <w:rFonts w:ascii="Aptos" w:hAnsi="Aptos"/>
                <w:sz w:val="20"/>
                <w:szCs w:val="20"/>
              </w:rPr>
              <w:t xml:space="preserve"> Level 1 - I have little or no knowledge of the Irish Language</w:t>
            </w:r>
            <w:r w:rsidRPr="001A4E91" w:rsidR="004D5A6C">
              <w:rPr>
                <w:rFonts w:ascii="Aptos" w:hAnsi="Aptos"/>
                <w:sz w:val="20"/>
                <w:szCs w:val="20"/>
              </w:rPr>
              <w:t xml:space="preserve"> (e.g. I did not learn Irish in School)</w:t>
            </w:r>
          </w:p>
          <w:p w:rsidRPr="001A4E91" w:rsidR="29B2D129" w:rsidP="3F9B9FB5" w:rsidRDefault="00000000" w14:paraId="2CD3A466" w14:textId="7D5B5CF9">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29B2D129">
              <w:rPr>
                <w:rFonts w:ascii="Aptos" w:hAnsi="Aptos"/>
                <w:sz w:val="20"/>
                <w:szCs w:val="20"/>
              </w:rPr>
              <w:t xml:space="preserve"> Level 2 </w:t>
            </w:r>
            <w:r w:rsidRPr="001A4E91" w:rsidR="3AB6485F">
              <w:rPr>
                <w:rFonts w:ascii="Aptos" w:hAnsi="Aptos"/>
                <w:sz w:val="20"/>
                <w:szCs w:val="20"/>
              </w:rPr>
              <w:t>-</w:t>
            </w:r>
            <w:r w:rsidRPr="001A4E91" w:rsidR="29B2D129">
              <w:rPr>
                <w:rFonts w:ascii="Aptos" w:hAnsi="Aptos"/>
                <w:sz w:val="20"/>
                <w:szCs w:val="20"/>
              </w:rPr>
              <w:t xml:space="preserve"> I </w:t>
            </w:r>
            <w:proofErr w:type="gramStart"/>
            <w:r w:rsidRPr="001A4E91" w:rsidR="29B2D129">
              <w:rPr>
                <w:rFonts w:ascii="Aptos" w:hAnsi="Aptos"/>
                <w:sz w:val="20"/>
                <w:szCs w:val="20"/>
              </w:rPr>
              <w:t>am able to</w:t>
            </w:r>
            <w:proofErr w:type="gramEnd"/>
            <w:r w:rsidRPr="001A4E91" w:rsidR="29B2D129">
              <w:rPr>
                <w:rFonts w:ascii="Aptos" w:hAnsi="Aptos"/>
                <w:sz w:val="20"/>
                <w:szCs w:val="20"/>
              </w:rPr>
              <w:t xml:space="preserve"> communicate at a very basic level on</w:t>
            </w:r>
            <w:r w:rsidRPr="001A4E91" w:rsidR="303316B4">
              <w:rPr>
                <w:rFonts w:ascii="Aptos" w:hAnsi="Aptos"/>
                <w:sz w:val="20"/>
                <w:szCs w:val="20"/>
              </w:rPr>
              <w:t xml:space="preserve"> Irish</w:t>
            </w:r>
            <w:r w:rsidRPr="001A4E91" w:rsidR="29B2D129">
              <w:rPr>
                <w:rFonts w:ascii="Aptos" w:hAnsi="Aptos"/>
                <w:sz w:val="20"/>
                <w:szCs w:val="20"/>
              </w:rPr>
              <w:t xml:space="preserve"> </w:t>
            </w:r>
            <w:r w:rsidRPr="001A4E91" w:rsidR="004D5A6C">
              <w:rPr>
                <w:rFonts w:ascii="Aptos" w:hAnsi="Aptos"/>
                <w:sz w:val="20"/>
                <w:szCs w:val="20"/>
              </w:rPr>
              <w:t xml:space="preserve">(e.g. I can talk </w:t>
            </w:r>
            <w:r w:rsidRPr="001A4E91" w:rsidR="008A6B23">
              <w:rPr>
                <w:rFonts w:ascii="Aptos" w:hAnsi="Aptos"/>
                <w:sz w:val="20"/>
                <w:szCs w:val="20"/>
              </w:rPr>
              <w:t>about my background, where I live etc.)</w:t>
            </w:r>
          </w:p>
          <w:p w:rsidRPr="001A4E91" w:rsidR="29B2D129" w:rsidP="3F9B9FB5" w:rsidRDefault="00000000" w14:paraId="61E7B18E" w14:textId="17798E9B">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29B2D129">
              <w:rPr>
                <w:rFonts w:ascii="Aptos" w:hAnsi="Aptos"/>
                <w:sz w:val="20"/>
                <w:szCs w:val="20"/>
              </w:rPr>
              <w:t xml:space="preserve"> </w:t>
            </w:r>
            <w:r w:rsidRPr="001A4E91" w:rsidR="33DA5CE5">
              <w:rPr>
                <w:rFonts w:ascii="Aptos" w:hAnsi="Aptos"/>
                <w:sz w:val="20"/>
                <w:szCs w:val="20"/>
              </w:rPr>
              <w:t xml:space="preserve">Level 3- I </w:t>
            </w:r>
            <w:r w:rsidRPr="001A4E91" w:rsidR="00F37F2A">
              <w:rPr>
                <w:rFonts w:ascii="Aptos" w:hAnsi="Aptos"/>
                <w:sz w:val="20"/>
                <w:szCs w:val="20"/>
              </w:rPr>
              <w:t xml:space="preserve">have studied Irish at school and </w:t>
            </w:r>
            <w:r w:rsidRPr="001A4E91" w:rsidR="33DA5CE5">
              <w:rPr>
                <w:rFonts w:ascii="Aptos" w:hAnsi="Aptos"/>
                <w:sz w:val="20"/>
                <w:szCs w:val="20"/>
              </w:rPr>
              <w:t>understand a good deal of the language but have had few opportunities to use in recent years</w:t>
            </w:r>
            <w:r w:rsidRPr="001A4E91" w:rsidR="008A6B23">
              <w:rPr>
                <w:rFonts w:ascii="Aptos" w:hAnsi="Aptos"/>
                <w:sz w:val="20"/>
                <w:szCs w:val="20"/>
              </w:rPr>
              <w:t xml:space="preserve"> </w:t>
            </w:r>
          </w:p>
          <w:p w:rsidRPr="001A4E91" w:rsidR="29B2D129" w:rsidP="3F9B9FB5" w:rsidRDefault="00000000" w14:paraId="71A34952" w14:textId="1D7EA2C0">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29B2D129">
              <w:rPr>
                <w:rFonts w:ascii="Aptos" w:hAnsi="Aptos"/>
                <w:sz w:val="20"/>
                <w:szCs w:val="20"/>
              </w:rPr>
              <w:t xml:space="preserve"> </w:t>
            </w:r>
            <w:r w:rsidRPr="001A4E91" w:rsidR="52F5152A">
              <w:rPr>
                <w:rFonts w:ascii="Aptos" w:hAnsi="Aptos"/>
                <w:sz w:val="20"/>
                <w:szCs w:val="20"/>
              </w:rPr>
              <w:t xml:space="preserve">Level 4 </w:t>
            </w:r>
            <w:r w:rsidRPr="001A4E91" w:rsidR="7F3E0573">
              <w:rPr>
                <w:rFonts w:ascii="Aptos" w:hAnsi="Aptos"/>
                <w:sz w:val="20"/>
                <w:szCs w:val="20"/>
              </w:rPr>
              <w:t>-</w:t>
            </w:r>
            <w:r w:rsidRPr="001A4E91" w:rsidR="52F5152A">
              <w:rPr>
                <w:rFonts w:ascii="Aptos" w:hAnsi="Aptos"/>
                <w:sz w:val="20"/>
                <w:szCs w:val="20"/>
              </w:rPr>
              <w:t xml:space="preserve"> I am comfortable speaking Irish and use the language from time to time</w:t>
            </w:r>
          </w:p>
          <w:p w:rsidRPr="001A4E91" w:rsidR="29B2D129" w:rsidP="3F9B9FB5" w:rsidRDefault="00000000" w14:paraId="3DFDF58C" w14:textId="0685C012">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29B2D129">
              <w:rPr>
                <w:rFonts w:ascii="Aptos" w:hAnsi="Aptos"/>
                <w:sz w:val="20"/>
                <w:szCs w:val="20"/>
              </w:rPr>
              <w:t xml:space="preserve"> </w:t>
            </w:r>
            <w:r w:rsidRPr="001A4E91" w:rsidR="78A28CC0">
              <w:rPr>
                <w:rFonts w:ascii="Aptos" w:hAnsi="Aptos"/>
                <w:sz w:val="20"/>
                <w:szCs w:val="20"/>
              </w:rPr>
              <w:t>Level 5</w:t>
            </w:r>
            <w:r w:rsidRPr="001A4E91" w:rsidR="28DEBC17">
              <w:rPr>
                <w:rFonts w:ascii="Aptos" w:hAnsi="Aptos"/>
                <w:sz w:val="20"/>
                <w:szCs w:val="20"/>
              </w:rPr>
              <w:t xml:space="preserve"> </w:t>
            </w:r>
            <w:r w:rsidRPr="001A4E91" w:rsidR="4F76FF56">
              <w:rPr>
                <w:rFonts w:ascii="Aptos" w:hAnsi="Aptos"/>
                <w:sz w:val="20"/>
                <w:szCs w:val="20"/>
              </w:rPr>
              <w:t>-</w:t>
            </w:r>
            <w:r w:rsidRPr="001A4E91" w:rsidR="28DEBC17">
              <w:rPr>
                <w:rFonts w:ascii="Aptos" w:hAnsi="Aptos"/>
                <w:sz w:val="20"/>
                <w:szCs w:val="20"/>
              </w:rPr>
              <w:t xml:space="preserve"> I </w:t>
            </w:r>
            <w:r w:rsidRPr="001A4E91" w:rsidR="650A679B">
              <w:rPr>
                <w:rFonts w:ascii="Aptos" w:hAnsi="Aptos"/>
                <w:sz w:val="20"/>
                <w:szCs w:val="20"/>
              </w:rPr>
              <w:t>am fluent in Irish</w:t>
            </w:r>
          </w:p>
          <w:p w:rsidRPr="001A4E91" w:rsidR="3F9B9FB5" w:rsidP="3F9B9FB5" w:rsidRDefault="3F9B9FB5" w14:paraId="71B10245" w14:textId="50D69AFF">
            <w:pPr>
              <w:rPr>
                <w:rFonts w:ascii="Aptos" w:hAnsi="Aptos"/>
                <w:sz w:val="20"/>
                <w:szCs w:val="20"/>
              </w:rPr>
            </w:pPr>
          </w:p>
        </w:tc>
      </w:tr>
      <w:tr w:rsidRPr="001A4E91" w:rsidR="00CF648B" w:rsidTr="3443A52E" w14:paraId="0AE3899E" w14:textId="77777777">
        <w:tc>
          <w:tcPr>
            <w:tcW w:w="5159" w:type="dxa"/>
            <w:shd w:val="clear" w:color="auto" w:fill="F2F8F5"/>
            <w:tcMar>
              <w:top w:w="100" w:type="dxa"/>
              <w:left w:w="120" w:type="dxa"/>
              <w:bottom w:w="100" w:type="dxa"/>
              <w:right w:w="120" w:type="dxa"/>
            </w:tcMar>
            <w:vAlign w:val="center"/>
          </w:tcPr>
          <w:p w:rsidRPr="001A4E91" w:rsidR="00CF648B" w:rsidP="3F9B9FB5" w:rsidRDefault="61F8660C" w14:paraId="3F1FED91" w14:textId="5BCB2A6A">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rsidRPr="001A4E91" w:rsidR="00CF648B" w:rsidP="3F9B9FB5" w:rsidRDefault="00CF648B" w14:paraId="1F05E2A9" w14:textId="66239D3E">
            <w:pPr>
              <w:rPr>
                <w:rFonts w:ascii="Aptos" w:hAnsi="Aptos"/>
                <w:b/>
                <w:bCs/>
                <w:color w:val="006B54"/>
                <w:sz w:val="20"/>
                <w:szCs w:val="20"/>
              </w:rPr>
            </w:pPr>
          </w:p>
          <w:p w:rsidRPr="001A4E91" w:rsidR="00CF648B" w:rsidP="3F9B9FB5" w:rsidRDefault="1AFA1D20" w14:paraId="295BE27D" w14:textId="448F2BBB">
            <w:pPr>
              <w:rPr>
                <w:rFonts w:ascii="Aptos" w:hAnsi="Aptos"/>
                <w:sz w:val="20"/>
                <w:szCs w:val="20"/>
              </w:rPr>
            </w:pPr>
            <w:r w:rsidRPr="001A4E91">
              <w:rPr>
                <w:rFonts w:ascii="Aptos" w:hAnsi="Aptos"/>
                <w:sz w:val="20"/>
                <w:szCs w:val="20"/>
              </w:rPr>
              <w:t>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Traveller community.</w:t>
            </w:r>
          </w:p>
        </w:tc>
        <w:tc>
          <w:tcPr>
            <w:tcW w:w="5159" w:type="dxa"/>
            <w:tcMar>
              <w:top w:w="100" w:type="dxa"/>
              <w:left w:w="120" w:type="dxa"/>
              <w:bottom w:w="100" w:type="dxa"/>
              <w:right w:w="120" w:type="dxa"/>
            </w:tcMar>
            <w:vAlign w:val="center"/>
          </w:tcPr>
          <w:p w:rsidRPr="001A4E91" w:rsidR="00CF648B" w:rsidP="3F9B9FB5" w:rsidRDefault="00000000" w14:paraId="3B445905" w14:textId="55C171E3">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Pr="001A4E91" w:rsidR="7F9CF6DD">
                  <w:rPr>
                    <w:rFonts w:ascii="Aptos" w:hAnsi="Aptos" w:eastAsia="MS Gothic" w:cs="MS Gothic"/>
                    <w:color w:val="000000" w:themeColor="text1"/>
                    <w:sz w:val="20"/>
                    <w:szCs w:val="20"/>
                  </w:rPr>
                  <w:t>☐</w:t>
                </w:r>
              </w:sdtContent>
            </w:sdt>
            <w:r w:rsidRPr="001A4E91" w:rsidR="00DC0437">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00DC0437">
              <w:rPr>
                <w:rFonts w:ascii="Aptos" w:hAnsi="Aptos"/>
                <w:color w:val="000000" w:themeColor="text1"/>
                <w:sz w:val="20"/>
                <w:szCs w:val="20"/>
              </w:rPr>
              <w:t xml:space="preserve"> No</w:t>
            </w:r>
            <w:r w:rsidRPr="001A4E91" w:rsidR="7A28EFE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7A28EFE1">
              <w:rPr>
                <w:rFonts w:ascii="Aptos" w:hAnsi="Aptos"/>
                <w:color w:val="000000" w:themeColor="text1"/>
                <w:sz w:val="20"/>
                <w:szCs w:val="20"/>
              </w:rPr>
              <w:t xml:space="preserve"> Do not wish to disclose</w:t>
            </w:r>
          </w:p>
        </w:tc>
      </w:tr>
    </w:tbl>
    <w:p w:rsidRPr="001A4E91" w:rsidR="00CF648B" w:rsidRDefault="00DC0437" w14:paraId="5A366DDD" w14:textId="7777777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Pr="001A4E91" w:rsidR="3F9B9FB5" w:rsidTr="3443A52E" w14:paraId="45DE0BA5" w14:textId="77777777">
        <w:trPr>
          <w:trHeight w:val="300"/>
        </w:trPr>
        <w:tc>
          <w:tcPr>
            <w:tcW w:w="5154" w:type="dxa"/>
            <w:shd w:val="clear" w:color="auto" w:fill="F2F8F5"/>
            <w:tcMar>
              <w:top w:w="100" w:type="dxa"/>
              <w:left w:w="120" w:type="dxa"/>
              <w:bottom w:w="100" w:type="dxa"/>
              <w:right w:w="120" w:type="dxa"/>
            </w:tcMar>
            <w:vAlign w:val="center"/>
          </w:tcPr>
          <w:p w:rsidRPr="001A4E91" w:rsidR="6B13AFB4" w:rsidP="3443A52E" w:rsidRDefault="6B13AFB4" w14:paraId="4143170E" w14:textId="6F2CCFB1">
            <w:pPr>
              <w:rPr>
                <w:rFonts w:ascii="Aptos" w:hAnsi="Aptos"/>
                <w:b/>
                <w:bCs/>
                <w:color w:val="006B54"/>
                <w:sz w:val="20"/>
                <w:szCs w:val="20"/>
              </w:rPr>
            </w:pPr>
            <w:r w:rsidRPr="001A4E91">
              <w:rPr>
                <w:rFonts w:ascii="Aptos" w:hAnsi="Aptos"/>
                <w:b/>
                <w:bCs/>
                <w:color w:val="006B54"/>
                <w:sz w:val="20"/>
                <w:szCs w:val="20"/>
              </w:rPr>
              <w:t>Where did you hear about this vacancy?</w:t>
            </w:r>
          </w:p>
          <w:p w:rsidRPr="001A4E91" w:rsidR="3F9B9FB5" w:rsidRDefault="3F9B9FB5" w14:paraId="19FD0B60" w14:textId="2EAAFAC5">
            <w:pPr>
              <w:rPr>
                <w:rFonts w:ascii="Aptos" w:hAnsi="Aptos"/>
                <w:sz w:val="20"/>
                <w:szCs w:val="20"/>
              </w:rPr>
            </w:pPr>
          </w:p>
          <w:p w:rsidRPr="001A4E91" w:rsidR="3F9B9FB5" w:rsidP="3F9B9FB5" w:rsidRDefault="3F9B9FB5" w14:paraId="1CBC4548" w14:textId="0A8B5C21">
            <w:pPr>
              <w:rPr>
                <w:rFonts w:ascii="Aptos" w:hAnsi="Aptos"/>
                <w:b/>
                <w:bCs/>
                <w:color w:val="006B54"/>
                <w:sz w:val="20"/>
                <w:szCs w:val="20"/>
              </w:rPr>
            </w:pPr>
          </w:p>
        </w:tc>
        <w:tc>
          <w:tcPr>
            <w:tcW w:w="5154" w:type="dxa"/>
            <w:tcMar>
              <w:top w:w="100" w:type="dxa"/>
              <w:left w:w="120" w:type="dxa"/>
              <w:bottom w:w="100" w:type="dxa"/>
              <w:right w:w="120" w:type="dxa"/>
            </w:tcMar>
            <w:vAlign w:val="center"/>
          </w:tcPr>
          <w:p w:rsidRPr="001A4E91" w:rsidR="3F9B9FB5" w:rsidP="3F9B9FB5" w:rsidRDefault="00000000" w14:paraId="33394C25" w14:textId="15E4500F">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3F9B9FB5">
              <w:rPr>
                <w:rFonts w:ascii="Aptos" w:hAnsi="Aptos"/>
                <w:sz w:val="20"/>
                <w:szCs w:val="20"/>
              </w:rPr>
              <w:t xml:space="preserve"> </w:t>
            </w:r>
            <w:r w:rsidRPr="001A4E91" w:rsidR="132D9D11">
              <w:rPr>
                <w:rFonts w:ascii="Aptos" w:hAnsi="Aptos"/>
                <w:sz w:val="20"/>
                <w:szCs w:val="20"/>
              </w:rPr>
              <w:t>Fáilte Ireland Website</w:t>
            </w:r>
          </w:p>
          <w:p w:rsidRPr="001A4E91" w:rsidR="1B677B44" w:rsidP="3F9B9FB5" w:rsidRDefault="00000000" w14:paraId="0E630FC7" w14:textId="240C4232">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1B677B44">
              <w:rPr>
                <w:rFonts w:ascii="Aptos" w:hAnsi="Aptos"/>
                <w:sz w:val="20"/>
                <w:szCs w:val="20"/>
              </w:rPr>
              <w:t xml:space="preserve"> </w:t>
            </w:r>
            <w:r w:rsidRPr="001A4E91" w:rsidR="132D9D11">
              <w:rPr>
                <w:rFonts w:ascii="Aptos" w:hAnsi="Aptos"/>
                <w:sz w:val="20"/>
                <w:szCs w:val="20"/>
              </w:rPr>
              <w:t>PublicJobs.ie</w:t>
            </w:r>
          </w:p>
          <w:p w:rsidRPr="001A4E91" w:rsidR="7F211E71" w:rsidP="3F9B9FB5" w:rsidRDefault="00000000" w14:paraId="408A9F4E" w14:textId="586A1D82">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7F211E71">
              <w:rPr>
                <w:rFonts w:ascii="Aptos" w:hAnsi="Aptos"/>
                <w:sz w:val="20"/>
                <w:szCs w:val="20"/>
              </w:rPr>
              <w:t xml:space="preserve"> </w:t>
            </w:r>
            <w:r w:rsidRPr="001A4E91" w:rsidR="132D9D11">
              <w:rPr>
                <w:rFonts w:ascii="Aptos" w:hAnsi="Aptos"/>
                <w:sz w:val="20"/>
                <w:szCs w:val="20"/>
              </w:rPr>
              <w:t xml:space="preserve">Open Doors Initiative </w:t>
            </w:r>
          </w:p>
          <w:p w:rsidRPr="001A4E91" w:rsidR="5108E578" w:rsidP="3F9B9FB5" w:rsidRDefault="00000000" w14:paraId="750281D0" w14:textId="7DA308EF">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5108E578">
              <w:rPr>
                <w:rFonts w:ascii="Aptos" w:hAnsi="Aptos"/>
                <w:sz w:val="20"/>
                <w:szCs w:val="20"/>
              </w:rPr>
              <w:t xml:space="preserve"> </w:t>
            </w:r>
            <w:r w:rsidRPr="001A4E91" w:rsidR="61E274A4">
              <w:rPr>
                <w:rFonts w:ascii="Aptos" w:hAnsi="Aptos"/>
                <w:sz w:val="20"/>
                <w:szCs w:val="20"/>
              </w:rPr>
              <w:t>LinkedIn</w:t>
            </w:r>
          </w:p>
          <w:p w:rsidRPr="001A4E91" w:rsidR="5108E578" w:rsidP="3F9B9FB5" w:rsidRDefault="00000000" w14:paraId="5CAB7DAF" w14:textId="3692FEF9">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5108E578">
              <w:rPr>
                <w:rFonts w:ascii="Aptos" w:hAnsi="Aptos"/>
                <w:b/>
                <w:bCs/>
                <w:sz w:val="20"/>
                <w:szCs w:val="20"/>
              </w:rPr>
              <w:t xml:space="preserve"> </w:t>
            </w:r>
            <w:r w:rsidRPr="001A4E91" w:rsidR="132D9D11">
              <w:rPr>
                <w:rFonts w:ascii="Aptos" w:hAnsi="Aptos"/>
                <w:sz w:val="20"/>
                <w:szCs w:val="20"/>
              </w:rPr>
              <w:t xml:space="preserve">Conscia </w:t>
            </w:r>
            <w:r w:rsidRPr="001A4E91" w:rsidR="00F37F2A">
              <w:rPr>
                <w:rFonts w:ascii="Aptos" w:hAnsi="Aptos"/>
                <w:sz w:val="20"/>
                <w:szCs w:val="20"/>
              </w:rPr>
              <w:t xml:space="preserve">Talent </w:t>
            </w:r>
          </w:p>
          <w:p w:rsidRPr="001A4E91" w:rsidR="7E035450" w:rsidP="3F9B9FB5" w:rsidRDefault="00000000" w14:paraId="07FC2FD4" w14:textId="5AB0236C">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7E035450">
              <w:rPr>
                <w:rFonts w:ascii="Aptos" w:hAnsi="Aptos"/>
                <w:sz w:val="20"/>
                <w:szCs w:val="20"/>
              </w:rPr>
              <w:t xml:space="preserve"> </w:t>
            </w:r>
            <w:r w:rsidRPr="001A4E91" w:rsidR="132D9D11">
              <w:rPr>
                <w:rFonts w:ascii="Aptos" w:hAnsi="Aptos"/>
                <w:sz w:val="20"/>
                <w:szCs w:val="20"/>
              </w:rPr>
              <w:t>Word of Mouth</w:t>
            </w:r>
          </w:p>
          <w:p w:rsidRPr="001A4E91" w:rsidR="5D29FD70" w:rsidP="3F9B9FB5" w:rsidRDefault="00000000" w14:paraId="270BB5C2" w14:textId="63981732">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Pr="001A4E91" w:rsidR="00401DDE">
                  <w:rPr>
                    <w:rFonts w:ascii="Aptos" w:hAnsi="Aptos" w:eastAsia="MS Gothic"/>
                    <w:color w:val="000000" w:themeColor="text1"/>
                    <w:sz w:val="20"/>
                    <w:szCs w:val="20"/>
                  </w:rPr>
                  <w:t>☐</w:t>
                </w:r>
              </w:sdtContent>
            </w:sdt>
            <w:r w:rsidRPr="001A4E91" w:rsidR="5D29FD70">
              <w:rPr>
                <w:rFonts w:ascii="Aptos" w:hAnsi="Aptos"/>
                <w:sz w:val="20"/>
                <w:szCs w:val="20"/>
              </w:rPr>
              <w:t xml:space="preserve"> </w:t>
            </w:r>
            <w:r w:rsidRPr="001A4E91" w:rsidR="132D9D11">
              <w:rPr>
                <w:rFonts w:ascii="Aptos" w:hAnsi="Aptos"/>
                <w:sz w:val="20"/>
                <w:szCs w:val="20"/>
              </w:rPr>
              <w:t>Other</w:t>
            </w:r>
          </w:p>
          <w:p w:rsidRPr="001A4E91" w:rsidR="3F9B9FB5" w:rsidP="3F9B9FB5" w:rsidRDefault="3F9B9FB5" w14:paraId="7A16B70D" w14:textId="410E92B0">
            <w:pPr>
              <w:rPr>
                <w:rFonts w:ascii="Aptos" w:hAnsi="Aptos"/>
                <w:sz w:val="20"/>
                <w:szCs w:val="20"/>
              </w:rPr>
            </w:pPr>
          </w:p>
          <w:p w:rsidRPr="001A4E91" w:rsidR="132D9D11" w:rsidP="3F9B9FB5" w:rsidRDefault="132D9D11" w14:paraId="4AC5AFBE" w14:textId="134EBAFF">
            <w:pPr>
              <w:rPr>
                <w:rFonts w:ascii="Aptos" w:hAnsi="Aptos"/>
                <w:sz w:val="20"/>
                <w:szCs w:val="20"/>
              </w:rPr>
            </w:pPr>
            <w:r w:rsidRPr="001A4E91">
              <w:rPr>
                <w:rFonts w:ascii="Aptos" w:hAnsi="Aptos"/>
                <w:sz w:val="20"/>
                <w:szCs w:val="20"/>
              </w:rPr>
              <w:t>If Other, please give details</w:t>
            </w:r>
            <w:r w:rsidRPr="001A4E91" w:rsidR="13F1FC16">
              <w:rPr>
                <w:rFonts w:ascii="Aptos" w:hAnsi="Aptos"/>
                <w:sz w:val="20"/>
                <w:szCs w:val="20"/>
              </w:rPr>
              <w:t>:</w:t>
            </w:r>
          </w:p>
          <w:tbl>
            <w:tblPr>
              <w:tblStyle w:val="TableGrid"/>
              <w:tblW w:w="0" w:type="auto"/>
              <w:tblLook w:val="06A0" w:firstRow="1" w:lastRow="0" w:firstColumn="1" w:lastColumn="0" w:noHBand="1" w:noVBand="1"/>
            </w:tblPr>
            <w:tblGrid>
              <w:gridCol w:w="4904"/>
            </w:tblGrid>
            <w:tr w:rsidRPr="001A4E91" w:rsidR="3F9B9FB5" w:rsidTr="3F9B9FB5" w14:paraId="214BF54D" w14:textId="77777777">
              <w:trPr>
                <w:trHeight w:val="300"/>
              </w:trPr>
              <w:tc>
                <w:tcPr>
                  <w:tcW w:w="4905" w:type="dxa"/>
                </w:tcPr>
                <w:p w:rsidRPr="001A4E91" w:rsidR="3F9B9FB5" w:rsidP="3F9B9FB5" w:rsidRDefault="3F9B9FB5" w14:paraId="1F992CA7" w14:textId="2761DF7E">
                  <w:pPr>
                    <w:rPr>
                      <w:rFonts w:ascii="Aptos" w:hAnsi="Aptos"/>
                      <w:sz w:val="20"/>
                      <w:szCs w:val="20"/>
                    </w:rPr>
                  </w:pPr>
                </w:p>
              </w:tc>
            </w:tr>
          </w:tbl>
          <w:p w:rsidRPr="001A4E91" w:rsidR="3F9B9FB5" w:rsidP="3F9B9FB5" w:rsidRDefault="3F9B9FB5" w14:paraId="77D96BDC" w14:textId="0516B65F">
            <w:pPr>
              <w:jc w:val="center"/>
              <w:rPr>
                <w:rFonts w:ascii="Aptos" w:hAnsi="Aptos"/>
                <w:sz w:val="20"/>
                <w:szCs w:val="20"/>
              </w:rPr>
            </w:pPr>
          </w:p>
          <w:p w:rsidRPr="001A4E91" w:rsidR="3F9B9FB5" w:rsidP="3F9B9FB5" w:rsidRDefault="3F9B9FB5" w14:paraId="7FB8B49B" w14:textId="471ED7D6">
            <w:pPr>
              <w:jc w:val="center"/>
              <w:rPr>
                <w:rFonts w:ascii="Aptos" w:hAnsi="Aptos"/>
                <w:sz w:val="20"/>
                <w:szCs w:val="20"/>
              </w:rPr>
            </w:pPr>
          </w:p>
          <w:p w:rsidRPr="001A4E91" w:rsidR="3F9B9FB5" w:rsidP="3F9B9FB5" w:rsidRDefault="3F9B9FB5" w14:paraId="7E0E5690" w14:textId="1F5DB1BB">
            <w:pPr>
              <w:jc w:val="center"/>
              <w:rPr>
                <w:rFonts w:ascii="Aptos" w:hAnsi="Aptos"/>
                <w:sz w:val="20"/>
                <w:szCs w:val="20"/>
              </w:rPr>
            </w:pPr>
            <w:r w:rsidRPr="001A4E91">
              <w:rPr>
                <w:rFonts w:ascii="Aptos" w:hAnsi="Aptos"/>
                <w:color w:val="000000" w:themeColor="text1"/>
                <w:sz w:val="20"/>
                <w:szCs w:val="20"/>
              </w:rPr>
              <w:t xml:space="preserve">    </w:t>
            </w:r>
          </w:p>
        </w:tc>
      </w:tr>
    </w:tbl>
    <w:p w:rsidRPr="001A4E91" w:rsidR="3F9B9FB5" w:rsidP="3F9B9FB5" w:rsidRDefault="3F9B9FB5" w14:paraId="3B786237" w14:textId="3EEC7983">
      <w:pPr>
        <w:rPr>
          <w:rFonts w:ascii="Aptos" w:hAnsi="Aptos"/>
          <w:sz w:val="20"/>
          <w:szCs w:val="20"/>
        </w:rPr>
      </w:pPr>
    </w:p>
    <w:p w:rsidRPr="001A4E91" w:rsidR="00CF648B" w:rsidRDefault="00DC0437" w14:paraId="53128261" w14:textId="7777777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Pr="001A4E91" w:rsidR="00CF648B" w:rsidTr="3F9B9FB5" w14:paraId="3F472068" w14:textId="77777777">
        <w:trPr>
          <w:jc w:val="center"/>
        </w:trPr>
        <w:tc>
          <w:tcPr>
            <w:tcW w:w="5159" w:type="dxa"/>
            <w:tcMar>
              <w:top w:w="100" w:type="dxa"/>
              <w:left w:w="120" w:type="dxa"/>
              <w:bottom w:w="100" w:type="dxa"/>
              <w:right w:w="120" w:type="dxa"/>
            </w:tcMar>
            <w:vAlign w:val="center"/>
          </w:tcPr>
          <w:p w:rsidRPr="001A4E91" w:rsidR="00CF648B" w:rsidP="3F9B9FB5" w:rsidRDefault="00DC0437" w14:paraId="0397B3FD" w14:textId="77777777">
            <w:pPr>
              <w:spacing w:after="0"/>
              <w:rPr>
                <w:rFonts w:ascii="Aptos" w:hAnsi="Aptos"/>
                <w:b/>
                <w:bCs/>
                <w:color w:val="006B54"/>
                <w:sz w:val="20"/>
                <w:szCs w:val="20"/>
              </w:rPr>
            </w:pPr>
            <w:r w:rsidRPr="001A4E91">
              <w:rPr>
                <w:rFonts w:ascii="Aptos" w:hAnsi="Aptos"/>
                <w:b/>
                <w:bCs/>
                <w:color w:val="006B54"/>
                <w:sz w:val="20"/>
                <w:szCs w:val="20"/>
              </w:rPr>
              <w:t>Employment Application Form</w:t>
            </w:r>
          </w:p>
        </w:tc>
        <w:tc>
          <w:tcPr>
            <w:tcW w:w="5159" w:type="dxa"/>
            <w:tcMar>
              <w:top w:w="100" w:type="dxa"/>
              <w:left w:w="120" w:type="dxa"/>
              <w:bottom w:w="100" w:type="dxa"/>
              <w:right w:w="120" w:type="dxa"/>
            </w:tcMar>
            <w:vAlign w:val="center"/>
          </w:tcPr>
          <w:p w:rsidRPr="001A4E91" w:rsidR="00CF648B" w:rsidRDefault="00CF648B" w14:paraId="62486C05" w14:textId="4AC6F091">
            <w:pPr>
              <w:jc w:val="right"/>
              <w:rPr>
                <w:rFonts w:ascii="Aptos" w:hAnsi="Aptos"/>
                <w:sz w:val="20"/>
                <w:szCs w:val="20"/>
              </w:rPr>
            </w:pPr>
          </w:p>
        </w:tc>
      </w:tr>
      <w:tr w:rsidRPr="001A4E91" w:rsidR="00CF648B" w:rsidTr="3F9B9FB5" w14:paraId="2000918E" w14:textId="77777777">
        <w:trPr>
          <w:jc w:val="center"/>
        </w:trPr>
        <w:tc>
          <w:tcPr>
            <w:tcW w:w="10318" w:type="dxa"/>
            <w:gridSpan w:val="2"/>
            <w:shd w:val="clear" w:color="auto" w:fill="006B54"/>
            <w:tcMar>
              <w:top w:w="100" w:type="dxa"/>
              <w:left w:w="120" w:type="dxa"/>
              <w:bottom w:w="100" w:type="dxa"/>
              <w:right w:w="120" w:type="dxa"/>
            </w:tcMar>
            <w:vAlign w:val="center"/>
          </w:tcPr>
          <w:p w:rsidRPr="001A4E91" w:rsidR="00CF648B" w:rsidRDefault="006D710E" w14:paraId="36CED9E1" w14:textId="389CEFEB">
            <w:pPr>
              <w:spacing w:after="0"/>
              <w:rPr>
                <w:rFonts w:ascii="Aptos" w:hAnsi="Aptos"/>
                <w:sz w:val="20"/>
                <w:szCs w:val="20"/>
              </w:rPr>
            </w:pPr>
            <w:r w:rsidRPr="001A4E91">
              <w:rPr>
                <w:rFonts w:ascii="Aptos" w:hAnsi="Aptos"/>
                <w:b/>
                <w:color w:val="FFFFFF"/>
                <w:sz w:val="20"/>
                <w:szCs w:val="20"/>
              </w:rPr>
              <w:t xml:space="preserve">QUALIFICATION DETAILS </w:t>
            </w:r>
          </w:p>
        </w:tc>
      </w:tr>
    </w:tbl>
    <w:p w:rsidRPr="001A4E91" w:rsidR="00CF648B" w:rsidRDefault="00CF648B" w14:paraId="4101652C" w14:textId="77777777">
      <w:pPr>
        <w:spacing w:after="0"/>
        <w:rPr>
          <w:rFonts w:ascii="Aptos" w:hAnsi="Aptos"/>
          <w:sz w:val="20"/>
          <w:szCs w:val="20"/>
        </w:rPr>
      </w:pPr>
    </w:p>
    <w:p w:rsidRPr="001A4E91" w:rsidR="00CF648B" w:rsidRDefault="00DC0437" w14:paraId="2B29B7D5" w14:textId="7777777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Pr="001A4E91" w:rsidR="006D7F69" w:rsidTr="006D7F69" w14:paraId="360E4511" w14:textId="40C7B4B4">
        <w:tc>
          <w:tcPr>
            <w:tcW w:w="3129" w:type="dxa"/>
            <w:shd w:val="clear" w:color="auto" w:fill="006B54"/>
            <w:tcMar>
              <w:top w:w="100" w:type="dxa"/>
              <w:left w:w="120" w:type="dxa"/>
              <w:bottom w:w="100" w:type="dxa"/>
              <w:right w:w="120" w:type="dxa"/>
            </w:tcMar>
            <w:vAlign w:val="center"/>
          </w:tcPr>
          <w:p w:rsidRPr="001A4E91" w:rsidR="006D7F69" w:rsidRDefault="006D7F69" w14:paraId="646D8035" w14:textId="77777777">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rsidRPr="001A4E91" w:rsidR="006D7F69" w:rsidRDefault="006D7F69" w14:paraId="38D93C5A" w14:textId="2B6AB825">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rsidRPr="001A4E91" w:rsidR="006D7F69" w:rsidRDefault="006D7F69" w14:paraId="795D9AA1" w14:textId="1B04BBCD">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rsidRPr="001A4E91" w:rsidR="006D7F69" w:rsidRDefault="006D7F69" w14:paraId="2811CA70" w14:textId="77777777">
            <w:pPr>
              <w:jc w:val="center"/>
              <w:rPr>
                <w:rFonts w:ascii="Aptos" w:hAnsi="Aptos"/>
                <w:b/>
                <w:color w:val="FFFFFF"/>
                <w:sz w:val="20"/>
                <w:szCs w:val="20"/>
              </w:rPr>
            </w:pPr>
            <w:r w:rsidRPr="001A4E91">
              <w:rPr>
                <w:rFonts w:ascii="Aptos" w:hAnsi="Aptos"/>
                <w:b/>
                <w:color w:val="FFFFFF"/>
                <w:sz w:val="20"/>
                <w:szCs w:val="20"/>
              </w:rPr>
              <w:t>Duration of Course</w:t>
            </w:r>
          </w:p>
          <w:p w:rsidRPr="001A4E91" w:rsidR="006D7F69" w:rsidRDefault="006D7F69" w14:paraId="486C3FC5" w14:textId="5329BFBF">
            <w:pPr>
              <w:jc w:val="center"/>
              <w:rPr>
                <w:rFonts w:ascii="Aptos" w:hAnsi="Aptos"/>
                <w:b/>
                <w:color w:val="FFFFFF"/>
                <w:sz w:val="20"/>
                <w:szCs w:val="20"/>
              </w:rPr>
            </w:pPr>
            <w:r w:rsidRPr="001A4E91">
              <w:rPr>
                <w:rFonts w:ascii="Aptos" w:hAnsi="Aptos"/>
                <w:b/>
                <w:color w:val="FFFFFF"/>
                <w:sz w:val="20"/>
                <w:szCs w:val="20"/>
              </w:rPr>
              <w:t>(in years)</w:t>
            </w:r>
          </w:p>
        </w:tc>
      </w:tr>
      <w:tr w:rsidRPr="001A4E91" w:rsidR="006D7F69" w:rsidTr="006D7F69" w14:paraId="4B99056E" w14:textId="0D0D1EF2">
        <w:tc>
          <w:tcPr>
            <w:tcW w:w="3129" w:type="dxa"/>
            <w:tcMar>
              <w:top w:w="100" w:type="dxa"/>
              <w:left w:w="120" w:type="dxa"/>
              <w:bottom w:w="100" w:type="dxa"/>
              <w:right w:w="120" w:type="dxa"/>
            </w:tcMar>
            <w:vAlign w:val="center"/>
          </w:tcPr>
          <w:p w:rsidRPr="001A4E91" w:rsidR="006D7F69" w:rsidRDefault="006D7F69" w14:paraId="1299C43A" w14:textId="77777777">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rsidRPr="001A4E91" w:rsidR="006D7F69" w:rsidRDefault="006D7F69" w14:paraId="4DDBEF00" w14:textId="77777777">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rsidRPr="001A4E91" w:rsidR="006D7F69" w:rsidRDefault="006D7F69" w14:paraId="3461D779" w14:textId="77777777">
            <w:pPr>
              <w:rPr>
                <w:rFonts w:ascii="Aptos" w:hAnsi="Aptos"/>
                <w:sz w:val="20"/>
                <w:szCs w:val="20"/>
              </w:rPr>
            </w:pPr>
            <w:r w:rsidRPr="001A4E91">
              <w:rPr>
                <w:rFonts w:ascii="Aptos" w:hAnsi="Aptos"/>
                <w:color w:val="000000"/>
                <w:sz w:val="20"/>
                <w:szCs w:val="20"/>
              </w:rPr>
              <w:br/>
            </w:r>
          </w:p>
        </w:tc>
        <w:tc>
          <w:tcPr>
            <w:tcW w:w="2192" w:type="dxa"/>
          </w:tcPr>
          <w:p w:rsidRPr="001A4E91" w:rsidR="006D7F69" w:rsidRDefault="006D7F69" w14:paraId="4B68EACD" w14:textId="77777777">
            <w:pPr>
              <w:rPr>
                <w:rFonts w:ascii="Aptos" w:hAnsi="Aptos"/>
                <w:color w:val="000000"/>
                <w:sz w:val="20"/>
                <w:szCs w:val="20"/>
              </w:rPr>
            </w:pPr>
          </w:p>
        </w:tc>
      </w:tr>
      <w:tr w:rsidRPr="001A4E91" w:rsidR="006D7F69" w:rsidTr="006D7F69" w14:paraId="3CF2D8B6" w14:textId="33F7C2D9">
        <w:tc>
          <w:tcPr>
            <w:tcW w:w="3129" w:type="dxa"/>
            <w:tcMar>
              <w:top w:w="100" w:type="dxa"/>
              <w:left w:w="120" w:type="dxa"/>
              <w:bottom w:w="100" w:type="dxa"/>
              <w:right w:w="120" w:type="dxa"/>
            </w:tcMar>
            <w:vAlign w:val="center"/>
          </w:tcPr>
          <w:p w:rsidRPr="001A4E91" w:rsidR="006D7F69" w:rsidRDefault="006D7F69" w14:paraId="0FB78278" w14:textId="77777777">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rsidRPr="001A4E91" w:rsidR="006D7F69" w:rsidRDefault="006D7F69" w14:paraId="1FC39945" w14:textId="77777777">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rsidRPr="001A4E91" w:rsidR="006D7F69" w:rsidRDefault="006D7F69" w14:paraId="0562CB0E" w14:textId="77777777">
            <w:pPr>
              <w:rPr>
                <w:rFonts w:ascii="Aptos" w:hAnsi="Aptos"/>
                <w:sz w:val="20"/>
                <w:szCs w:val="20"/>
              </w:rPr>
            </w:pPr>
            <w:r w:rsidRPr="001A4E91">
              <w:rPr>
                <w:rFonts w:ascii="Aptos" w:hAnsi="Aptos"/>
                <w:color w:val="000000"/>
                <w:sz w:val="20"/>
                <w:szCs w:val="20"/>
              </w:rPr>
              <w:br/>
            </w:r>
          </w:p>
        </w:tc>
        <w:tc>
          <w:tcPr>
            <w:tcW w:w="2192" w:type="dxa"/>
          </w:tcPr>
          <w:p w:rsidRPr="001A4E91" w:rsidR="006D7F69" w:rsidRDefault="006D7F69" w14:paraId="42FAE064" w14:textId="77777777">
            <w:pPr>
              <w:rPr>
                <w:rFonts w:ascii="Aptos" w:hAnsi="Aptos"/>
                <w:color w:val="000000"/>
                <w:sz w:val="20"/>
                <w:szCs w:val="20"/>
              </w:rPr>
            </w:pPr>
          </w:p>
        </w:tc>
      </w:tr>
      <w:tr w:rsidRPr="001A4E91" w:rsidR="006D7F69" w:rsidTr="006D7F69" w14:paraId="34CE0A41" w14:textId="17D21BD9">
        <w:tc>
          <w:tcPr>
            <w:tcW w:w="3129" w:type="dxa"/>
            <w:tcMar>
              <w:top w:w="100" w:type="dxa"/>
              <w:left w:w="120" w:type="dxa"/>
              <w:bottom w:w="100" w:type="dxa"/>
              <w:right w:w="120" w:type="dxa"/>
            </w:tcMar>
            <w:vAlign w:val="center"/>
          </w:tcPr>
          <w:p w:rsidRPr="001A4E91" w:rsidR="006D7F69" w:rsidRDefault="006D7F69" w14:paraId="62EBF3C5" w14:textId="77777777">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rsidRPr="001A4E91" w:rsidR="006D7F69" w:rsidRDefault="006D7F69" w14:paraId="6D98A12B" w14:textId="77777777">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rsidRPr="001A4E91" w:rsidR="006D7F69" w:rsidRDefault="006D7F69" w14:paraId="2946DB82" w14:textId="77777777">
            <w:pPr>
              <w:rPr>
                <w:rFonts w:ascii="Aptos" w:hAnsi="Aptos"/>
                <w:sz w:val="20"/>
                <w:szCs w:val="20"/>
              </w:rPr>
            </w:pPr>
            <w:r w:rsidRPr="001A4E91">
              <w:rPr>
                <w:rFonts w:ascii="Aptos" w:hAnsi="Aptos"/>
                <w:color w:val="000000"/>
                <w:sz w:val="20"/>
                <w:szCs w:val="20"/>
              </w:rPr>
              <w:br/>
            </w:r>
          </w:p>
        </w:tc>
        <w:tc>
          <w:tcPr>
            <w:tcW w:w="2192" w:type="dxa"/>
          </w:tcPr>
          <w:p w:rsidRPr="001A4E91" w:rsidR="006D7F69" w:rsidRDefault="006D7F69" w14:paraId="72830E20" w14:textId="77777777">
            <w:pPr>
              <w:rPr>
                <w:rFonts w:ascii="Aptos" w:hAnsi="Aptos"/>
                <w:color w:val="000000"/>
                <w:sz w:val="20"/>
                <w:szCs w:val="20"/>
              </w:rPr>
            </w:pPr>
          </w:p>
        </w:tc>
      </w:tr>
      <w:tr w:rsidRPr="001A4E91" w:rsidR="006D7F69" w:rsidTr="006D7F69" w14:paraId="5997CC1D" w14:textId="75EC689D">
        <w:tc>
          <w:tcPr>
            <w:tcW w:w="3129" w:type="dxa"/>
            <w:tcMar>
              <w:top w:w="100" w:type="dxa"/>
              <w:left w:w="120" w:type="dxa"/>
              <w:bottom w:w="100" w:type="dxa"/>
              <w:right w:w="120" w:type="dxa"/>
            </w:tcMar>
            <w:vAlign w:val="center"/>
          </w:tcPr>
          <w:p w:rsidRPr="001A4E91" w:rsidR="006D7F69" w:rsidRDefault="006D7F69" w14:paraId="110FFD37" w14:textId="77777777">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rsidRPr="001A4E91" w:rsidR="006D7F69" w:rsidRDefault="006D7F69" w14:paraId="6B699379" w14:textId="77777777">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rsidRPr="001A4E91" w:rsidR="006D7F69" w:rsidRDefault="006D7F69" w14:paraId="3FE9F23F" w14:textId="77777777">
            <w:pPr>
              <w:rPr>
                <w:rFonts w:ascii="Aptos" w:hAnsi="Aptos"/>
                <w:sz w:val="20"/>
                <w:szCs w:val="20"/>
              </w:rPr>
            </w:pPr>
            <w:r w:rsidRPr="001A4E91">
              <w:rPr>
                <w:rFonts w:ascii="Aptos" w:hAnsi="Aptos"/>
                <w:color w:val="000000"/>
                <w:sz w:val="20"/>
                <w:szCs w:val="20"/>
              </w:rPr>
              <w:br/>
            </w:r>
          </w:p>
        </w:tc>
        <w:tc>
          <w:tcPr>
            <w:tcW w:w="2192" w:type="dxa"/>
          </w:tcPr>
          <w:p w:rsidRPr="001A4E91" w:rsidR="006D7F69" w:rsidRDefault="006D7F69" w14:paraId="097653BD" w14:textId="77777777">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Pr="001A4E91" w:rsidR="00CF648B" w14:paraId="28A095EF" w14:textId="77777777">
        <w:trPr>
          <w:jc w:val="center"/>
        </w:trPr>
        <w:tc>
          <w:tcPr>
            <w:tcW w:w="10318" w:type="dxa"/>
            <w:shd w:val="clear" w:color="auto" w:fill="006B54"/>
            <w:tcMar>
              <w:top w:w="100" w:type="dxa"/>
              <w:left w:w="120" w:type="dxa"/>
              <w:bottom w:w="100" w:type="dxa"/>
              <w:right w:w="120" w:type="dxa"/>
            </w:tcMar>
            <w:vAlign w:val="center"/>
          </w:tcPr>
          <w:p w:rsidRPr="001A4E91" w:rsidR="00CF648B" w:rsidRDefault="00DB0165" w14:paraId="165DC215" w14:textId="037D52B7">
            <w:pPr>
              <w:spacing w:after="0"/>
              <w:rPr>
                <w:rFonts w:ascii="Aptos" w:hAnsi="Aptos"/>
                <w:sz w:val="20"/>
                <w:szCs w:val="20"/>
              </w:rPr>
            </w:pPr>
            <w:r w:rsidRPr="001A4E91">
              <w:rPr>
                <w:rFonts w:ascii="Aptos" w:hAnsi="Aptos"/>
                <w:b/>
                <w:color w:val="FFFFFF"/>
                <w:sz w:val="20"/>
                <w:szCs w:val="20"/>
              </w:rPr>
              <w:t xml:space="preserve"> PROFESSIONAL BODIES &amp; </w:t>
            </w:r>
            <w:r w:rsidRPr="001A4E91" w:rsidR="00DC0437">
              <w:rPr>
                <w:rFonts w:ascii="Aptos" w:hAnsi="Aptos"/>
                <w:b/>
                <w:color w:val="FFFFFF"/>
                <w:sz w:val="20"/>
                <w:szCs w:val="20"/>
              </w:rPr>
              <w:t>OTHER TRAINING COURSES</w:t>
            </w:r>
          </w:p>
        </w:tc>
      </w:tr>
    </w:tbl>
    <w:p w:rsidRPr="001A4E91" w:rsidR="00CF648B" w:rsidRDefault="00CF648B" w14:paraId="1F72F646" w14:textId="77777777">
      <w:pPr>
        <w:spacing w:after="0"/>
        <w:rPr>
          <w:rFonts w:ascii="Aptos" w:hAnsi="Aptos"/>
          <w:sz w:val="20"/>
          <w:szCs w:val="20"/>
        </w:rPr>
      </w:pPr>
    </w:p>
    <w:p w:rsidRPr="001A4E91" w:rsidR="00CF648B" w:rsidRDefault="00DC0437" w14:paraId="71105374" w14:textId="7777777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Pr="001A4E91" w:rsidR="00CF648B" w14:paraId="08CE6F91" w14:textId="77777777">
        <w:tc>
          <w:tcPr>
            <w:tcW w:w="10318" w:type="dxa"/>
            <w:tcMar>
              <w:top w:w="100" w:type="dxa"/>
              <w:left w:w="120" w:type="dxa"/>
              <w:bottom w:w="100" w:type="dxa"/>
              <w:right w:w="120" w:type="dxa"/>
            </w:tcMar>
            <w:vAlign w:val="center"/>
          </w:tcPr>
          <w:p w:rsidRPr="001A4E91" w:rsidR="00CF648B" w:rsidRDefault="00DC0437" w14:paraId="61CDCEAD" w14:textId="77777777">
            <w:pPr>
              <w:rPr>
                <w:rFonts w:ascii="Aptos" w:hAnsi="Aptos"/>
                <w:sz w:val="20"/>
                <w:szCs w:val="20"/>
              </w:rPr>
            </w:pPr>
            <w:r w:rsidRPr="001A4E91">
              <w:rPr>
                <w:rFonts w:ascii="Aptos" w:hAnsi="Aptos"/>
                <w:color w:val="000000"/>
                <w:sz w:val="20"/>
                <w:szCs w:val="20"/>
              </w:rPr>
              <w:br/>
            </w:r>
          </w:p>
        </w:tc>
      </w:tr>
      <w:tr w:rsidRPr="001A4E91" w:rsidR="00CF648B" w14:paraId="6BB9E253" w14:textId="77777777">
        <w:tc>
          <w:tcPr>
            <w:tcW w:w="10318" w:type="dxa"/>
            <w:tcMar>
              <w:top w:w="100" w:type="dxa"/>
              <w:left w:w="120" w:type="dxa"/>
              <w:bottom w:w="100" w:type="dxa"/>
              <w:right w:w="120" w:type="dxa"/>
            </w:tcMar>
            <w:vAlign w:val="center"/>
          </w:tcPr>
          <w:p w:rsidRPr="001A4E91" w:rsidR="00CF648B" w:rsidRDefault="00DC0437" w14:paraId="23DE523C" w14:textId="77777777">
            <w:pPr>
              <w:rPr>
                <w:rFonts w:ascii="Aptos" w:hAnsi="Aptos"/>
                <w:sz w:val="20"/>
                <w:szCs w:val="20"/>
              </w:rPr>
            </w:pPr>
            <w:r w:rsidRPr="001A4E91">
              <w:rPr>
                <w:rFonts w:ascii="Aptos" w:hAnsi="Aptos"/>
                <w:color w:val="000000"/>
                <w:sz w:val="20"/>
                <w:szCs w:val="20"/>
              </w:rPr>
              <w:br/>
            </w:r>
          </w:p>
        </w:tc>
      </w:tr>
      <w:tr w:rsidRPr="001A4E91" w:rsidR="00CF648B" w14:paraId="52E56223" w14:textId="77777777">
        <w:tc>
          <w:tcPr>
            <w:tcW w:w="10318" w:type="dxa"/>
            <w:tcMar>
              <w:top w:w="100" w:type="dxa"/>
              <w:left w:w="120" w:type="dxa"/>
              <w:bottom w:w="100" w:type="dxa"/>
              <w:right w:w="120" w:type="dxa"/>
            </w:tcMar>
            <w:vAlign w:val="center"/>
          </w:tcPr>
          <w:p w:rsidRPr="001A4E91" w:rsidR="00CF648B" w:rsidRDefault="00DC0437" w14:paraId="07547A01" w14:textId="77777777">
            <w:pPr>
              <w:rPr>
                <w:rFonts w:ascii="Aptos" w:hAnsi="Aptos"/>
                <w:sz w:val="20"/>
                <w:szCs w:val="20"/>
              </w:rPr>
            </w:pPr>
            <w:r w:rsidRPr="001A4E91">
              <w:rPr>
                <w:rFonts w:ascii="Aptos" w:hAnsi="Aptos"/>
                <w:color w:val="000000"/>
                <w:sz w:val="20"/>
                <w:szCs w:val="20"/>
              </w:rPr>
              <w:br/>
            </w:r>
          </w:p>
        </w:tc>
      </w:tr>
      <w:tr w:rsidRPr="001A4E91" w:rsidR="00CF648B" w14:paraId="5043CB0F" w14:textId="77777777">
        <w:tc>
          <w:tcPr>
            <w:tcW w:w="10318" w:type="dxa"/>
            <w:tcMar>
              <w:top w:w="100" w:type="dxa"/>
              <w:left w:w="120" w:type="dxa"/>
              <w:bottom w:w="100" w:type="dxa"/>
              <w:right w:w="120" w:type="dxa"/>
            </w:tcMar>
            <w:vAlign w:val="center"/>
          </w:tcPr>
          <w:p w:rsidRPr="001A4E91" w:rsidR="00CF648B" w:rsidRDefault="00DC0437" w14:paraId="07459315" w14:textId="7777777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Pr="001A4E91" w:rsidR="00CF648B" w14:paraId="57BAD784" w14:textId="77777777">
        <w:trPr>
          <w:jc w:val="center"/>
        </w:trPr>
        <w:tc>
          <w:tcPr>
            <w:tcW w:w="10318" w:type="dxa"/>
            <w:shd w:val="clear" w:color="auto" w:fill="006B54"/>
            <w:tcMar>
              <w:top w:w="100" w:type="dxa"/>
              <w:left w:w="120" w:type="dxa"/>
              <w:bottom w:w="100" w:type="dxa"/>
              <w:right w:w="120" w:type="dxa"/>
            </w:tcMar>
            <w:vAlign w:val="center"/>
          </w:tcPr>
          <w:p w:rsidRPr="001A4E91" w:rsidR="00CF648B" w:rsidRDefault="00CF648B" w14:paraId="4A40F299" w14:textId="79DADD84">
            <w:pPr>
              <w:spacing w:after="0"/>
              <w:rPr>
                <w:rFonts w:ascii="Aptos" w:hAnsi="Aptos"/>
                <w:sz w:val="20"/>
                <w:szCs w:val="20"/>
              </w:rPr>
            </w:pPr>
          </w:p>
        </w:tc>
      </w:tr>
    </w:tbl>
    <w:p w:rsidRPr="001A4E91" w:rsidR="00CF648B" w:rsidRDefault="00CF648B" w14:paraId="6537F28F" w14:textId="77777777">
      <w:pPr>
        <w:spacing w:after="0"/>
        <w:rPr>
          <w:rFonts w:ascii="Aptos" w:hAnsi="Aptos"/>
          <w:sz w:val="20"/>
          <w:szCs w:val="20"/>
        </w:rPr>
      </w:pPr>
    </w:p>
    <w:p w:rsidRPr="001A4E91" w:rsidR="00CF648B" w:rsidRDefault="00DC0437" w14:paraId="44E871BC" w14:textId="7777777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Pr="001A4E91" w:rsidR="00CF648B" w:rsidTr="3F9B9FB5" w14:paraId="12E04C3E" w14:textId="77777777">
        <w:trPr>
          <w:jc w:val="center"/>
        </w:trPr>
        <w:tc>
          <w:tcPr>
            <w:tcW w:w="5159" w:type="dxa"/>
            <w:tcMar>
              <w:top w:w="100" w:type="dxa"/>
              <w:left w:w="120" w:type="dxa"/>
              <w:bottom w:w="100" w:type="dxa"/>
              <w:right w:w="120" w:type="dxa"/>
            </w:tcMar>
            <w:vAlign w:val="center"/>
          </w:tcPr>
          <w:p w:rsidRPr="001A4E91" w:rsidR="00CF648B" w:rsidP="3F9B9FB5" w:rsidRDefault="00DC0437" w14:paraId="28CA03F9" w14:textId="77777777">
            <w:pPr>
              <w:spacing w:after="0"/>
              <w:rPr>
                <w:rFonts w:ascii="Aptos" w:hAnsi="Aptos"/>
                <w:b/>
                <w:bCs/>
                <w:color w:val="006B54"/>
                <w:sz w:val="20"/>
                <w:szCs w:val="20"/>
              </w:rPr>
            </w:pPr>
            <w:r w:rsidRPr="001A4E91">
              <w:rPr>
                <w:rFonts w:ascii="Aptos" w:hAnsi="Aptos"/>
                <w:b/>
                <w:bCs/>
                <w:color w:val="006B54"/>
                <w:sz w:val="20"/>
                <w:szCs w:val="20"/>
              </w:rPr>
              <w:t>Employment Application Form</w:t>
            </w:r>
          </w:p>
        </w:tc>
        <w:tc>
          <w:tcPr>
            <w:tcW w:w="5159" w:type="dxa"/>
            <w:tcMar>
              <w:top w:w="100" w:type="dxa"/>
              <w:left w:w="120" w:type="dxa"/>
              <w:bottom w:w="100" w:type="dxa"/>
              <w:right w:w="120" w:type="dxa"/>
            </w:tcMar>
            <w:vAlign w:val="center"/>
          </w:tcPr>
          <w:p w:rsidRPr="001A4E91" w:rsidR="00CF648B" w:rsidRDefault="00CF648B" w14:paraId="144A5D23" w14:textId="766BA795">
            <w:pPr>
              <w:jc w:val="right"/>
              <w:rPr>
                <w:rFonts w:ascii="Aptos" w:hAnsi="Aptos"/>
                <w:sz w:val="20"/>
                <w:szCs w:val="20"/>
              </w:rPr>
            </w:pPr>
          </w:p>
        </w:tc>
      </w:tr>
      <w:tr w:rsidRPr="001A4E91" w:rsidR="00CF648B" w:rsidTr="3F9B9FB5" w14:paraId="6B8D62B0" w14:textId="77777777">
        <w:trPr>
          <w:jc w:val="center"/>
        </w:trPr>
        <w:tc>
          <w:tcPr>
            <w:tcW w:w="10318" w:type="dxa"/>
            <w:gridSpan w:val="2"/>
            <w:shd w:val="clear" w:color="auto" w:fill="006B54"/>
            <w:tcMar>
              <w:top w:w="100" w:type="dxa"/>
              <w:left w:w="120" w:type="dxa"/>
              <w:bottom w:w="100" w:type="dxa"/>
              <w:right w:w="120" w:type="dxa"/>
            </w:tcMar>
            <w:vAlign w:val="center"/>
          </w:tcPr>
          <w:p w:rsidRPr="001A4E91" w:rsidR="00CF648B" w:rsidRDefault="00DC0437" w14:paraId="1E5BE367" w14:textId="77777777">
            <w:pPr>
              <w:spacing w:after="0"/>
              <w:rPr>
                <w:rFonts w:ascii="Aptos" w:hAnsi="Aptos"/>
                <w:sz w:val="20"/>
                <w:szCs w:val="20"/>
              </w:rPr>
            </w:pPr>
            <w:r w:rsidRPr="001A4E91">
              <w:rPr>
                <w:rFonts w:ascii="Aptos" w:hAnsi="Aptos"/>
                <w:b/>
                <w:color w:val="FFFFFF"/>
                <w:sz w:val="20"/>
                <w:szCs w:val="20"/>
              </w:rPr>
              <w:t>EMPLOYMENT HISTORY</w:t>
            </w:r>
          </w:p>
        </w:tc>
      </w:tr>
    </w:tbl>
    <w:p w:rsidRPr="001A4E91" w:rsidR="00CF648B" w:rsidRDefault="00CF648B" w14:paraId="738610EB" w14:textId="77777777">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Pr="001A4E91" w:rsidR="00CF648B" w14:paraId="6F44C9E9" w14:textId="77777777">
        <w:tc>
          <w:tcPr>
            <w:tcW w:w="5159" w:type="dxa"/>
            <w:shd w:val="clear" w:color="auto" w:fill="DDEFE8"/>
            <w:tcMar>
              <w:top w:w="100" w:type="dxa"/>
              <w:left w:w="120" w:type="dxa"/>
              <w:bottom w:w="100" w:type="dxa"/>
              <w:right w:w="120" w:type="dxa"/>
            </w:tcMar>
            <w:vAlign w:val="center"/>
          </w:tcPr>
          <w:p w:rsidRPr="001A4E91" w:rsidR="00CF648B" w:rsidRDefault="00DC0437" w14:paraId="643E27EE" w14:textId="7777777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07263F08" w14:textId="7777777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Pr="001A4E91" w:rsidR="00CF648B" w14:paraId="64C6E847" w14:textId="77777777">
        <w:tc>
          <w:tcPr>
            <w:tcW w:w="5159" w:type="dxa"/>
            <w:shd w:val="clear" w:color="auto" w:fill="DDEFE8"/>
            <w:tcMar>
              <w:top w:w="100" w:type="dxa"/>
              <w:left w:w="120" w:type="dxa"/>
              <w:bottom w:w="100" w:type="dxa"/>
              <w:right w:w="120" w:type="dxa"/>
            </w:tcMar>
            <w:vAlign w:val="center"/>
          </w:tcPr>
          <w:p w:rsidRPr="001A4E91" w:rsidR="00CF648B" w:rsidRDefault="00DC0437" w14:paraId="082C0D9F" w14:textId="7777777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62A8A13B" w14:textId="7777777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Pr="001A4E91" w:rsidR="00CF648B" w14:paraId="65001577" w14:textId="77777777">
        <w:tc>
          <w:tcPr>
            <w:tcW w:w="10318" w:type="dxa"/>
            <w:gridSpan w:val="2"/>
            <w:shd w:val="clear" w:color="auto" w:fill="F2F8F5"/>
            <w:tcMar>
              <w:top w:w="100" w:type="dxa"/>
              <w:left w:w="120" w:type="dxa"/>
              <w:bottom w:w="100" w:type="dxa"/>
              <w:right w:w="120" w:type="dxa"/>
            </w:tcMar>
            <w:vAlign w:val="center"/>
          </w:tcPr>
          <w:p w:rsidRPr="001A4E91" w:rsidR="00CF648B" w:rsidRDefault="00DC0437" w14:paraId="1C12CB3F" w14:textId="7777777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t>Reason for leaving:</w:t>
            </w:r>
            <w:r w:rsidRPr="001A4E91">
              <w:rPr>
                <w:rFonts w:ascii="Aptos" w:hAnsi="Aptos"/>
                <w:b/>
                <w:color w:val="006B54"/>
                <w:sz w:val="20"/>
                <w:szCs w:val="20"/>
              </w:rPr>
              <w:br/>
            </w:r>
          </w:p>
        </w:tc>
      </w:tr>
    </w:tbl>
    <w:p w:rsidRPr="001A4E91" w:rsidR="00CF648B" w:rsidRDefault="00CF648B" w14:paraId="637805D2" w14:textId="77777777">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Pr="001A4E91" w:rsidR="00CF648B" w14:paraId="64B3B167" w14:textId="77777777">
        <w:tc>
          <w:tcPr>
            <w:tcW w:w="5159" w:type="dxa"/>
            <w:shd w:val="clear" w:color="auto" w:fill="DDEFE8"/>
            <w:tcMar>
              <w:top w:w="100" w:type="dxa"/>
              <w:left w:w="120" w:type="dxa"/>
              <w:bottom w:w="100" w:type="dxa"/>
              <w:right w:w="120" w:type="dxa"/>
            </w:tcMar>
            <w:vAlign w:val="center"/>
          </w:tcPr>
          <w:p w:rsidRPr="001A4E91" w:rsidR="00CF648B" w:rsidRDefault="00DC0437" w14:paraId="2791D43F" w14:textId="7777777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5073D0C8" w14:textId="7777777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Pr="001A4E91" w:rsidR="00CF648B" w14:paraId="426F3C01" w14:textId="77777777">
        <w:tc>
          <w:tcPr>
            <w:tcW w:w="5159" w:type="dxa"/>
            <w:shd w:val="clear" w:color="auto" w:fill="DDEFE8"/>
            <w:tcMar>
              <w:top w:w="100" w:type="dxa"/>
              <w:left w:w="120" w:type="dxa"/>
              <w:bottom w:w="100" w:type="dxa"/>
              <w:right w:w="120" w:type="dxa"/>
            </w:tcMar>
            <w:vAlign w:val="center"/>
          </w:tcPr>
          <w:p w:rsidRPr="001A4E91" w:rsidR="00CF648B" w:rsidRDefault="00DC0437" w14:paraId="5D09F4CD" w14:textId="7777777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2B1D8A46" w14:textId="7777777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Pr="001A4E91" w:rsidR="00CF648B" w14:paraId="74825FE4" w14:textId="77777777">
        <w:tc>
          <w:tcPr>
            <w:tcW w:w="10318" w:type="dxa"/>
            <w:gridSpan w:val="2"/>
            <w:shd w:val="clear" w:color="auto" w:fill="F2F8F5"/>
            <w:tcMar>
              <w:top w:w="100" w:type="dxa"/>
              <w:left w:w="120" w:type="dxa"/>
              <w:bottom w:w="100" w:type="dxa"/>
              <w:right w:w="120" w:type="dxa"/>
            </w:tcMar>
            <w:vAlign w:val="center"/>
          </w:tcPr>
          <w:p w:rsidRPr="001A4E91" w:rsidR="00CF648B" w:rsidRDefault="00DC0437" w14:paraId="41BFD97D" w14:textId="7777777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t>Reason for leaving:</w:t>
            </w:r>
            <w:r w:rsidRPr="001A4E91">
              <w:rPr>
                <w:rFonts w:ascii="Aptos" w:hAnsi="Aptos"/>
                <w:b/>
                <w:color w:val="006B54"/>
                <w:sz w:val="20"/>
                <w:szCs w:val="20"/>
              </w:rPr>
              <w:br/>
            </w:r>
          </w:p>
        </w:tc>
      </w:tr>
    </w:tbl>
    <w:p w:rsidRPr="001A4E91" w:rsidR="00CF648B" w:rsidRDefault="00CF648B" w14:paraId="463F29E8" w14:textId="77777777">
      <w:pPr>
        <w:spacing w:after="60"/>
        <w:rPr>
          <w:rFonts w:ascii="Aptos" w:hAnsi="Aptos"/>
          <w:sz w:val="20"/>
          <w:szCs w:val="20"/>
        </w:rPr>
      </w:pPr>
    </w:p>
    <w:p w:rsidRPr="001A4E91" w:rsidR="00CF648B" w:rsidRDefault="00DC0437" w14:paraId="3B7B4B86" w14:textId="7777777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Pr="001A4E91" w:rsidR="00CF648B" w:rsidTr="3F9B9FB5" w14:paraId="5C57A25A" w14:textId="77777777">
        <w:trPr>
          <w:jc w:val="center"/>
        </w:trPr>
        <w:tc>
          <w:tcPr>
            <w:tcW w:w="5159" w:type="dxa"/>
            <w:tcMar>
              <w:top w:w="100" w:type="dxa"/>
              <w:left w:w="120" w:type="dxa"/>
              <w:bottom w:w="100" w:type="dxa"/>
              <w:right w:w="120" w:type="dxa"/>
            </w:tcMar>
            <w:vAlign w:val="center"/>
          </w:tcPr>
          <w:p w:rsidRPr="001A4E91" w:rsidR="00CF648B" w:rsidP="3F9B9FB5" w:rsidRDefault="00DC0437" w14:paraId="59079538" w14:textId="77777777">
            <w:pPr>
              <w:spacing w:after="0"/>
              <w:rPr>
                <w:rFonts w:ascii="Aptos" w:hAnsi="Aptos"/>
                <w:b/>
                <w:bCs/>
                <w:color w:val="006B54"/>
                <w:sz w:val="20"/>
                <w:szCs w:val="20"/>
              </w:rPr>
            </w:pPr>
            <w:r w:rsidRPr="001A4E91">
              <w:rPr>
                <w:rFonts w:ascii="Aptos" w:hAnsi="Aptos"/>
                <w:b/>
                <w:bCs/>
                <w:color w:val="006B54"/>
                <w:sz w:val="20"/>
                <w:szCs w:val="20"/>
              </w:rPr>
              <w:t>Employment Application Form</w:t>
            </w:r>
          </w:p>
        </w:tc>
        <w:tc>
          <w:tcPr>
            <w:tcW w:w="5159" w:type="dxa"/>
            <w:tcMar>
              <w:top w:w="100" w:type="dxa"/>
              <w:left w:w="120" w:type="dxa"/>
              <w:bottom w:w="100" w:type="dxa"/>
              <w:right w:w="120" w:type="dxa"/>
            </w:tcMar>
            <w:vAlign w:val="center"/>
          </w:tcPr>
          <w:p w:rsidRPr="001A4E91" w:rsidR="00CF648B" w:rsidRDefault="00CF648B" w14:paraId="3A0FF5F2" w14:textId="4A8A6C30">
            <w:pPr>
              <w:jc w:val="right"/>
              <w:rPr>
                <w:rFonts w:ascii="Aptos" w:hAnsi="Aptos"/>
                <w:sz w:val="20"/>
                <w:szCs w:val="20"/>
              </w:rPr>
            </w:pPr>
          </w:p>
        </w:tc>
      </w:tr>
      <w:tr w:rsidRPr="001A4E91" w:rsidR="00CF648B" w:rsidTr="3F9B9FB5" w14:paraId="3BBF888B" w14:textId="77777777">
        <w:trPr>
          <w:jc w:val="center"/>
        </w:trPr>
        <w:tc>
          <w:tcPr>
            <w:tcW w:w="10318" w:type="dxa"/>
            <w:gridSpan w:val="2"/>
            <w:shd w:val="clear" w:color="auto" w:fill="006B54"/>
            <w:tcMar>
              <w:top w:w="100" w:type="dxa"/>
              <w:left w:w="120" w:type="dxa"/>
              <w:bottom w:w="100" w:type="dxa"/>
              <w:right w:w="120" w:type="dxa"/>
            </w:tcMar>
            <w:vAlign w:val="center"/>
          </w:tcPr>
          <w:p w:rsidRPr="001A4E91" w:rsidR="00CF648B" w:rsidRDefault="00DC0437" w14:paraId="49352701" w14:textId="77777777">
            <w:pPr>
              <w:spacing w:after="0"/>
              <w:rPr>
                <w:rFonts w:ascii="Aptos" w:hAnsi="Aptos"/>
                <w:sz w:val="20"/>
                <w:szCs w:val="20"/>
              </w:rPr>
            </w:pPr>
            <w:r w:rsidRPr="001A4E91">
              <w:rPr>
                <w:rFonts w:ascii="Aptos" w:hAnsi="Aptos"/>
                <w:b/>
                <w:color w:val="FFFFFF"/>
                <w:sz w:val="20"/>
                <w:szCs w:val="20"/>
              </w:rPr>
              <w:t>EMPLOYMENT HISTORY</w:t>
            </w:r>
          </w:p>
        </w:tc>
      </w:tr>
    </w:tbl>
    <w:p w:rsidRPr="001A4E91" w:rsidR="00CF648B" w:rsidRDefault="00CF648B" w14:paraId="5630AD66" w14:textId="77777777">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Pr="001A4E91" w:rsidR="00CF648B" w14:paraId="3896B6D8" w14:textId="77777777">
        <w:tc>
          <w:tcPr>
            <w:tcW w:w="5159" w:type="dxa"/>
            <w:shd w:val="clear" w:color="auto" w:fill="DDEFE8"/>
            <w:tcMar>
              <w:top w:w="100" w:type="dxa"/>
              <w:left w:w="120" w:type="dxa"/>
              <w:bottom w:w="100" w:type="dxa"/>
              <w:right w:w="120" w:type="dxa"/>
            </w:tcMar>
            <w:vAlign w:val="center"/>
          </w:tcPr>
          <w:p w:rsidRPr="001A4E91" w:rsidR="00CF648B" w:rsidRDefault="00DC0437" w14:paraId="74B9C3CE" w14:textId="7777777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6F16CBF1" w14:textId="7777777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Pr="001A4E91" w:rsidR="00CF648B" w14:paraId="65C6241A" w14:textId="77777777">
        <w:tc>
          <w:tcPr>
            <w:tcW w:w="5159" w:type="dxa"/>
            <w:shd w:val="clear" w:color="auto" w:fill="DDEFE8"/>
            <w:tcMar>
              <w:top w:w="100" w:type="dxa"/>
              <w:left w:w="120" w:type="dxa"/>
              <w:bottom w:w="100" w:type="dxa"/>
              <w:right w:w="120" w:type="dxa"/>
            </w:tcMar>
            <w:vAlign w:val="center"/>
          </w:tcPr>
          <w:p w:rsidRPr="001A4E91" w:rsidR="00CF648B" w:rsidRDefault="00DC0437" w14:paraId="0EF80079" w14:textId="7777777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1C07F0D6" w14:textId="7777777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Pr="001A4E91" w:rsidR="00CF648B" w14:paraId="30BEFFE1" w14:textId="77777777">
        <w:tc>
          <w:tcPr>
            <w:tcW w:w="10318" w:type="dxa"/>
            <w:gridSpan w:val="2"/>
            <w:shd w:val="clear" w:color="auto" w:fill="F2F8F5"/>
            <w:tcMar>
              <w:top w:w="100" w:type="dxa"/>
              <w:left w:w="120" w:type="dxa"/>
              <w:bottom w:w="100" w:type="dxa"/>
              <w:right w:w="120" w:type="dxa"/>
            </w:tcMar>
            <w:vAlign w:val="center"/>
          </w:tcPr>
          <w:p w:rsidRPr="001A4E91" w:rsidR="00CF648B" w:rsidRDefault="00DC0437" w14:paraId="4597DA7A" w14:textId="7777777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t>Reason for leaving:</w:t>
            </w:r>
            <w:r w:rsidRPr="001A4E91">
              <w:rPr>
                <w:rFonts w:ascii="Aptos" w:hAnsi="Aptos"/>
                <w:b/>
                <w:color w:val="006B54"/>
                <w:sz w:val="20"/>
                <w:szCs w:val="20"/>
              </w:rPr>
              <w:br/>
            </w:r>
          </w:p>
        </w:tc>
      </w:tr>
    </w:tbl>
    <w:p w:rsidRPr="001A4E91" w:rsidR="00CF648B" w:rsidRDefault="00CF648B" w14:paraId="61829076" w14:textId="77777777">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Pr="001A4E91" w:rsidR="00CF648B" w14:paraId="330BC5FB" w14:textId="77777777">
        <w:tc>
          <w:tcPr>
            <w:tcW w:w="5159" w:type="dxa"/>
            <w:shd w:val="clear" w:color="auto" w:fill="DDEFE8"/>
            <w:tcMar>
              <w:top w:w="100" w:type="dxa"/>
              <w:left w:w="120" w:type="dxa"/>
              <w:bottom w:w="100" w:type="dxa"/>
              <w:right w:w="120" w:type="dxa"/>
            </w:tcMar>
            <w:vAlign w:val="center"/>
          </w:tcPr>
          <w:p w:rsidRPr="001A4E91" w:rsidR="00CF648B" w:rsidRDefault="00DC0437" w14:paraId="0A2A72D8" w14:textId="7777777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505BC253" w14:textId="7777777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Pr="001A4E91" w:rsidR="00CF648B" w14:paraId="2D4A1C43" w14:textId="77777777">
        <w:tc>
          <w:tcPr>
            <w:tcW w:w="5159" w:type="dxa"/>
            <w:shd w:val="clear" w:color="auto" w:fill="DDEFE8"/>
            <w:tcMar>
              <w:top w:w="100" w:type="dxa"/>
              <w:left w:w="120" w:type="dxa"/>
              <w:bottom w:w="100" w:type="dxa"/>
              <w:right w:w="120" w:type="dxa"/>
            </w:tcMar>
            <w:vAlign w:val="center"/>
          </w:tcPr>
          <w:p w:rsidRPr="001A4E91" w:rsidR="00CF648B" w:rsidRDefault="00DC0437" w14:paraId="2D0651E9" w14:textId="7777777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3A0BC237" w14:textId="7777777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Pr="001A4E91" w:rsidR="00CF648B" w14:paraId="42F2A786" w14:textId="77777777">
        <w:tc>
          <w:tcPr>
            <w:tcW w:w="10318" w:type="dxa"/>
            <w:gridSpan w:val="2"/>
            <w:shd w:val="clear" w:color="auto" w:fill="F2F8F5"/>
            <w:tcMar>
              <w:top w:w="100" w:type="dxa"/>
              <w:left w:w="120" w:type="dxa"/>
              <w:bottom w:w="100" w:type="dxa"/>
              <w:right w:w="120" w:type="dxa"/>
            </w:tcMar>
            <w:vAlign w:val="center"/>
          </w:tcPr>
          <w:p w:rsidRPr="001A4E91" w:rsidR="00CF648B" w:rsidRDefault="00DC0437" w14:paraId="7D447025" w14:textId="7777777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t>Reason for leaving:</w:t>
            </w:r>
            <w:r w:rsidRPr="001A4E91">
              <w:rPr>
                <w:rFonts w:ascii="Aptos" w:hAnsi="Aptos"/>
                <w:b/>
                <w:color w:val="006B54"/>
                <w:sz w:val="20"/>
                <w:szCs w:val="20"/>
              </w:rPr>
              <w:br/>
            </w:r>
          </w:p>
        </w:tc>
      </w:tr>
    </w:tbl>
    <w:p w:rsidRPr="001A4E91" w:rsidR="00CF648B" w:rsidRDefault="00CF648B" w14:paraId="2BA226A1" w14:textId="77777777">
      <w:pPr>
        <w:spacing w:after="60"/>
        <w:rPr>
          <w:rFonts w:ascii="Aptos" w:hAnsi="Aptos"/>
          <w:sz w:val="20"/>
          <w:szCs w:val="20"/>
        </w:rPr>
      </w:pPr>
    </w:p>
    <w:p w:rsidRPr="001A4E91" w:rsidR="00CF648B" w:rsidRDefault="00DC0437" w14:paraId="17AD93B2" w14:textId="7777777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Pr="001A4E91" w:rsidR="00CF648B" w:rsidTr="3F9B9FB5" w14:paraId="4739E1CD" w14:textId="77777777">
        <w:trPr>
          <w:jc w:val="center"/>
        </w:trPr>
        <w:tc>
          <w:tcPr>
            <w:tcW w:w="5159" w:type="dxa"/>
            <w:tcMar>
              <w:top w:w="100" w:type="dxa"/>
              <w:left w:w="120" w:type="dxa"/>
              <w:bottom w:w="100" w:type="dxa"/>
              <w:right w:w="120" w:type="dxa"/>
            </w:tcMar>
            <w:vAlign w:val="center"/>
          </w:tcPr>
          <w:p w:rsidRPr="009A77A6" w:rsidR="00CF648B" w:rsidP="3F9B9FB5" w:rsidRDefault="00DC0437" w14:paraId="40A840BB" w14:textId="77777777">
            <w:pPr>
              <w:spacing w:after="0"/>
              <w:rPr>
                <w:rFonts w:ascii="Aptos" w:hAnsi="Aptos"/>
                <w:b/>
                <w:bCs/>
                <w:color w:val="006B54"/>
                <w:sz w:val="24"/>
                <w:szCs w:val="24"/>
              </w:rPr>
            </w:pPr>
            <w:r w:rsidRPr="009A77A6">
              <w:rPr>
                <w:rFonts w:ascii="Aptos" w:hAnsi="Aptos"/>
                <w:b/>
                <w:bCs/>
                <w:color w:val="006B54"/>
                <w:sz w:val="24"/>
                <w:szCs w:val="24"/>
              </w:rPr>
              <w:t>Employment Application Form</w:t>
            </w:r>
          </w:p>
        </w:tc>
        <w:tc>
          <w:tcPr>
            <w:tcW w:w="5159" w:type="dxa"/>
            <w:tcMar>
              <w:top w:w="100" w:type="dxa"/>
              <w:left w:w="120" w:type="dxa"/>
              <w:bottom w:w="100" w:type="dxa"/>
              <w:right w:w="120" w:type="dxa"/>
            </w:tcMar>
            <w:vAlign w:val="center"/>
          </w:tcPr>
          <w:p w:rsidRPr="001A4E91" w:rsidR="00CF648B" w:rsidRDefault="00CF648B" w14:paraId="0DE4B5B7" w14:textId="26338EAC">
            <w:pPr>
              <w:jc w:val="right"/>
              <w:rPr>
                <w:rFonts w:ascii="Aptos" w:hAnsi="Aptos"/>
                <w:sz w:val="20"/>
                <w:szCs w:val="20"/>
              </w:rPr>
            </w:pPr>
          </w:p>
        </w:tc>
      </w:tr>
      <w:tr w:rsidRPr="001A4E91" w:rsidR="00CF648B" w:rsidTr="3F9B9FB5" w14:paraId="266D5D06" w14:textId="77777777">
        <w:trPr>
          <w:jc w:val="center"/>
        </w:trPr>
        <w:tc>
          <w:tcPr>
            <w:tcW w:w="10318" w:type="dxa"/>
            <w:gridSpan w:val="2"/>
            <w:shd w:val="clear" w:color="auto" w:fill="006B54"/>
            <w:tcMar>
              <w:top w:w="100" w:type="dxa"/>
              <w:left w:w="120" w:type="dxa"/>
              <w:bottom w:w="100" w:type="dxa"/>
              <w:right w:w="120" w:type="dxa"/>
            </w:tcMar>
            <w:vAlign w:val="center"/>
          </w:tcPr>
          <w:p w:rsidRPr="009A77A6" w:rsidR="00CF648B" w:rsidRDefault="00DC0437" w14:paraId="029D36D0" w14:textId="77777777">
            <w:pPr>
              <w:spacing w:after="0"/>
              <w:rPr>
                <w:rFonts w:ascii="Aptos" w:hAnsi="Aptos"/>
                <w:sz w:val="24"/>
                <w:szCs w:val="24"/>
              </w:rPr>
            </w:pPr>
            <w:r w:rsidRPr="009A77A6">
              <w:rPr>
                <w:rFonts w:ascii="Aptos" w:hAnsi="Aptos"/>
                <w:b/>
                <w:color w:val="FFFFFF"/>
                <w:sz w:val="24"/>
                <w:szCs w:val="24"/>
              </w:rPr>
              <w:t>EMPLOYMENT HISTORY</w:t>
            </w:r>
          </w:p>
        </w:tc>
      </w:tr>
    </w:tbl>
    <w:p w:rsidRPr="001A4E91" w:rsidR="00CF648B" w:rsidRDefault="00CF648B" w14:paraId="66204FF1" w14:textId="77777777">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Pr="001A4E91" w:rsidR="00CF648B" w14:paraId="31ACB849" w14:textId="77777777">
        <w:tc>
          <w:tcPr>
            <w:tcW w:w="5159" w:type="dxa"/>
            <w:shd w:val="clear" w:color="auto" w:fill="DDEFE8"/>
            <w:tcMar>
              <w:top w:w="100" w:type="dxa"/>
              <w:left w:w="120" w:type="dxa"/>
              <w:bottom w:w="100" w:type="dxa"/>
              <w:right w:w="120" w:type="dxa"/>
            </w:tcMar>
            <w:vAlign w:val="center"/>
          </w:tcPr>
          <w:p w:rsidRPr="001A4E91" w:rsidR="00CF648B" w:rsidRDefault="00DC0437" w14:paraId="6FE00986" w14:textId="7777777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185AC3FE" w14:textId="7777777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Pr="001A4E91" w:rsidR="00CF648B" w14:paraId="6B107590" w14:textId="77777777">
        <w:tc>
          <w:tcPr>
            <w:tcW w:w="5159" w:type="dxa"/>
            <w:shd w:val="clear" w:color="auto" w:fill="DDEFE8"/>
            <w:tcMar>
              <w:top w:w="100" w:type="dxa"/>
              <w:left w:w="120" w:type="dxa"/>
              <w:bottom w:w="100" w:type="dxa"/>
              <w:right w:w="120" w:type="dxa"/>
            </w:tcMar>
            <w:vAlign w:val="center"/>
          </w:tcPr>
          <w:p w:rsidRPr="001A4E91" w:rsidR="00CF648B" w:rsidRDefault="00DC0437" w14:paraId="202DAFBA" w14:textId="7777777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62D7F8A9" w14:textId="7777777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Pr="001A4E91" w:rsidR="00CF648B" w14:paraId="238673E1" w14:textId="77777777">
        <w:tc>
          <w:tcPr>
            <w:tcW w:w="10318" w:type="dxa"/>
            <w:gridSpan w:val="2"/>
            <w:shd w:val="clear" w:color="auto" w:fill="F2F8F5"/>
            <w:tcMar>
              <w:top w:w="100" w:type="dxa"/>
              <w:left w:w="120" w:type="dxa"/>
              <w:bottom w:w="100" w:type="dxa"/>
              <w:right w:w="120" w:type="dxa"/>
            </w:tcMar>
            <w:vAlign w:val="center"/>
          </w:tcPr>
          <w:p w:rsidRPr="001A4E91" w:rsidR="00CF648B" w:rsidRDefault="00DC0437" w14:paraId="42114AC0" w14:textId="7777777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t>Reason for leaving:</w:t>
            </w:r>
            <w:r w:rsidRPr="001A4E91">
              <w:rPr>
                <w:rFonts w:ascii="Aptos" w:hAnsi="Aptos"/>
                <w:b/>
                <w:color w:val="006B54"/>
                <w:sz w:val="20"/>
                <w:szCs w:val="20"/>
              </w:rPr>
              <w:br/>
            </w:r>
          </w:p>
        </w:tc>
      </w:tr>
    </w:tbl>
    <w:p w:rsidRPr="001A4E91" w:rsidR="00CF648B" w:rsidRDefault="00CF648B" w14:paraId="2DBF0D7D" w14:textId="77777777">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Pr="001A4E91" w:rsidR="00CF648B" w14:paraId="5138CC87" w14:textId="77777777">
        <w:tc>
          <w:tcPr>
            <w:tcW w:w="5159" w:type="dxa"/>
            <w:shd w:val="clear" w:color="auto" w:fill="DDEFE8"/>
            <w:tcMar>
              <w:top w:w="100" w:type="dxa"/>
              <w:left w:w="120" w:type="dxa"/>
              <w:bottom w:w="100" w:type="dxa"/>
              <w:right w:w="120" w:type="dxa"/>
            </w:tcMar>
            <w:vAlign w:val="center"/>
          </w:tcPr>
          <w:p w:rsidRPr="001A4E91" w:rsidR="00CF648B" w:rsidRDefault="00DC0437" w14:paraId="26318634" w14:textId="7777777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2CD3B037" w14:textId="7777777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Pr="001A4E91" w:rsidR="00CF648B" w14:paraId="3ED9DF97" w14:textId="77777777">
        <w:tc>
          <w:tcPr>
            <w:tcW w:w="5159" w:type="dxa"/>
            <w:shd w:val="clear" w:color="auto" w:fill="DDEFE8"/>
            <w:tcMar>
              <w:top w:w="100" w:type="dxa"/>
              <w:left w:w="120" w:type="dxa"/>
              <w:bottom w:w="100" w:type="dxa"/>
              <w:right w:w="120" w:type="dxa"/>
            </w:tcMar>
            <w:vAlign w:val="center"/>
          </w:tcPr>
          <w:p w:rsidRPr="001A4E91" w:rsidR="00CF648B" w:rsidRDefault="00DC0437" w14:paraId="45BD63B6" w14:textId="7777777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rsidRPr="001A4E91" w:rsidR="00CF648B" w:rsidRDefault="00DC0437" w14:paraId="623E06EB" w14:textId="7777777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Pr="001A4E91" w:rsidR="00CF648B" w14:paraId="2A678356" w14:textId="77777777">
        <w:tc>
          <w:tcPr>
            <w:tcW w:w="10318" w:type="dxa"/>
            <w:gridSpan w:val="2"/>
            <w:shd w:val="clear" w:color="auto" w:fill="F2F8F5"/>
            <w:tcMar>
              <w:top w:w="100" w:type="dxa"/>
              <w:left w:w="120" w:type="dxa"/>
              <w:bottom w:w="100" w:type="dxa"/>
              <w:right w:w="120" w:type="dxa"/>
            </w:tcMar>
            <w:vAlign w:val="center"/>
          </w:tcPr>
          <w:p w:rsidRPr="001A4E91" w:rsidR="00CF648B" w:rsidRDefault="00DC0437" w14:paraId="2502E8C9" w14:textId="7777777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t>Reason for leaving:</w:t>
            </w:r>
            <w:r w:rsidRPr="001A4E91">
              <w:rPr>
                <w:rFonts w:ascii="Aptos" w:hAnsi="Aptos"/>
                <w:b/>
                <w:color w:val="006B54"/>
                <w:sz w:val="20"/>
                <w:szCs w:val="20"/>
              </w:rPr>
              <w:br/>
            </w:r>
          </w:p>
        </w:tc>
      </w:tr>
    </w:tbl>
    <w:p w:rsidRPr="001A4E91" w:rsidR="00CF648B" w:rsidRDefault="00CF648B" w14:paraId="6B62F1B3" w14:textId="77777777">
      <w:pPr>
        <w:spacing w:after="60"/>
        <w:rPr>
          <w:rFonts w:ascii="Aptos" w:hAnsi="Aptos"/>
          <w:sz w:val="20"/>
          <w:szCs w:val="20"/>
        </w:rPr>
      </w:pPr>
    </w:p>
    <w:p w:rsidRPr="001A4E91" w:rsidR="00CF648B" w:rsidRDefault="00DC0437" w14:paraId="02F2C34E" w14:textId="7777777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Pr="001A4E91" w:rsidR="00CF648B" w:rsidTr="3F9B9FB5" w14:paraId="7023CB38" w14:textId="77777777">
        <w:trPr>
          <w:jc w:val="center"/>
        </w:trPr>
        <w:tc>
          <w:tcPr>
            <w:tcW w:w="5159" w:type="dxa"/>
            <w:tcMar>
              <w:top w:w="100" w:type="dxa"/>
              <w:left w:w="120" w:type="dxa"/>
              <w:bottom w:w="100" w:type="dxa"/>
              <w:right w:w="120" w:type="dxa"/>
            </w:tcMar>
            <w:vAlign w:val="center"/>
          </w:tcPr>
          <w:p w:rsidRPr="009A77A6" w:rsidR="00CF648B" w:rsidP="3F9B9FB5" w:rsidRDefault="00DC0437" w14:paraId="7CBE6F3E" w14:textId="77777777">
            <w:pPr>
              <w:spacing w:after="0"/>
              <w:rPr>
                <w:rFonts w:ascii="Aptos" w:hAnsi="Aptos"/>
                <w:b/>
                <w:bCs/>
                <w:color w:val="006B54"/>
                <w:sz w:val="24"/>
                <w:szCs w:val="24"/>
              </w:rPr>
            </w:pPr>
            <w:r w:rsidRPr="009A77A6">
              <w:rPr>
                <w:rFonts w:ascii="Aptos" w:hAnsi="Aptos"/>
                <w:b/>
                <w:bCs/>
                <w:color w:val="006B54"/>
                <w:sz w:val="24"/>
                <w:szCs w:val="24"/>
              </w:rPr>
              <w:t>Employment Application Form</w:t>
            </w:r>
          </w:p>
        </w:tc>
        <w:tc>
          <w:tcPr>
            <w:tcW w:w="5159" w:type="dxa"/>
            <w:tcMar>
              <w:top w:w="100" w:type="dxa"/>
              <w:left w:w="120" w:type="dxa"/>
              <w:bottom w:w="100" w:type="dxa"/>
              <w:right w:w="120" w:type="dxa"/>
            </w:tcMar>
            <w:vAlign w:val="center"/>
          </w:tcPr>
          <w:p w:rsidRPr="001A4E91" w:rsidR="00CF648B" w:rsidRDefault="00CF648B" w14:paraId="680A4E5D" w14:textId="4346E8CD">
            <w:pPr>
              <w:jc w:val="right"/>
              <w:rPr>
                <w:rFonts w:ascii="Aptos" w:hAnsi="Aptos"/>
                <w:sz w:val="20"/>
                <w:szCs w:val="20"/>
              </w:rPr>
            </w:pPr>
          </w:p>
        </w:tc>
      </w:tr>
      <w:tr w:rsidRPr="001A4E91" w:rsidR="00CF648B" w:rsidTr="3F9B9FB5" w14:paraId="3B31CA9F" w14:textId="77777777">
        <w:trPr>
          <w:jc w:val="center"/>
        </w:trPr>
        <w:tc>
          <w:tcPr>
            <w:tcW w:w="10318" w:type="dxa"/>
            <w:gridSpan w:val="2"/>
            <w:shd w:val="clear" w:color="auto" w:fill="006B54"/>
            <w:tcMar>
              <w:top w:w="100" w:type="dxa"/>
              <w:left w:w="120" w:type="dxa"/>
              <w:bottom w:w="100" w:type="dxa"/>
              <w:right w:w="120" w:type="dxa"/>
            </w:tcMar>
            <w:vAlign w:val="center"/>
          </w:tcPr>
          <w:p w:rsidRPr="00D92A8F" w:rsidR="00CF648B" w:rsidRDefault="00DC0437" w14:paraId="54517775" w14:textId="77777777">
            <w:pPr>
              <w:spacing w:after="0"/>
              <w:rPr>
                <w:rFonts w:ascii="Aptos" w:hAnsi="Aptos"/>
                <w:sz w:val="28"/>
                <w:szCs w:val="28"/>
              </w:rPr>
            </w:pPr>
            <w:r w:rsidRPr="00D92A8F">
              <w:rPr>
                <w:rFonts w:ascii="Aptos" w:hAnsi="Aptos"/>
                <w:b/>
                <w:color w:val="FFFFFF"/>
                <w:sz w:val="28"/>
                <w:szCs w:val="28"/>
              </w:rPr>
              <w:t>KEY COMPETENCIES - Candidate must provide evidence of the following:</w:t>
            </w:r>
          </w:p>
        </w:tc>
      </w:tr>
    </w:tbl>
    <w:p w:rsidRPr="001A4E91" w:rsidR="00CF648B" w:rsidRDefault="00CF648B" w14:paraId="19219836" w14:textId="77777777">
      <w:pPr>
        <w:spacing w:after="0"/>
        <w:rPr>
          <w:rFonts w:ascii="Aptos" w:hAnsi="Aptos"/>
          <w:sz w:val="20"/>
          <w:szCs w:val="20"/>
        </w:rPr>
      </w:pPr>
    </w:p>
    <w:p w:rsidRPr="00D92A8F" w:rsidR="7041137D" w:rsidP="401D4E06" w:rsidRDefault="7041137D" w14:paraId="6ACCC50A" w14:textId="44DBE420">
      <w:pPr>
        <w:pStyle w:val="Heading4"/>
        <w:shd w:val="clear" w:color="auto" w:fill="E6F0EC"/>
        <w:spacing w:before="0" w:after="240"/>
        <w:rPr>
          <w:rFonts w:ascii="Aptos" w:hAnsi="Aptos" w:eastAsia="Arial" w:cs="Arial"/>
          <w:i w:val="0"/>
          <w:iCs w:val="0"/>
          <w:color w:val="006443"/>
          <w:sz w:val="24"/>
          <w:szCs w:val="24"/>
        </w:rPr>
      </w:pPr>
      <w:r w:rsidRPr="00D92A8F">
        <w:rPr>
          <w:rFonts w:ascii="Aptos" w:hAnsi="Aptos" w:eastAsia="Arial"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Pr="001A4E91" w:rsidR="3F9B9FB5" w:rsidTr="437BC99B" w14:paraId="57B14DA5" w14:textId="77777777">
        <w:trPr>
          <w:trHeight w:val="300"/>
        </w:trPr>
        <w:tc>
          <w:tcPr>
            <w:tcW w:w="10308" w:type="dxa"/>
            <w:shd w:val="clear" w:color="auto" w:fill="DDEFE8"/>
            <w:tcMar>
              <w:top w:w="100" w:type="dxa"/>
              <w:left w:w="120" w:type="dxa"/>
              <w:bottom w:w="100" w:type="dxa"/>
              <w:right w:w="120" w:type="dxa"/>
            </w:tcMar>
            <w:vAlign w:val="center"/>
          </w:tcPr>
          <w:p w:rsidRPr="009A77A6" w:rsidR="7041137D" w:rsidP="437BC99B" w:rsidRDefault="7041137D" w14:paraId="14DF5199" w14:textId="6C3C3246">
            <w:pPr>
              <w:rPr>
                <w:rFonts w:ascii="Aptos" w:hAnsi="Aptos" w:eastAsia="Arial" w:cs="Arial"/>
                <w:b w:val="1"/>
                <w:bCs w:val="1"/>
                <w:color w:val="006B54"/>
                <w:sz w:val="22"/>
                <w:szCs w:val="22"/>
              </w:rPr>
            </w:pPr>
            <w:r w:rsidRPr="437BC99B" w:rsidR="7041137D">
              <w:rPr>
                <w:rFonts w:ascii="Aptos" w:hAnsi="Aptos" w:eastAsia="Arial" w:cs="Arial"/>
                <w:b w:val="1"/>
                <w:bCs w:val="1"/>
                <w:color w:val="006B54"/>
                <w:sz w:val="22"/>
                <w:szCs w:val="22"/>
              </w:rPr>
              <w:t xml:space="preserve">Please give your reasons for making this application, </w:t>
            </w:r>
            <w:r w:rsidRPr="437BC99B" w:rsidR="7041137D">
              <w:rPr>
                <w:rFonts w:ascii="Aptos" w:hAnsi="Aptos" w:eastAsia="Arial" w:cs="Arial"/>
                <w:b w:val="1"/>
                <w:bCs w:val="1"/>
                <w:color w:val="006B54"/>
                <w:sz w:val="22"/>
                <w:szCs w:val="22"/>
              </w:rPr>
              <w:t>relating</w:t>
            </w:r>
            <w:r w:rsidRPr="437BC99B" w:rsidR="7041137D">
              <w:rPr>
                <w:rFonts w:ascii="Aptos" w:hAnsi="Aptos" w:eastAsia="Arial" w:cs="Arial"/>
                <w:b w:val="1"/>
                <w:bCs w:val="1"/>
                <w:color w:val="006B54"/>
                <w:sz w:val="22"/>
                <w:szCs w:val="22"/>
              </w:rPr>
              <w:t xml:space="preserve"> your experience, achievements and abilities to the post for which you are applying. Make any points of particular interest, such as practical experience in specialised areas and notable achievements.</w:t>
            </w:r>
          </w:p>
        </w:tc>
      </w:tr>
      <w:tr w:rsidRPr="001A4E91" w:rsidR="3F9B9FB5" w:rsidTr="437BC99B" w14:paraId="0B9C91AB" w14:textId="77777777">
        <w:trPr>
          <w:trHeight w:val="300"/>
        </w:trPr>
        <w:tc>
          <w:tcPr>
            <w:tcW w:w="10308" w:type="dxa"/>
            <w:tcMar>
              <w:top w:w="100" w:type="dxa"/>
              <w:left w:w="120" w:type="dxa"/>
              <w:bottom w:w="100" w:type="dxa"/>
              <w:right w:w="120" w:type="dxa"/>
            </w:tcMar>
            <w:vAlign w:val="center"/>
          </w:tcPr>
          <w:p w:rsidRPr="001A4E91" w:rsidR="3F9B9FB5" w:rsidP="3F9B9FB5" w:rsidRDefault="3F9B9FB5" w14:paraId="354493E8" w14:textId="77777777">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Pr="001A4E91" w:rsidR="3443A52E" w:rsidTr="437BC99B" w14:paraId="23F4E72F" w14:textId="77777777">
        <w:tblPrEx>
          <w:tblLook w:val="06A0" w:firstRow="1" w:lastRow="0" w:firstColumn="1" w:lastColumn="0" w:noHBand="1" w:noVBand="1"/>
        </w:tblPrEx>
        <w:trPr>
          <w:trHeight w:val="300"/>
        </w:trPr>
        <w:tc>
          <w:tcPr>
            <w:tcW w:w="10305" w:type="dxa"/>
            <w:tcMar/>
          </w:tcPr>
          <w:p w:rsidRPr="001A4E91" w:rsidR="3443A52E" w:rsidP="3443A52E" w:rsidRDefault="3443A52E" w14:paraId="2D49EB8E" w14:textId="53BCC4A2">
            <w:pPr>
              <w:spacing w:line="276" w:lineRule="auto"/>
              <w:rPr>
                <w:rFonts w:ascii="Aptos" w:hAnsi="Aptos"/>
                <w:sz w:val="20"/>
                <w:szCs w:val="20"/>
              </w:rPr>
            </w:pPr>
          </w:p>
          <w:p w:rsidRPr="001A4E91" w:rsidR="09AF46E9" w:rsidP="3443A52E" w:rsidRDefault="09AF46E9" w14:paraId="06F26E59" w14:textId="0B623690">
            <w:pPr>
              <w:rPr>
                <w:rFonts w:ascii="Aptos" w:hAnsi="Aptos"/>
                <w:sz w:val="20"/>
                <w:szCs w:val="20"/>
              </w:rPr>
            </w:pPr>
            <w:r w:rsidRPr="001A4E91">
              <w:rPr>
                <w:rFonts w:ascii="Aptos" w:hAnsi="Aptos" w:eastAsia="Arial" w:cs="Arial"/>
                <w:sz w:val="20"/>
                <w:szCs w:val="20"/>
              </w:rPr>
              <w:t xml:space="preserve">Are you proficient in the use of Microsoft Office applications (e.g. Outlook, Word, Excel, </w:t>
            </w:r>
            <w:r w:rsidRPr="001A4E91" w:rsidR="07918B2D">
              <w:rPr>
                <w:rFonts w:ascii="Aptos" w:hAnsi="Aptos" w:eastAsia="Arial" w:cs="Arial"/>
                <w:sz w:val="20"/>
                <w:szCs w:val="20"/>
              </w:rPr>
              <w:t>PowerPoint,</w:t>
            </w:r>
            <w:r w:rsidRPr="001A4E91">
              <w:rPr>
                <w:rFonts w:ascii="Aptos" w:hAnsi="Aptos" w:eastAsia="Arial" w:cs="Arial"/>
                <w:sz w:val="20"/>
                <w:szCs w:val="20"/>
              </w:rPr>
              <w:t xml:space="preserve"> and Teams) required to perform the duties of this role?</w:t>
            </w:r>
          </w:p>
          <w:p w:rsidRPr="001A4E91" w:rsidR="3443A52E" w:rsidP="3443A52E" w:rsidRDefault="3443A52E" w14:paraId="79728924" w14:textId="706A33C2">
            <w:pPr>
              <w:rPr>
                <w:rFonts w:ascii="Aptos" w:hAnsi="Aptos" w:eastAsia="Arial" w:cs="Arial"/>
                <w:sz w:val="20"/>
                <w:szCs w:val="20"/>
              </w:rPr>
            </w:pPr>
          </w:p>
          <w:p w:rsidRPr="001A4E91" w:rsidR="0827A3FD" w:rsidP="3443A52E" w:rsidRDefault="00000000" w14:paraId="0E875CE4" w14:textId="1E3A9F45">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Pr="001A4E91" w:rsidR="0827A3FD">
                  <w:rPr>
                    <w:rFonts w:ascii="Aptos" w:hAnsi="Aptos" w:eastAsia="MS Gothic" w:cs="MS Gothic"/>
                    <w:color w:val="000000" w:themeColor="text1"/>
                    <w:sz w:val="20"/>
                    <w:szCs w:val="20"/>
                  </w:rPr>
                  <w:t>☐</w:t>
                </w:r>
              </w:sdtContent>
            </w:sdt>
            <w:r w:rsidRPr="001A4E91" w:rsidR="7A5352C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Pr="001A4E91" w:rsidR="7A5352C1">
                  <w:rPr>
                    <w:rFonts w:ascii="Aptos" w:hAnsi="Aptos" w:eastAsia="MS Gothic"/>
                    <w:color w:val="000000" w:themeColor="text1"/>
                    <w:sz w:val="20"/>
                    <w:szCs w:val="20"/>
                  </w:rPr>
                  <w:t>☐</w:t>
                </w:r>
              </w:sdtContent>
            </w:sdt>
            <w:r w:rsidRPr="001A4E91" w:rsidR="7A5352C1">
              <w:rPr>
                <w:rFonts w:ascii="Aptos" w:hAnsi="Aptos"/>
                <w:color w:val="000000" w:themeColor="text1"/>
                <w:sz w:val="20"/>
                <w:szCs w:val="20"/>
              </w:rPr>
              <w:t xml:space="preserve"> No</w:t>
            </w:r>
          </w:p>
          <w:p w:rsidRPr="001A4E91" w:rsidR="3443A52E" w:rsidP="3443A52E" w:rsidRDefault="3443A52E" w14:paraId="14CA9383" w14:textId="6F014BDA">
            <w:pPr>
              <w:rPr>
                <w:rFonts w:ascii="Aptos" w:hAnsi="Aptos"/>
                <w:sz w:val="20"/>
                <w:szCs w:val="20"/>
              </w:rPr>
            </w:pPr>
          </w:p>
        </w:tc>
      </w:tr>
    </w:tbl>
    <w:p w:rsidRPr="001A4E91" w:rsidR="3443A52E" w:rsidP="3443A52E" w:rsidRDefault="3443A52E" w14:paraId="609C731C" w14:textId="56029E3B">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Pr="001A4E91" w:rsidR="00CF648B" w:rsidTr="17C126FE" w14:paraId="1FB14324" w14:textId="77777777">
        <w:tc>
          <w:tcPr>
            <w:tcW w:w="10318" w:type="dxa"/>
            <w:shd w:val="clear" w:color="auto" w:fill="DDEFE8"/>
            <w:tcMar>
              <w:top w:w="100" w:type="dxa"/>
              <w:left w:w="120" w:type="dxa"/>
              <w:bottom w:w="100" w:type="dxa"/>
              <w:right w:w="120" w:type="dxa"/>
            </w:tcMar>
            <w:vAlign w:val="center"/>
          </w:tcPr>
          <w:p w:rsidR="00D92A8F" w:rsidP="17C126FE" w:rsidRDefault="00264C48" w14:paraId="32BAA4F2" w14:textId="1F3AB55E">
            <w:pPr>
              <w:rPr>
                <w:rFonts w:ascii="Aptos" w:hAnsi="Aptos" w:eastAsia="Arial" w:cs="Arial"/>
                <w:b/>
                <w:bCs/>
                <w:color w:val="006B54"/>
                <w:sz w:val="20"/>
                <w:szCs w:val="20"/>
                <w:lang w:val="en-IE"/>
              </w:rPr>
            </w:pPr>
            <w:r w:rsidRPr="00264C48">
              <w:rPr>
                <w:rFonts w:ascii="Aptos" w:hAnsi="Aptos" w:eastAsia="Arial" w:cs="Arial"/>
                <w:b/>
                <w:bCs/>
                <w:color w:val="006B54"/>
                <w:sz w:val="22"/>
              </w:rPr>
              <w:t>Managing Relationships</w:t>
            </w:r>
            <w:r>
              <w:rPr>
                <w:rFonts w:ascii="Aptos" w:hAnsi="Aptos" w:eastAsia="Arial" w:cs="Arial"/>
                <w:b/>
                <w:bCs/>
                <w:color w:val="006B54"/>
                <w:sz w:val="22"/>
              </w:rPr>
              <w:t>:</w:t>
            </w:r>
            <w:r>
              <w:rPr>
                <w:rFonts w:ascii="Aptos" w:hAnsi="Aptos" w:eastAsia="Arial" w:cs="Arial"/>
                <w:b/>
                <w:bCs/>
                <w:color w:val="006B54"/>
                <w:sz w:val="22"/>
              </w:rPr>
              <w:br/>
            </w:r>
            <w:r w:rsidRPr="00264C48">
              <w:rPr>
                <w:rFonts w:ascii="Aptos" w:hAnsi="Aptos" w:eastAsia="Arial" w:cs="Arial"/>
                <w:b/>
                <w:bCs/>
                <w:color w:val="006B54"/>
                <w:sz w:val="22"/>
              </w:rPr>
              <w:t>Please provide an example of when you built a collaborative relationship with clients or stakeholders in the context of designing and/or delivering a service, outlining how you engaged with them to better understand and capture their needs and the outcome.</w:t>
            </w:r>
            <w:r>
              <w:rPr>
                <w:rFonts w:ascii="Aptos" w:hAnsi="Aptos" w:eastAsia="Arial" w:cs="Arial"/>
                <w:b/>
                <w:bCs/>
                <w:color w:val="006B54"/>
                <w:sz w:val="22"/>
              </w:rPr>
              <w:br/>
            </w:r>
          </w:p>
          <w:p w:rsidRPr="001A4E91" w:rsidR="00CF648B" w:rsidP="17C126FE" w:rsidRDefault="00DC0437" w14:paraId="46B311D1" w14:textId="4592FB2C">
            <w:pPr>
              <w:rPr>
                <w:rFonts w:ascii="Aptos" w:hAnsi="Aptos" w:eastAsia="Arial" w:cs="Arial"/>
                <w:color w:val="006B54"/>
                <w:sz w:val="20"/>
                <w:szCs w:val="20"/>
              </w:rPr>
            </w:pPr>
            <w:r w:rsidRPr="001A4E91">
              <w:rPr>
                <w:rFonts w:ascii="Aptos" w:hAnsi="Aptos" w:eastAsia="Arial" w:cs="Arial"/>
                <w:color w:val="006B54"/>
                <w:sz w:val="20"/>
                <w:szCs w:val="20"/>
              </w:rPr>
              <w:t>Please give one specific example of where you demonstrated strong skills in this area (max 3</w:t>
            </w:r>
            <w:r w:rsidRPr="001A4E91" w:rsidR="7C5BE92A">
              <w:rPr>
                <w:rFonts w:ascii="Aptos" w:hAnsi="Aptos" w:eastAsia="Arial" w:cs="Arial"/>
                <w:color w:val="006B54"/>
                <w:sz w:val="20"/>
                <w:szCs w:val="20"/>
              </w:rPr>
              <w:t>5</w:t>
            </w:r>
            <w:r w:rsidRPr="001A4E91">
              <w:rPr>
                <w:rFonts w:ascii="Aptos" w:hAnsi="Aptos" w:eastAsia="Arial" w:cs="Arial"/>
                <w:color w:val="006B54"/>
                <w:sz w:val="20"/>
                <w:szCs w:val="20"/>
              </w:rPr>
              <w:t>0 words - anything above may disqualify).</w:t>
            </w:r>
          </w:p>
        </w:tc>
      </w:tr>
      <w:tr w:rsidRPr="001A4E91" w:rsidR="00CF648B" w:rsidTr="17C126FE" w14:paraId="296FEF7D" w14:textId="77777777">
        <w:tc>
          <w:tcPr>
            <w:tcW w:w="10318" w:type="dxa"/>
            <w:tcMar>
              <w:top w:w="100" w:type="dxa"/>
              <w:left w:w="120" w:type="dxa"/>
              <w:bottom w:w="100" w:type="dxa"/>
              <w:right w:w="120" w:type="dxa"/>
            </w:tcMar>
            <w:vAlign w:val="center"/>
          </w:tcPr>
          <w:p w:rsidR="00CF648B" w:rsidP="17C126FE" w:rsidRDefault="00DC0437" w14:paraId="5923831E" w14:textId="77777777">
            <w:pPr>
              <w:rPr>
                <w:rFonts w:ascii="Aptos" w:hAnsi="Aptos" w:eastAsia="Arial"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rsidR="00264C48" w:rsidP="17C126FE" w:rsidRDefault="00264C48" w14:paraId="783853A3" w14:textId="77777777">
            <w:pPr>
              <w:rPr>
                <w:rFonts w:ascii="Aptos" w:hAnsi="Aptos" w:eastAsia="Arial" w:cs="Arial"/>
                <w:sz w:val="20"/>
                <w:szCs w:val="20"/>
              </w:rPr>
            </w:pPr>
          </w:p>
          <w:p w:rsidR="00264C48" w:rsidP="17C126FE" w:rsidRDefault="00264C48" w14:paraId="68980A54" w14:textId="77777777">
            <w:pPr>
              <w:rPr>
                <w:rFonts w:ascii="Aptos" w:hAnsi="Aptos" w:eastAsia="Arial" w:cs="Arial"/>
                <w:sz w:val="20"/>
                <w:szCs w:val="20"/>
              </w:rPr>
            </w:pPr>
          </w:p>
          <w:p w:rsidR="00264C48" w:rsidP="17C126FE" w:rsidRDefault="00264C48" w14:paraId="117A3F0C" w14:textId="77777777">
            <w:pPr>
              <w:rPr>
                <w:rFonts w:ascii="Aptos" w:hAnsi="Aptos" w:eastAsia="Arial" w:cs="Arial"/>
                <w:sz w:val="20"/>
                <w:szCs w:val="20"/>
              </w:rPr>
            </w:pPr>
          </w:p>
          <w:p w:rsidR="00264C48" w:rsidP="17C126FE" w:rsidRDefault="00264C48" w14:paraId="14A3710F" w14:textId="77777777">
            <w:pPr>
              <w:rPr>
                <w:rFonts w:ascii="Aptos" w:hAnsi="Aptos" w:eastAsia="Arial" w:cs="Arial"/>
                <w:sz w:val="20"/>
                <w:szCs w:val="20"/>
              </w:rPr>
            </w:pPr>
          </w:p>
          <w:p w:rsidRPr="001A4E91" w:rsidR="00264C48" w:rsidP="17C126FE" w:rsidRDefault="00264C48" w14:paraId="7194DBDC" w14:textId="77777777">
            <w:pPr>
              <w:rPr>
                <w:rFonts w:ascii="Aptos" w:hAnsi="Aptos" w:eastAsia="Arial" w:cs="Arial"/>
                <w:sz w:val="20"/>
                <w:szCs w:val="20"/>
              </w:rPr>
            </w:pPr>
          </w:p>
        </w:tc>
      </w:tr>
    </w:tbl>
    <w:p w:rsidRPr="001A4E91" w:rsidR="00CF648B" w:rsidP="17C126FE" w:rsidRDefault="00CF648B" w14:paraId="769D0D3C" w14:textId="77777777">
      <w:pPr>
        <w:rPr>
          <w:rFonts w:ascii="Aptos" w:hAnsi="Aptos" w:eastAsia="Arial" w:cs="Arial"/>
          <w:sz w:val="20"/>
          <w:szCs w:val="20"/>
        </w:rPr>
      </w:pPr>
    </w:p>
    <w:tbl>
      <w:tblPr>
        <w:tblStyle w:val="TableGrid"/>
        <w:tblW w:w="0" w:type="auto"/>
        <w:tblLook w:val="04A0" w:firstRow="1" w:lastRow="0" w:firstColumn="1" w:lastColumn="0" w:noHBand="0" w:noVBand="1"/>
      </w:tblPr>
      <w:tblGrid>
        <w:gridCol w:w="10308"/>
      </w:tblGrid>
      <w:tr w:rsidRPr="001A4E91" w:rsidR="00CF648B" w:rsidTr="437BC99B" w14:paraId="62FA3B99" w14:textId="77777777">
        <w:tc>
          <w:tcPr>
            <w:tcW w:w="10318" w:type="dxa"/>
            <w:shd w:val="clear" w:color="auto" w:fill="DDEFE8"/>
            <w:tcMar>
              <w:top w:w="100" w:type="dxa"/>
              <w:left w:w="120" w:type="dxa"/>
              <w:bottom w:w="100" w:type="dxa"/>
              <w:right w:w="120" w:type="dxa"/>
            </w:tcMar>
            <w:vAlign w:val="center"/>
          </w:tcPr>
          <w:p w:rsidRPr="001A4E91" w:rsidR="00CF648B" w:rsidP="17C126FE" w:rsidRDefault="00264C48" w14:paraId="3E848124" w14:textId="3A22D1BD">
            <w:pPr>
              <w:rPr>
                <w:rFonts w:ascii="Aptos" w:hAnsi="Aptos" w:eastAsia="Arial" w:cs="Arial"/>
                <w:b w:val="1"/>
                <w:bCs w:val="1"/>
                <w:color w:val="006B54"/>
                <w:sz w:val="20"/>
                <w:szCs w:val="20"/>
              </w:rPr>
            </w:pPr>
            <w:r w:rsidRPr="437BC99B" w:rsidR="6348E048">
              <w:rPr>
                <w:rFonts w:ascii="Aptos" w:hAnsi="Aptos" w:eastAsia="Arial" w:cs="Arial"/>
                <w:b w:val="1"/>
                <w:bCs w:val="1"/>
                <w:color w:val="006B54"/>
                <w:sz w:val="22"/>
                <w:szCs w:val="22"/>
              </w:rPr>
              <w:t>Communicating Effectively</w:t>
            </w:r>
            <w:r w:rsidRPr="437BC99B" w:rsidR="6348E048">
              <w:rPr>
                <w:rFonts w:ascii="Aptos" w:hAnsi="Aptos" w:eastAsia="Arial" w:cs="Arial"/>
                <w:b w:val="1"/>
                <w:bCs w:val="1"/>
                <w:color w:val="006B54"/>
                <w:sz w:val="22"/>
                <w:szCs w:val="22"/>
              </w:rPr>
              <w:t>:</w:t>
            </w:r>
            <w:r>
              <w:br/>
            </w:r>
            <w:r w:rsidRPr="437BC99B" w:rsidR="6348E048">
              <w:rPr>
                <w:rFonts w:ascii="Aptos" w:hAnsi="Aptos" w:eastAsia="Arial" w:cs="Arial"/>
                <w:b w:val="1"/>
                <w:bCs w:val="1"/>
                <w:color w:val="006B54"/>
                <w:sz w:val="22"/>
                <w:szCs w:val="22"/>
              </w:rPr>
              <w:t xml:space="preserve">Please provide an example of when and how you </w:t>
            </w:r>
            <w:bookmarkStart w:name="_Int_98tPdwmY" w:id="1495756745"/>
            <w:r w:rsidRPr="437BC99B" w:rsidR="6348E048">
              <w:rPr>
                <w:rFonts w:ascii="Aptos" w:hAnsi="Aptos" w:eastAsia="Arial" w:cs="Arial"/>
                <w:b w:val="1"/>
                <w:bCs w:val="1"/>
                <w:color w:val="006B54"/>
                <w:sz w:val="22"/>
                <w:szCs w:val="22"/>
              </w:rPr>
              <w:t>communicated</w:t>
            </w:r>
            <w:bookmarkEnd w:id="1495756745"/>
            <w:r w:rsidRPr="437BC99B" w:rsidR="6348E048">
              <w:rPr>
                <w:rFonts w:ascii="Aptos" w:hAnsi="Aptos" w:eastAsia="Arial" w:cs="Arial"/>
                <w:b w:val="1"/>
                <w:bCs w:val="1"/>
                <w:color w:val="006B54"/>
                <w:sz w:val="22"/>
                <w:szCs w:val="22"/>
              </w:rPr>
              <w:t xml:space="preserve"> complex or technical information in a clear simplified manner to different audiences, outlining your approach and the outcome.</w:t>
            </w:r>
            <w:r>
              <w:br/>
            </w:r>
            <w:r>
              <w:br/>
            </w:r>
            <w:r w:rsidRPr="437BC99B" w:rsidR="00DC0437">
              <w:rPr>
                <w:rFonts w:ascii="Aptos" w:hAnsi="Aptos" w:eastAsia="Arial" w:cs="Arial"/>
                <w:color w:val="006B54"/>
                <w:sz w:val="20"/>
                <w:szCs w:val="20"/>
              </w:rPr>
              <w:t xml:space="preserve">Please give one specific example of where you </w:t>
            </w:r>
            <w:r w:rsidRPr="437BC99B" w:rsidR="00DC0437">
              <w:rPr>
                <w:rFonts w:ascii="Aptos" w:hAnsi="Aptos" w:eastAsia="Arial" w:cs="Arial"/>
                <w:color w:val="006B54"/>
                <w:sz w:val="20"/>
                <w:szCs w:val="20"/>
              </w:rPr>
              <w:t>demonstrated</w:t>
            </w:r>
            <w:r w:rsidRPr="437BC99B" w:rsidR="00DC0437">
              <w:rPr>
                <w:rFonts w:ascii="Aptos" w:hAnsi="Aptos" w:eastAsia="Arial" w:cs="Arial"/>
                <w:color w:val="006B54"/>
                <w:sz w:val="20"/>
                <w:szCs w:val="20"/>
              </w:rPr>
              <w:t xml:space="preserve"> strong skills in this area (max 3</w:t>
            </w:r>
            <w:r w:rsidRPr="437BC99B" w:rsidR="59496FC4">
              <w:rPr>
                <w:rFonts w:ascii="Aptos" w:hAnsi="Aptos" w:eastAsia="Arial" w:cs="Arial"/>
                <w:color w:val="006B54"/>
                <w:sz w:val="20"/>
                <w:szCs w:val="20"/>
              </w:rPr>
              <w:t>5</w:t>
            </w:r>
            <w:r w:rsidRPr="437BC99B" w:rsidR="00DC0437">
              <w:rPr>
                <w:rFonts w:ascii="Aptos" w:hAnsi="Aptos" w:eastAsia="Arial" w:cs="Arial"/>
                <w:color w:val="006B54"/>
                <w:sz w:val="20"/>
                <w:szCs w:val="20"/>
              </w:rPr>
              <w:t>0 words - anything above may disqualify).</w:t>
            </w:r>
          </w:p>
        </w:tc>
      </w:tr>
      <w:tr w:rsidRPr="001A4E91" w:rsidR="00CF648B" w:rsidTr="437BC99B" w14:paraId="54CD245A" w14:textId="77777777">
        <w:tc>
          <w:tcPr>
            <w:tcW w:w="10318" w:type="dxa"/>
            <w:tcMar>
              <w:top w:w="100" w:type="dxa"/>
              <w:left w:w="120" w:type="dxa"/>
              <w:bottom w:w="100" w:type="dxa"/>
              <w:right w:w="120" w:type="dxa"/>
            </w:tcMar>
            <w:vAlign w:val="center"/>
          </w:tcPr>
          <w:p w:rsidRPr="001A4E91" w:rsidR="00CF648B" w:rsidP="17C126FE" w:rsidRDefault="00DC0437" w14:paraId="76E74AFA" w14:textId="741C5A55">
            <w:pPr>
              <w:rPr>
                <w:rFonts w:ascii="Aptos" w:hAnsi="Aptos" w:eastAsia="Arial"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rsidRPr="001A4E91" w:rsidR="00CF648B" w:rsidP="17C126FE" w:rsidRDefault="00DC0437" w14:paraId="1231BE67" w14:textId="19A4A746">
            <w:pPr>
              <w:rPr>
                <w:rFonts w:ascii="Aptos" w:hAnsi="Aptos" w:eastAsia="Arial" w:cs="Arial"/>
                <w:sz w:val="20"/>
                <w:szCs w:val="20"/>
              </w:rPr>
            </w:pPr>
            <w:r w:rsidRPr="001A4E91">
              <w:rPr>
                <w:rFonts w:ascii="Aptos" w:hAnsi="Aptos"/>
                <w:sz w:val="20"/>
                <w:szCs w:val="20"/>
              </w:rPr>
              <w:br/>
            </w:r>
          </w:p>
        </w:tc>
      </w:tr>
    </w:tbl>
    <w:p w:rsidRPr="001A4E91" w:rsidR="00CF648B" w:rsidP="17C126FE" w:rsidRDefault="00CF648B" w14:paraId="08831F03" w14:textId="77777777">
      <w:pPr>
        <w:spacing w:after="0"/>
        <w:rPr>
          <w:rFonts w:ascii="Aptos" w:hAnsi="Aptos" w:eastAsia="Arial" w:cs="Arial"/>
          <w:sz w:val="20"/>
          <w:szCs w:val="20"/>
        </w:rPr>
      </w:pPr>
    </w:p>
    <w:tbl>
      <w:tblPr>
        <w:tblStyle w:val="TableGrid"/>
        <w:tblW w:w="0" w:type="auto"/>
        <w:tblLook w:val="04A0" w:firstRow="1" w:lastRow="0" w:firstColumn="1" w:lastColumn="0" w:noHBand="0" w:noVBand="1"/>
      </w:tblPr>
      <w:tblGrid>
        <w:gridCol w:w="10308"/>
      </w:tblGrid>
      <w:tr w:rsidRPr="001A4E91" w:rsidR="7A5198BA" w:rsidTr="437BC99B" w14:paraId="4C3C51E1" w14:textId="77777777">
        <w:trPr>
          <w:trHeight w:val="300"/>
        </w:trPr>
        <w:tc>
          <w:tcPr>
            <w:tcW w:w="10308" w:type="dxa"/>
            <w:shd w:val="clear" w:color="auto" w:fill="DDEFE8"/>
            <w:tcMar>
              <w:top w:w="100" w:type="dxa"/>
              <w:left w:w="120" w:type="dxa"/>
              <w:bottom w:w="100" w:type="dxa"/>
              <w:right w:w="120" w:type="dxa"/>
            </w:tcMar>
            <w:vAlign w:val="center"/>
          </w:tcPr>
          <w:p w:rsidRPr="001A4E91" w:rsidR="7A5198BA" w:rsidP="17C126FE" w:rsidRDefault="009F3AC6" w14:paraId="795D7D77" w14:textId="6AB7621F">
            <w:pPr>
              <w:rPr>
                <w:rFonts w:ascii="Aptos" w:hAnsi="Aptos" w:eastAsia="Arial" w:cs="Arial"/>
                <w:color w:val="006B54"/>
                <w:sz w:val="20"/>
                <w:szCs w:val="20"/>
              </w:rPr>
            </w:pPr>
            <w:r w:rsidRPr="437BC99B" w:rsidR="791F254F">
              <w:rPr>
                <w:rFonts w:ascii="Aptos" w:hAnsi="Aptos" w:eastAsia="Arial" w:cs="Arial"/>
                <w:b w:val="1"/>
                <w:bCs w:val="1"/>
                <w:color w:val="006B54"/>
                <w:sz w:val="22"/>
                <w:szCs w:val="22"/>
              </w:rPr>
              <w:t>Planning and Managing</w:t>
            </w:r>
            <w:r w:rsidRPr="437BC99B" w:rsidR="4E0D8C5C">
              <w:rPr>
                <w:rFonts w:ascii="Aptos" w:hAnsi="Aptos" w:eastAsia="Arial" w:cs="Arial"/>
                <w:b w:val="1"/>
                <w:bCs w:val="1"/>
                <w:color w:val="006B54"/>
                <w:sz w:val="22"/>
                <w:szCs w:val="22"/>
              </w:rPr>
              <w:t xml:space="preserve"> </w:t>
            </w:r>
            <w:r w:rsidRPr="437BC99B" w:rsidR="791F254F">
              <w:rPr>
                <w:rFonts w:ascii="Aptos" w:hAnsi="Aptos" w:eastAsia="Arial" w:cs="Arial"/>
                <w:b w:val="1"/>
                <w:bCs w:val="1"/>
                <w:color w:val="006B54"/>
                <w:sz w:val="22"/>
                <w:szCs w:val="22"/>
              </w:rPr>
              <w:t>Work</w:t>
            </w:r>
            <w:r w:rsidRPr="437BC99B" w:rsidR="4E0D8C5C">
              <w:rPr>
                <w:rFonts w:ascii="Aptos" w:hAnsi="Aptos" w:eastAsia="Arial" w:cs="Arial"/>
                <w:b w:val="1"/>
                <w:bCs w:val="1"/>
                <w:color w:val="006B54"/>
                <w:sz w:val="22"/>
                <w:szCs w:val="22"/>
              </w:rPr>
              <w:t>:</w:t>
            </w:r>
            <w:r>
              <w:br/>
            </w:r>
            <w:r w:rsidRPr="437BC99B" w:rsidR="791F254F">
              <w:rPr>
                <w:rFonts w:ascii="Aptos" w:hAnsi="Aptos" w:eastAsia="Arial" w:cs="Arial"/>
                <w:b w:val="1"/>
                <w:bCs w:val="1"/>
                <w:color w:val="006B54"/>
                <w:sz w:val="22"/>
                <w:szCs w:val="22"/>
              </w:rPr>
              <w:t xml:space="preserve">Please </w:t>
            </w:r>
            <w:r w:rsidRPr="437BC99B" w:rsidR="791F254F">
              <w:rPr>
                <w:rFonts w:ascii="Aptos" w:hAnsi="Aptos" w:eastAsia="Arial" w:cs="Arial"/>
                <w:b w:val="1"/>
                <w:bCs w:val="1"/>
                <w:color w:val="006B54"/>
                <w:sz w:val="22"/>
                <w:szCs w:val="22"/>
              </w:rPr>
              <w:t>provide</w:t>
            </w:r>
            <w:r w:rsidRPr="437BC99B" w:rsidR="791F254F">
              <w:rPr>
                <w:rFonts w:ascii="Aptos" w:hAnsi="Aptos" w:eastAsia="Arial" w:cs="Arial"/>
                <w:b w:val="1"/>
                <w:bCs w:val="1"/>
                <w:color w:val="006B54"/>
                <w:sz w:val="22"/>
                <w:szCs w:val="22"/>
              </w:rPr>
              <w:t xml:space="preserve"> an example of when you </w:t>
            </w:r>
            <w:bookmarkStart w:name="_Int_FKTFHSzC" w:id="1973351901"/>
            <w:r w:rsidRPr="437BC99B" w:rsidR="791F254F">
              <w:rPr>
                <w:rFonts w:ascii="Aptos" w:hAnsi="Aptos" w:eastAsia="Arial" w:cs="Arial"/>
                <w:b w:val="1"/>
                <w:bCs w:val="1"/>
                <w:color w:val="006B54"/>
                <w:sz w:val="22"/>
                <w:szCs w:val="22"/>
              </w:rPr>
              <w:t>managed</w:t>
            </w:r>
            <w:bookmarkEnd w:id="1973351901"/>
            <w:r w:rsidRPr="437BC99B" w:rsidR="791F254F">
              <w:rPr>
                <w:rFonts w:ascii="Aptos" w:hAnsi="Aptos" w:eastAsia="Arial" w:cs="Arial"/>
                <w:b w:val="1"/>
                <w:bCs w:val="1"/>
                <w:color w:val="006B54"/>
                <w:sz w:val="22"/>
                <w:szCs w:val="22"/>
              </w:rPr>
              <w:t xml:space="preserve"> competing priorities and </w:t>
            </w:r>
            <w:bookmarkStart w:name="_Int_m9DFA09P" w:id="509857609"/>
            <w:r w:rsidRPr="437BC99B" w:rsidR="791F254F">
              <w:rPr>
                <w:rFonts w:ascii="Aptos" w:hAnsi="Aptos" w:eastAsia="Arial" w:cs="Arial"/>
                <w:b w:val="1"/>
                <w:bCs w:val="1"/>
                <w:color w:val="006B54"/>
                <w:sz w:val="22"/>
                <w:szCs w:val="22"/>
              </w:rPr>
              <w:t>used</w:t>
            </w:r>
            <w:bookmarkEnd w:id="509857609"/>
            <w:r w:rsidRPr="437BC99B" w:rsidR="791F254F">
              <w:rPr>
                <w:rFonts w:ascii="Aptos" w:hAnsi="Aptos" w:eastAsia="Arial" w:cs="Arial"/>
                <w:b w:val="1"/>
                <w:bCs w:val="1"/>
                <w:color w:val="006B54"/>
                <w:sz w:val="22"/>
                <w:szCs w:val="22"/>
              </w:rPr>
              <w:t xml:space="preserve"> information, </w:t>
            </w:r>
            <w:r w:rsidRPr="437BC99B" w:rsidR="791F254F">
              <w:rPr>
                <w:rFonts w:ascii="Aptos" w:hAnsi="Aptos" w:eastAsia="Arial" w:cs="Arial"/>
                <w:b w:val="1"/>
                <w:bCs w:val="1"/>
                <w:color w:val="006B54"/>
                <w:sz w:val="22"/>
                <w:szCs w:val="22"/>
              </w:rPr>
              <w:t>evidence</w:t>
            </w:r>
            <w:r w:rsidRPr="437BC99B" w:rsidR="791F254F">
              <w:rPr>
                <w:rFonts w:ascii="Aptos" w:hAnsi="Aptos" w:eastAsia="Arial" w:cs="Arial"/>
                <w:b w:val="1"/>
                <w:bCs w:val="1"/>
                <w:color w:val="006B54"/>
                <w:sz w:val="22"/>
                <w:szCs w:val="22"/>
              </w:rPr>
              <w:t xml:space="preserve"> and technology to plan your work, address </w:t>
            </w:r>
            <w:r w:rsidRPr="437BC99B" w:rsidR="69B481F6">
              <w:rPr>
                <w:rFonts w:ascii="Aptos" w:hAnsi="Aptos" w:eastAsia="Arial" w:cs="Arial"/>
                <w:b w:val="1"/>
                <w:bCs w:val="1"/>
                <w:color w:val="006B54"/>
                <w:sz w:val="22"/>
                <w:szCs w:val="22"/>
              </w:rPr>
              <w:t>risks,</w:t>
            </w:r>
            <w:r w:rsidRPr="437BC99B" w:rsidR="791F254F">
              <w:rPr>
                <w:rFonts w:ascii="Aptos" w:hAnsi="Aptos" w:eastAsia="Arial" w:cs="Arial"/>
                <w:b w:val="1"/>
                <w:bCs w:val="1"/>
                <w:color w:val="006B54"/>
                <w:sz w:val="22"/>
                <w:szCs w:val="22"/>
              </w:rPr>
              <w:t xml:space="preserve"> and meet agreed deadlines. Outline your approach and the outcome. </w:t>
            </w:r>
            <w:r>
              <w:br/>
            </w:r>
            <w:r>
              <w:br/>
            </w:r>
            <w:r w:rsidRPr="437BC99B" w:rsidR="308C5763">
              <w:rPr>
                <w:rFonts w:ascii="Aptos" w:hAnsi="Aptos" w:eastAsia="Arial" w:cs="Arial"/>
                <w:color w:val="006B54"/>
                <w:sz w:val="20"/>
                <w:szCs w:val="20"/>
              </w:rPr>
              <w:t xml:space="preserve">Please give one specific example of where you </w:t>
            </w:r>
            <w:r w:rsidRPr="437BC99B" w:rsidR="308C5763">
              <w:rPr>
                <w:rFonts w:ascii="Aptos" w:hAnsi="Aptos" w:eastAsia="Arial" w:cs="Arial"/>
                <w:color w:val="006B54"/>
                <w:sz w:val="20"/>
                <w:szCs w:val="20"/>
              </w:rPr>
              <w:t>demonstrated</w:t>
            </w:r>
            <w:r w:rsidRPr="437BC99B" w:rsidR="308C5763">
              <w:rPr>
                <w:rFonts w:ascii="Aptos" w:hAnsi="Aptos" w:eastAsia="Arial" w:cs="Arial"/>
                <w:color w:val="006B54"/>
                <w:sz w:val="20"/>
                <w:szCs w:val="20"/>
              </w:rPr>
              <w:t xml:space="preserve"> strong skills in this area (max 350 words - anything above may disqualify).</w:t>
            </w:r>
          </w:p>
        </w:tc>
      </w:tr>
      <w:tr w:rsidRPr="001A4E91" w:rsidR="7A5198BA" w:rsidTr="437BC99B" w14:paraId="2C68086D" w14:textId="77777777">
        <w:trPr>
          <w:trHeight w:val="300"/>
        </w:trPr>
        <w:tc>
          <w:tcPr>
            <w:tcW w:w="10308" w:type="dxa"/>
            <w:tcMar>
              <w:top w:w="100" w:type="dxa"/>
              <w:left w:w="120" w:type="dxa"/>
              <w:bottom w:w="100" w:type="dxa"/>
              <w:right w:w="120" w:type="dxa"/>
            </w:tcMar>
            <w:vAlign w:val="center"/>
          </w:tcPr>
          <w:p w:rsidRPr="001A4E91" w:rsidR="7A5198BA" w:rsidP="17C126FE" w:rsidRDefault="7A5198BA" w14:paraId="44958D69" w14:textId="77777777">
            <w:pPr>
              <w:rPr>
                <w:rFonts w:ascii="Aptos" w:hAnsi="Aptos" w:eastAsia="Arial"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rsidRPr="001A4E91" w:rsidR="00CF648B" w:rsidP="17C126FE" w:rsidRDefault="00CF648B" w14:paraId="117A5A5B" w14:textId="77777777">
      <w:pPr>
        <w:rPr>
          <w:rFonts w:ascii="Aptos" w:hAnsi="Aptos" w:eastAsia="Arial" w:cs="Arial"/>
          <w:sz w:val="20"/>
          <w:szCs w:val="20"/>
        </w:rPr>
      </w:pPr>
    </w:p>
    <w:tbl>
      <w:tblPr>
        <w:tblStyle w:val="TableGrid"/>
        <w:tblW w:w="0" w:type="auto"/>
        <w:tblLook w:val="04A0" w:firstRow="1" w:lastRow="0" w:firstColumn="1" w:lastColumn="0" w:noHBand="0" w:noVBand="1"/>
      </w:tblPr>
      <w:tblGrid>
        <w:gridCol w:w="10308"/>
      </w:tblGrid>
      <w:tr w:rsidRPr="001A4E91" w:rsidR="401D4E06" w:rsidTr="17C126FE" w14:paraId="138ABF21" w14:textId="77777777">
        <w:trPr>
          <w:trHeight w:val="300"/>
        </w:trPr>
        <w:tc>
          <w:tcPr>
            <w:tcW w:w="10308" w:type="dxa"/>
            <w:shd w:val="clear" w:color="auto" w:fill="DDEFE8"/>
            <w:tcMar>
              <w:top w:w="100" w:type="dxa"/>
              <w:left w:w="120" w:type="dxa"/>
              <w:bottom w:w="100" w:type="dxa"/>
              <w:right w:w="120" w:type="dxa"/>
            </w:tcMar>
            <w:vAlign w:val="center"/>
          </w:tcPr>
          <w:p w:rsidRPr="001A4E91" w:rsidR="401D4E06" w:rsidP="17C126FE" w:rsidRDefault="004637A7" w14:paraId="40848C7C" w14:textId="1FEED942">
            <w:pPr>
              <w:rPr>
                <w:rFonts w:ascii="Aptos" w:hAnsi="Aptos" w:eastAsia="Arial" w:cs="Arial"/>
                <w:color w:val="006B54"/>
                <w:sz w:val="20"/>
                <w:szCs w:val="20"/>
              </w:rPr>
            </w:pPr>
            <w:r w:rsidRPr="004637A7">
              <w:rPr>
                <w:rFonts w:ascii="Aptos" w:hAnsi="Aptos" w:eastAsia="Arial" w:cs="Arial"/>
                <w:b/>
                <w:bCs/>
                <w:color w:val="006B54"/>
                <w:sz w:val="22"/>
              </w:rPr>
              <w:t>Embracing Innovation:</w:t>
            </w:r>
            <w:r>
              <w:rPr>
                <w:rFonts w:ascii="Aptos" w:hAnsi="Aptos" w:eastAsia="Arial" w:cs="Arial"/>
                <w:b/>
                <w:bCs/>
                <w:color w:val="006B54"/>
                <w:sz w:val="22"/>
              </w:rPr>
              <w:br/>
            </w:r>
            <w:r w:rsidRPr="004637A7">
              <w:rPr>
                <w:rFonts w:ascii="Aptos" w:hAnsi="Aptos" w:eastAsia="Arial" w:cs="Arial"/>
                <w:b/>
                <w:bCs/>
                <w:color w:val="006B54"/>
                <w:sz w:val="22"/>
              </w:rPr>
              <w:t>Please provide an example of when you introduced a new way of working or improved a process or service, outlining how you identified the opportunity, the approach you took, what technology you used and the outcome.</w:t>
            </w:r>
            <w:r w:rsidR="006B059D">
              <w:rPr>
                <w:rFonts w:ascii="Aptos" w:hAnsi="Aptos" w:eastAsia="Arial" w:cs="Arial"/>
                <w:b/>
                <w:bCs/>
                <w:color w:val="006B54"/>
                <w:sz w:val="22"/>
              </w:rPr>
              <w:br/>
            </w:r>
            <w:r w:rsidRPr="001A4E91" w:rsidR="401D4E06">
              <w:rPr>
                <w:rFonts w:ascii="Aptos" w:hAnsi="Aptos"/>
                <w:sz w:val="20"/>
                <w:szCs w:val="20"/>
              </w:rPr>
              <w:br/>
            </w:r>
            <w:r w:rsidRPr="001A4E91" w:rsidR="401D4E06">
              <w:rPr>
                <w:rFonts w:ascii="Aptos" w:hAnsi="Aptos" w:eastAsia="Arial" w:cs="Arial"/>
                <w:color w:val="006B54"/>
                <w:sz w:val="20"/>
                <w:szCs w:val="20"/>
              </w:rPr>
              <w:t>Please give one specific example of where you demonstrated strong skills in this area (max 350 words - anything above may disqualify).</w:t>
            </w:r>
          </w:p>
        </w:tc>
      </w:tr>
      <w:tr w:rsidRPr="001A4E91" w:rsidR="401D4E06" w:rsidTr="17C126FE" w14:paraId="7D9B4706" w14:textId="77777777">
        <w:trPr>
          <w:trHeight w:val="300"/>
        </w:trPr>
        <w:tc>
          <w:tcPr>
            <w:tcW w:w="10308" w:type="dxa"/>
            <w:tcMar>
              <w:top w:w="100" w:type="dxa"/>
              <w:left w:w="120" w:type="dxa"/>
              <w:bottom w:w="100" w:type="dxa"/>
              <w:right w:w="120" w:type="dxa"/>
            </w:tcMar>
            <w:vAlign w:val="center"/>
          </w:tcPr>
          <w:p w:rsidRPr="001A4E91" w:rsidR="401D4E06" w:rsidP="17C126FE" w:rsidRDefault="401D4E06" w14:paraId="43D95FAD" w14:textId="77777777">
            <w:pPr>
              <w:rPr>
                <w:rFonts w:ascii="Aptos" w:hAnsi="Aptos" w:eastAsia="Arial"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rsidRPr="001A4E91" w:rsidR="00CF648B" w:rsidRDefault="00DC0437" w14:paraId="7601D09C" w14:textId="77777777">
      <w:pPr>
        <w:spacing w:before="500"/>
        <w:rPr>
          <w:rFonts w:ascii="Aptos" w:hAnsi="Aptos"/>
          <w:sz w:val="20"/>
          <w:szCs w:val="20"/>
        </w:rPr>
      </w:pPr>
      <w:r w:rsidRPr="001A4E91">
        <w:rPr>
          <w:rFonts w:ascii="Aptos" w:hAnsi="Aptos"/>
          <w:b/>
          <w:color w:val="006B54"/>
          <w:sz w:val="20"/>
          <w:szCs w:val="20"/>
        </w:rPr>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Pr="001A4E91" w:rsidR="00CF648B" w14:paraId="02D7FBF6" w14:textId="77777777">
        <w:trPr>
          <w:jc w:val="center"/>
        </w:trPr>
        <w:tc>
          <w:tcPr>
            <w:tcW w:w="10318" w:type="dxa"/>
            <w:shd w:val="clear" w:color="auto" w:fill="006B54"/>
            <w:tcMar>
              <w:top w:w="100" w:type="dxa"/>
              <w:left w:w="120" w:type="dxa"/>
              <w:bottom w:w="100" w:type="dxa"/>
              <w:right w:w="120" w:type="dxa"/>
            </w:tcMar>
            <w:vAlign w:val="center"/>
          </w:tcPr>
          <w:p w:rsidRPr="009A77A6" w:rsidR="00CF648B" w:rsidRDefault="00DC0437" w14:paraId="076F2304" w14:textId="77777777">
            <w:pPr>
              <w:spacing w:after="0"/>
              <w:rPr>
                <w:rFonts w:ascii="Aptos" w:hAnsi="Aptos"/>
                <w:sz w:val="24"/>
                <w:szCs w:val="24"/>
              </w:rPr>
            </w:pPr>
            <w:r w:rsidRPr="009A77A6">
              <w:rPr>
                <w:rFonts w:ascii="Aptos" w:hAnsi="Aptos"/>
                <w:b/>
                <w:color w:val="FFFFFF"/>
                <w:sz w:val="24"/>
                <w:szCs w:val="24"/>
              </w:rPr>
              <w:t>DECLARATION</w:t>
            </w:r>
          </w:p>
        </w:tc>
      </w:tr>
    </w:tbl>
    <w:p w:rsidRPr="001A4E91" w:rsidR="00CF648B" w:rsidRDefault="00CF648B" w14:paraId="4B1F511A" w14:textId="77777777">
      <w:pPr>
        <w:spacing w:after="0"/>
        <w:rPr>
          <w:rFonts w:ascii="Aptos" w:hAnsi="Aptos"/>
          <w:sz w:val="20"/>
          <w:szCs w:val="20"/>
        </w:rPr>
      </w:pPr>
    </w:p>
    <w:p w:rsidRPr="001A4E91" w:rsidR="00CF648B" w:rsidRDefault="00DC0437" w14:paraId="11613342" w14:textId="4FC905E1">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r>
      <w:r w:rsidRPr="001A4E91">
        <w:rPr>
          <w:rFonts w:ascii="Aptos" w:hAnsi="Aptos"/>
          <w:sz w:val="20"/>
          <w:szCs w:val="20"/>
        </w:rPr>
        <w:t>Any candidate found to have knowingly given false information, or to have wil</w:t>
      </w:r>
      <w:r w:rsidRPr="001A4E91" w:rsidR="298FE48A">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Pr="001A4E91" w:rsidR="00CF648B" w14:paraId="72F253A9" w14:textId="77777777">
        <w:tc>
          <w:tcPr>
            <w:tcW w:w="5159" w:type="dxa"/>
            <w:shd w:val="clear" w:color="auto" w:fill="DDEFE8"/>
            <w:tcMar>
              <w:top w:w="100" w:type="dxa"/>
              <w:left w:w="120" w:type="dxa"/>
              <w:bottom w:w="100" w:type="dxa"/>
              <w:right w:w="120" w:type="dxa"/>
            </w:tcMar>
            <w:vAlign w:val="center"/>
          </w:tcPr>
          <w:p w:rsidRPr="001A4E91" w:rsidR="00CF648B" w:rsidRDefault="00DC0437" w14:paraId="3F6D6C16" w14:textId="7777777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rsidRPr="001A4E91" w:rsidR="00CF648B" w:rsidRDefault="00DC0437" w14:paraId="3101716D" w14:textId="77777777">
            <w:pPr>
              <w:rPr>
                <w:rFonts w:ascii="Aptos" w:hAnsi="Aptos"/>
                <w:sz w:val="20"/>
                <w:szCs w:val="20"/>
              </w:rPr>
            </w:pPr>
            <w:r w:rsidRPr="001A4E91">
              <w:rPr>
                <w:rFonts w:ascii="Aptos" w:hAnsi="Aptos"/>
                <w:b/>
                <w:color w:val="006B54"/>
                <w:sz w:val="20"/>
                <w:szCs w:val="20"/>
              </w:rPr>
              <w:t>Date:</w:t>
            </w:r>
          </w:p>
        </w:tc>
      </w:tr>
      <w:tr w:rsidRPr="001A4E91" w:rsidR="00CF648B" w14:paraId="65F9C3DC" w14:textId="77777777">
        <w:tc>
          <w:tcPr>
            <w:tcW w:w="5159" w:type="dxa"/>
            <w:tcMar>
              <w:top w:w="100" w:type="dxa"/>
              <w:left w:w="120" w:type="dxa"/>
              <w:bottom w:w="100" w:type="dxa"/>
              <w:right w:w="120" w:type="dxa"/>
            </w:tcMar>
            <w:vAlign w:val="center"/>
          </w:tcPr>
          <w:p w:rsidRPr="001A4E91" w:rsidR="00CF648B" w:rsidRDefault="00DC0437" w14:paraId="5023141B" w14:textId="7777777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rsidRPr="001A4E91" w:rsidR="00CF648B" w:rsidRDefault="00DC0437" w14:paraId="1F3B1409" w14:textId="77777777">
            <w:pPr>
              <w:rPr>
                <w:rFonts w:ascii="Aptos" w:hAnsi="Aptos"/>
                <w:sz w:val="20"/>
                <w:szCs w:val="20"/>
              </w:rPr>
            </w:pPr>
            <w:r w:rsidRPr="001A4E91">
              <w:rPr>
                <w:rFonts w:ascii="Aptos" w:hAnsi="Aptos"/>
                <w:color w:val="000000"/>
                <w:sz w:val="20"/>
                <w:szCs w:val="20"/>
              </w:rPr>
              <w:br/>
            </w:r>
          </w:p>
        </w:tc>
      </w:tr>
    </w:tbl>
    <w:p w:rsidRPr="001A4E91" w:rsidR="00DC0437" w:rsidRDefault="00DC0437" w14:paraId="12AD40EC" w14:textId="77777777">
      <w:pPr>
        <w:rPr>
          <w:rFonts w:ascii="Aptos" w:hAnsi="Aptos"/>
          <w:sz w:val="20"/>
          <w:szCs w:val="20"/>
        </w:rPr>
      </w:pPr>
    </w:p>
    <w:sectPr w:rsidRPr="001A4E91" w:rsidR="00DC0437" w:rsidSect="00034616">
      <w:footerReference w:type="even" r:id="rId12"/>
      <w:footerReference w:type="default" r:id="rId13"/>
      <w:footerReference w:type="first" r:id="rId14"/>
      <w:pgSz w:w="11906" w:h="16838" w:orient="portrait"/>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743A" w:rsidP="00986640" w:rsidRDefault="00F2743A" w14:paraId="5866C660" w14:textId="77777777">
      <w:pPr>
        <w:spacing w:after="0" w:line="240" w:lineRule="auto"/>
      </w:pPr>
      <w:r>
        <w:separator/>
      </w:r>
    </w:p>
  </w:endnote>
  <w:endnote w:type="continuationSeparator" w:id="0">
    <w:p w:rsidR="00F2743A" w:rsidP="00986640" w:rsidRDefault="00F2743A" w14:paraId="049D601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936385" w:rsidRDefault="00936385" w14:paraId="6E6323CA" w14:textId="77777777">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rsidRPr="00986640" w:rsidR="00936385" w:rsidP="00986640" w:rsidRDefault="00936385" w14:paraId="14FA6E77" w14:textId="77777777">
                          <w:pPr>
                            <w:spacing w:after="0"/>
                            <w:rPr>
                              <w:rFonts w:ascii="Aptos" w:hAnsi="Aptos" w:eastAsia="Aptos" w:cs="Aptos"/>
                              <w:noProof/>
                              <w:color w:val="000000"/>
                              <w:sz w:val="20"/>
                              <w:szCs w:val="20"/>
                            </w:rPr>
                          </w:pPr>
                          <w:r w:rsidRPr="00986640">
                            <w:rPr>
                              <w:rFonts w:ascii="Aptos" w:hAnsi="Aptos" w:eastAsia="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6956D429">
            <v:shapetype id="_x0000_t202" coordsize="21600,21600" o:spt="202" path="m,l,21600r21600,l21600,xe" w14:anchorId="244D80DA">
              <v:stroke joinstyle="miter"/>
              <v:path gradientshapeok="t" o:connecttype="rect"/>
            </v:shapetype>
            <v:shape id="Text Box 2"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alt="Fáilte Ireland Internal Content"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v:textbox style="mso-fit-shape-to-text:t" inset="20pt,0,0,15pt">
                <w:txbxContent>
                  <w:p w:rsidRPr="00986640" w:rsidR="00936385" w:rsidP="00986640" w:rsidRDefault="00936385" w14:paraId="3387D75B" w14:textId="77777777">
                    <w:pPr>
                      <w:spacing w:after="0"/>
                      <w:rPr>
                        <w:rFonts w:ascii="Aptos" w:hAnsi="Aptos" w:eastAsia="Aptos" w:cs="Aptos"/>
                        <w:noProof/>
                        <w:color w:val="000000"/>
                        <w:sz w:val="20"/>
                        <w:szCs w:val="20"/>
                      </w:rPr>
                    </w:pPr>
                    <w:r w:rsidRPr="00986640">
                      <w:rPr>
                        <w:rFonts w:ascii="Aptos" w:hAnsi="Aptos" w:eastAsia="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936385" w:rsidRDefault="00936385" w14:paraId="60033572" w14:textId="77777777">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rsidRPr="00986640" w:rsidR="00936385" w:rsidP="00986640" w:rsidRDefault="00936385" w14:paraId="666C9781" w14:textId="77777777">
                          <w:pPr>
                            <w:spacing w:after="0"/>
                            <w:rPr>
                              <w:rFonts w:ascii="Aptos" w:hAnsi="Aptos" w:eastAsia="Aptos" w:cs="Aptos"/>
                              <w:noProof/>
                              <w:color w:val="000000"/>
                              <w:sz w:val="20"/>
                              <w:szCs w:val="20"/>
                            </w:rPr>
                          </w:pPr>
                          <w:r w:rsidRPr="00986640">
                            <w:rPr>
                              <w:rFonts w:ascii="Aptos" w:hAnsi="Aptos" w:eastAsia="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1A969B12">
            <v:shapetype id="_x0000_t202" coordsize="21600,21600" o:spt="202" path="m,l,21600r21600,l21600,xe" w14:anchorId="741F4268">
              <v:stroke joinstyle="miter"/>
              <v:path gradientshapeok="t" o:connecttype="rect"/>
            </v:shapetype>
            <v:shape id="Text Box 3"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alt="Fáilte Ireland Internal Content"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v:textbox style="mso-fit-shape-to-text:t" inset="20pt,0,0,15pt">
                <w:txbxContent>
                  <w:p w:rsidRPr="00986640" w:rsidR="00936385" w:rsidP="00986640" w:rsidRDefault="00936385" w14:paraId="1832F5BC" w14:textId="77777777">
                    <w:pPr>
                      <w:spacing w:after="0"/>
                      <w:rPr>
                        <w:rFonts w:ascii="Aptos" w:hAnsi="Aptos" w:eastAsia="Aptos" w:cs="Aptos"/>
                        <w:noProof/>
                        <w:color w:val="000000"/>
                        <w:sz w:val="20"/>
                        <w:szCs w:val="20"/>
                      </w:rPr>
                    </w:pPr>
                    <w:r w:rsidRPr="00986640">
                      <w:rPr>
                        <w:rFonts w:ascii="Aptos" w:hAnsi="Aptos" w:eastAsia="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936385" w:rsidRDefault="00936385" w14:paraId="364ECEA9" w14:textId="77777777">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rsidRPr="00986640" w:rsidR="00936385" w:rsidP="00986640" w:rsidRDefault="00936385" w14:paraId="6EFD2C9E" w14:textId="77777777">
                          <w:pPr>
                            <w:spacing w:after="0"/>
                            <w:rPr>
                              <w:rFonts w:ascii="Aptos" w:hAnsi="Aptos" w:eastAsia="Aptos" w:cs="Aptos"/>
                              <w:noProof/>
                              <w:color w:val="000000"/>
                              <w:sz w:val="20"/>
                              <w:szCs w:val="20"/>
                            </w:rPr>
                          </w:pPr>
                          <w:r w:rsidRPr="00986640">
                            <w:rPr>
                              <w:rFonts w:ascii="Aptos" w:hAnsi="Aptos" w:eastAsia="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731E296F">
            <v:shapetype id="_x0000_t202" coordsize="21600,21600" o:spt="202" path="m,l,21600r21600,l21600,xe" w14:anchorId="2D48B2B7">
              <v:stroke joinstyle="miter"/>
              <v:path gradientshapeok="t" o:connecttype="rect"/>
            </v:shapetype>
            <v:shape id="Text Box 1"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alt="Fáilte Ireland Internal Content"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v:textbox style="mso-fit-shape-to-text:t" inset="20pt,0,0,15pt">
                <w:txbxContent>
                  <w:p w:rsidRPr="00986640" w:rsidR="00936385" w:rsidP="00986640" w:rsidRDefault="00936385" w14:paraId="61913C2C" w14:textId="77777777">
                    <w:pPr>
                      <w:spacing w:after="0"/>
                      <w:rPr>
                        <w:rFonts w:ascii="Aptos" w:hAnsi="Aptos" w:eastAsia="Aptos" w:cs="Aptos"/>
                        <w:noProof/>
                        <w:color w:val="000000"/>
                        <w:sz w:val="20"/>
                        <w:szCs w:val="20"/>
                      </w:rPr>
                    </w:pPr>
                    <w:r w:rsidRPr="00986640">
                      <w:rPr>
                        <w:rFonts w:ascii="Aptos" w:hAnsi="Aptos" w:eastAsia="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743A" w:rsidP="00986640" w:rsidRDefault="00F2743A" w14:paraId="2300D50A" w14:textId="77777777">
      <w:pPr>
        <w:spacing w:after="0" w:line="240" w:lineRule="auto"/>
      </w:pPr>
      <w:r>
        <w:separator/>
      </w:r>
    </w:p>
  </w:footnote>
  <w:footnote w:type="continuationSeparator" w:id="0">
    <w:p w:rsidR="00F2743A" w:rsidP="00986640" w:rsidRDefault="00F2743A" w14:paraId="0F0FC3B5"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type="spell" int2:value="Rejected"/>
    </int2:textHash>
    <int2:textHash int2:hashCode="LOKXXXnn8FfYIs" int2:id="gHFwr0K7">
      <int2:state int2:type="spell" int2:value="Rejected"/>
    </int2:textHash>
    <int2:textHash int2:hashCode="kv4UVae7TQCfC0" int2:id="dNGGYKPR">
      <int2:state int2:type="spell" int2:value="Rejected"/>
    </int2:textHash>
    <int2:textHash int2:hashCode="m/C6mGJeQTWOW1" int2:id="cE8RbyMT">
      <int2:state int2:type="spell" int2:value="Rejected"/>
    </int2:textHash>
    <int2:bookmark int2:bookmarkName="_Int_m9DFA09P" int2:invalidationBookmarkName="" int2:hashCode="GSpWdZ02RUzAuM" int2:id="AE0bV0XT">
      <int2:state int2:type="gram" int2:value="Rejected"/>
    </int2:bookmark>
    <int2:bookmark int2:bookmarkName="_Int_FKTFHSzC" int2:invalidationBookmarkName="" int2:hashCode="n982x5g1GJqaBL" int2:id="7NPMGAFo">
      <int2:state int2:type="gram" int2:value="Rejected"/>
    </int2:bookmark>
    <int2:bookmark int2:bookmarkName="_Int_98tPdwmY" int2:invalidationBookmarkName="" int2:hashCode="bGgsmndltbLom7" int2:id="xdML4yTh">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hint="default" w:ascii="Symbol" w:hAnsi="Symbol"/>
      </w:rPr>
    </w:lvl>
    <w:lvl w:ilvl="1" w:tplc="FB86FD8C">
      <w:start w:val="1"/>
      <w:numFmt w:val="bullet"/>
      <w:lvlText w:val="o"/>
      <w:lvlJc w:val="left"/>
      <w:pPr>
        <w:ind w:left="1440" w:hanging="360"/>
      </w:pPr>
      <w:rPr>
        <w:rFonts w:hint="default" w:ascii="Courier New" w:hAnsi="Courier New"/>
      </w:rPr>
    </w:lvl>
    <w:lvl w:ilvl="2" w:tplc="881063C0">
      <w:start w:val="1"/>
      <w:numFmt w:val="bullet"/>
      <w:lvlText w:val=""/>
      <w:lvlJc w:val="left"/>
      <w:pPr>
        <w:ind w:left="2160" w:hanging="360"/>
      </w:pPr>
      <w:rPr>
        <w:rFonts w:hint="default" w:ascii="Wingdings" w:hAnsi="Wingdings"/>
      </w:rPr>
    </w:lvl>
    <w:lvl w:ilvl="3" w:tplc="53262E84">
      <w:start w:val="1"/>
      <w:numFmt w:val="bullet"/>
      <w:lvlText w:val=""/>
      <w:lvlJc w:val="left"/>
      <w:pPr>
        <w:ind w:left="2880" w:hanging="360"/>
      </w:pPr>
      <w:rPr>
        <w:rFonts w:hint="default" w:ascii="Symbol" w:hAnsi="Symbol"/>
      </w:rPr>
    </w:lvl>
    <w:lvl w:ilvl="4" w:tplc="E690D31E">
      <w:start w:val="1"/>
      <w:numFmt w:val="bullet"/>
      <w:lvlText w:val="o"/>
      <w:lvlJc w:val="left"/>
      <w:pPr>
        <w:ind w:left="3600" w:hanging="360"/>
      </w:pPr>
      <w:rPr>
        <w:rFonts w:hint="default" w:ascii="Courier New" w:hAnsi="Courier New"/>
      </w:rPr>
    </w:lvl>
    <w:lvl w:ilvl="5" w:tplc="C8C484F2">
      <w:start w:val="1"/>
      <w:numFmt w:val="bullet"/>
      <w:lvlText w:val=""/>
      <w:lvlJc w:val="left"/>
      <w:pPr>
        <w:ind w:left="4320" w:hanging="360"/>
      </w:pPr>
      <w:rPr>
        <w:rFonts w:hint="default" w:ascii="Wingdings" w:hAnsi="Wingdings"/>
      </w:rPr>
    </w:lvl>
    <w:lvl w:ilvl="6" w:tplc="DCD2F02A">
      <w:start w:val="1"/>
      <w:numFmt w:val="bullet"/>
      <w:lvlText w:val=""/>
      <w:lvlJc w:val="left"/>
      <w:pPr>
        <w:ind w:left="5040" w:hanging="360"/>
      </w:pPr>
      <w:rPr>
        <w:rFonts w:hint="default" w:ascii="Symbol" w:hAnsi="Symbol"/>
      </w:rPr>
    </w:lvl>
    <w:lvl w:ilvl="7" w:tplc="1C205E5E">
      <w:start w:val="1"/>
      <w:numFmt w:val="bullet"/>
      <w:lvlText w:val="o"/>
      <w:lvlJc w:val="left"/>
      <w:pPr>
        <w:ind w:left="5760" w:hanging="360"/>
      </w:pPr>
      <w:rPr>
        <w:rFonts w:hint="default" w:ascii="Courier New" w:hAnsi="Courier New"/>
      </w:rPr>
    </w:lvl>
    <w:lvl w:ilvl="8" w:tplc="C41860C8">
      <w:start w:val="1"/>
      <w:numFmt w:val="bullet"/>
      <w:lvlText w:val=""/>
      <w:lvlJc w:val="left"/>
      <w:pPr>
        <w:ind w:left="6480" w:hanging="360"/>
      </w:pPr>
      <w:rPr>
        <w:rFonts w:hint="default" w:ascii="Wingdings" w:hAnsi="Wingdings"/>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hint="default" w:ascii="Symbol" w:hAnsi="Symbol"/>
      </w:rPr>
    </w:lvl>
    <w:lvl w:ilvl="1" w:tplc="4412D5D0">
      <w:start w:val="1"/>
      <w:numFmt w:val="bullet"/>
      <w:lvlText w:val="o"/>
      <w:lvlJc w:val="left"/>
      <w:pPr>
        <w:ind w:left="1440" w:hanging="360"/>
      </w:pPr>
      <w:rPr>
        <w:rFonts w:hint="default" w:ascii="Courier New" w:hAnsi="Courier New"/>
      </w:rPr>
    </w:lvl>
    <w:lvl w:ilvl="2" w:tplc="13C26918">
      <w:start w:val="1"/>
      <w:numFmt w:val="bullet"/>
      <w:lvlText w:val=""/>
      <w:lvlJc w:val="left"/>
      <w:pPr>
        <w:ind w:left="2160" w:hanging="360"/>
      </w:pPr>
      <w:rPr>
        <w:rFonts w:hint="default" w:ascii="Wingdings" w:hAnsi="Wingdings"/>
      </w:rPr>
    </w:lvl>
    <w:lvl w:ilvl="3" w:tplc="4DFAE3D6">
      <w:start w:val="1"/>
      <w:numFmt w:val="bullet"/>
      <w:lvlText w:val=""/>
      <w:lvlJc w:val="left"/>
      <w:pPr>
        <w:ind w:left="2880" w:hanging="360"/>
      </w:pPr>
      <w:rPr>
        <w:rFonts w:hint="default" w:ascii="Symbol" w:hAnsi="Symbol"/>
      </w:rPr>
    </w:lvl>
    <w:lvl w:ilvl="4" w:tplc="4D760F32">
      <w:start w:val="1"/>
      <w:numFmt w:val="bullet"/>
      <w:lvlText w:val="o"/>
      <w:lvlJc w:val="left"/>
      <w:pPr>
        <w:ind w:left="3600" w:hanging="360"/>
      </w:pPr>
      <w:rPr>
        <w:rFonts w:hint="default" w:ascii="Courier New" w:hAnsi="Courier New"/>
      </w:rPr>
    </w:lvl>
    <w:lvl w:ilvl="5" w:tplc="6764F778">
      <w:start w:val="1"/>
      <w:numFmt w:val="bullet"/>
      <w:lvlText w:val=""/>
      <w:lvlJc w:val="left"/>
      <w:pPr>
        <w:ind w:left="4320" w:hanging="360"/>
      </w:pPr>
      <w:rPr>
        <w:rFonts w:hint="default" w:ascii="Wingdings" w:hAnsi="Wingdings"/>
      </w:rPr>
    </w:lvl>
    <w:lvl w:ilvl="6" w:tplc="7264D6AC">
      <w:start w:val="1"/>
      <w:numFmt w:val="bullet"/>
      <w:lvlText w:val=""/>
      <w:lvlJc w:val="left"/>
      <w:pPr>
        <w:ind w:left="5040" w:hanging="360"/>
      </w:pPr>
      <w:rPr>
        <w:rFonts w:hint="default" w:ascii="Symbol" w:hAnsi="Symbol"/>
      </w:rPr>
    </w:lvl>
    <w:lvl w:ilvl="7" w:tplc="182A49AC">
      <w:start w:val="1"/>
      <w:numFmt w:val="bullet"/>
      <w:lvlText w:val="o"/>
      <w:lvlJc w:val="left"/>
      <w:pPr>
        <w:ind w:left="5760" w:hanging="360"/>
      </w:pPr>
      <w:rPr>
        <w:rFonts w:hint="default" w:ascii="Courier New" w:hAnsi="Courier New"/>
      </w:rPr>
    </w:lvl>
    <w:lvl w:ilvl="8" w:tplc="C6961FA8">
      <w:start w:val="1"/>
      <w:numFmt w:val="bullet"/>
      <w:lvlText w:val=""/>
      <w:lvlJc w:val="left"/>
      <w:pPr>
        <w:ind w:left="6480" w:hanging="360"/>
      </w:pPr>
      <w:rPr>
        <w:rFonts w:hint="default" w:ascii="Wingdings" w:hAnsi="Wingdings"/>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hint="default" w:ascii="Symbol" w:hAnsi="Symbol"/>
      </w:rPr>
    </w:lvl>
    <w:lvl w:ilvl="1" w:tplc="01289C54">
      <w:start w:val="1"/>
      <w:numFmt w:val="bullet"/>
      <w:lvlText w:val="o"/>
      <w:lvlJc w:val="left"/>
      <w:pPr>
        <w:ind w:left="1440" w:hanging="360"/>
      </w:pPr>
      <w:rPr>
        <w:rFonts w:hint="default" w:ascii="Courier New" w:hAnsi="Courier New"/>
      </w:rPr>
    </w:lvl>
    <w:lvl w:ilvl="2" w:tplc="DBA49BA0">
      <w:start w:val="1"/>
      <w:numFmt w:val="bullet"/>
      <w:lvlText w:val=""/>
      <w:lvlJc w:val="left"/>
      <w:pPr>
        <w:ind w:left="2160" w:hanging="360"/>
      </w:pPr>
      <w:rPr>
        <w:rFonts w:hint="default" w:ascii="Wingdings" w:hAnsi="Wingdings"/>
      </w:rPr>
    </w:lvl>
    <w:lvl w:ilvl="3" w:tplc="B1EE9A64">
      <w:start w:val="1"/>
      <w:numFmt w:val="bullet"/>
      <w:lvlText w:val=""/>
      <w:lvlJc w:val="left"/>
      <w:pPr>
        <w:ind w:left="2880" w:hanging="360"/>
      </w:pPr>
      <w:rPr>
        <w:rFonts w:hint="default" w:ascii="Symbol" w:hAnsi="Symbol"/>
      </w:rPr>
    </w:lvl>
    <w:lvl w:ilvl="4" w:tplc="6DB2C68E">
      <w:start w:val="1"/>
      <w:numFmt w:val="bullet"/>
      <w:lvlText w:val="o"/>
      <w:lvlJc w:val="left"/>
      <w:pPr>
        <w:ind w:left="3600" w:hanging="360"/>
      </w:pPr>
      <w:rPr>
        <w:rFonts w:hint="default" w:ascii="Courier New" w:hAnsi="Courier New"/>
      </w:rPr>
    </w:lvl>
    <w:lvl w:ilvl="5" w:tplc="A8C6430E">
      <w:start w:val="1"/>
      <w:numFmt w:val="bullet"/>
      <w:lvlText w:val=""/>
      <w:lvlJc w:val="left"/>
      <w:pPr>
        <w:ind w:left="4320" w:hanging="360"/>
      </w:pPr>
      <w:rPr>
        <w:rFonts w:hint="default" w:ascii="Wingdings" w:hAnsi="Wingdings"/>
      </w:rPr>
    </w:lvl>
    <w:lvl w:ilvl="6" w:tplc="F6F25AC6">
      <w:start w:val="1"/>
      <w:numFmt w:val="bullet"/>
      <w:lvlText w:val=""/>
      <w:lvlJc w:val="left"/>
      <w:pPr>
        <w:ind w:left="5040" w:hanging="360"/>
      </w:pPr>
      <w:rPr>
        <w:rFonts w:hint="default" w:ascii="Symbol" w:hAnsi="Symbol"/>
      </w:rPr>
    </w:lvl>
    <w:lvl w:ilvl="7" w:tplc="D1FEAEE8">
      <w:start w:val="1"/>
      <w:numFmt w:val="bullet"/>
      <w:lvlText w:val="o"/>
      <w:lvlJc w:val="left"/>
      <w:pPr>
        <w:ind w:left="5760" w:hanging="360"/>
      </w:pPr>
      <w:rPr>
        <w:rFonts w:hint="default" w:ascii="Courier New" w:hAnsi="Courier New"/>
      </w:rPr>
    </w:lvl>
    <w:lvl w:ilvl="8" w:tplc="A0C63D3A">
      <w:start w:val="1"/>
      <w:numFmt w:val="bullet"/>
      <w:lvlText w:val=""/>
      <w:lvlJc w:val="left"/>
      <w:pPr>
        <w:ind w:left="6480" w:hanging="360"/>
      </w:pPr>
      <w:rPr>
        <w:rFonts w:hint="default" w:ascii="Wingdings" w:hAnsi="Wingdings"/>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hint="default" w:ascii="Symbol" w:hAnsi="Symbol"/>
      </w:rPr>
    </w:lvl>
    <w:lvl w:ilvl="1" w:tplc="644C2A44">
      <w:start w:val="1"/>
      <w:numFmt w:val="bullet"/>
      <w:lvlText w:val="o"/>
      <w:lvlJc w:val="left"/>
      <w:pPr>
        <w:ind w:left="1440" w:hanging="360"/>
      </w:pPr>
      <w:rPr>
        <w:rFonts w:hint="default" w:ascii="Courier New" w:hAnsi="Courier New"/>
      </w:rPr>
    </w:lvl>
    <w:lvl w:ilvl="2" w:tplc="D51C36B4">
      <w:start w:val="1"/>
      <w:numFmt w:val="bullet"/>
      <w:lvlText w:val=""/>
      <w:lvlJc w:val="left"/>
      <w:pPr>
        <w:ind w:left="2160" w:hanging="360"/>
      </w:pPr>
      <w:rPr>
        <w:rFonts w:hint="default" w:ascii="Wingdings" w:hAnsi="Wingdings"/>
      </w:rPr>
    </w:lvl>
    <w:lvl w:ilvl="3" w:tplc="FFDE7AD2">
      <w:start w:val="1"/>
      <w:numFmt w:val="bullet"/>
      <w:lvlText w:val=""/>
      <w:lvlJc w:val="left"/>
      <w:pPr>
        <w:ind w:left="2880" w:hanging="360"/>
      </w:pPr>
      <w:rPr>
        <w:rFonts w:hint="default" w:ascii="Symbol" w:hAnsi="Symbol"/>
      </w:rPr>
    </w:lvl>
    <w:lvl w:ilvl="4" w:tplc="3446F0CE">
      <w:start w:val="1"/>
      <w:numFmt w:val="bullet"/>
      <w:lvlText w:val="o"/>
      <w:lvlJc w:val="left"/>
      <w:pPr>
        <w:ind w:left="3600" w:hanging="360"/>
      </w:pPr>
      <w:rPr>
        <w:rFonts w:hint="default" w:ascii="Courier New" w:hAnsi="Courier New"/>
      </w:rPr>
    </w:lvl>
    <w:lvl w:ilvl="5" w:tplc="A656BB98">
      <w:start w:val="1"/>
      <w:numFmt w:val="bullet"/>
      <w:lvlText w:val=""/>
      <w:lvlJc w:val="left"/>
      <w:pPr>
        <w:ind w:left="4320" w:hanging="360"/>
      </w:pPr>
      <w:rPr>
        <w:rFonts w:hint="default" w:ascii="Wingdings" w:hAnsi="Wingdings"/>
      </w:rPr>
    </w:lvl>
    <w:lvl w:ilvl="6" w:tplc="5E2E9A6A">
      <w:start w:val="1"/>
      <w:numFmt w:val="bullet"/>
      <w:lvlText w:val=""/>
      <w:lvlJc w:val="left"/>
      <w:pPr>
        <w:ind w:left="5040" w:hanging="360"/>
      </w:pPr>
      <w:rPr>
        <w:rFonts w:hint="default" w:ascii="Symbol" w:hAnsi="Symbol"/>
      </w:rPr>
    </w:lvl>
    <w:lvl w:ilvl="7" w:tplc="493E4034">
      <w:start w:val="1"/>
      <w:numFmt w:val="bullet"/>
      <w:lvlText w:val="o"/>
      <w:lvlJc w:val="left"/>
      <w:pPr>
        <w:ind w:left="5760" w:hanging="360"/>
      </w:pPr>
      <w:rPr>
        <w:rFonts w:hint="default" w:ascii="Courier New" w:hAnsi="Courier New"/>
      </w:rPr>
    </w:lvl>
    <w:lvl w:ilvl="8" w:tplc="703886DC">
      <w:start w:val="1"/>
      <w:numFmt w:val="bullet"/>
      <w:lvlText w:val=""/>
      <w:lvlJc w:val="left"/>
      <w:pPr>
        <w:ind w:left="6480" w:hanging="360"/>
      </w:pPr>
      <w:rPr>
        <w:rFonts w:hint="default" w:ascii="Wingdings" w:hAnsi="Wingdings"/>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hint="default" w:ascii="Symbol" w:hAnsi="Symbol"/>
      </w:rPr>
    </w:lvl>
    <w:lvl w:ilvl="1" w:tplc="D11484E4">
      <w:start w:val="1"/>
      <w:numFmt w:val="bullet"/>
      <w:lvlText w:val="o"/>
      <w:lvlJc w:val="left"/>
      <w:pPr>
        <w:ind w:left="1440" w:hanging="360"/>
      </w:pPr>
      <w:rPr>
        <w:rFonts w:hint="default" w:ascii="Courier New" w:hAnsi="Courier New"/>
      </w:rPr>
    </w:lvl>
    <w:lvl w:ilvl="2" w:tplc="7E54C4D4">
      <w:start w:val="1"/>
      <w:numFmt w:val="bullet"/>
      <w:lvlText w:val=""/>
      <w:lvlJc w:val="left"/>
      <w:pPr>
        <w:ind w:left="2160" w:hanging="360"/>
      </w:pPr>
      <w:rPr>
        <w:rFonts w:hint="default" w:ascii="Wingdings" w:hAnsi="Wingdings"/>
      </w:rPr>
    </w:lvl>
    <w:lvl w:ilvl="3" w:tplc="A6B87308">
      <w:start w:val="1"/>
      <w:numFmt w:val="bullet"/>
      <w:lvlText w:val=""/>
      <w:lvlJc w:val="left"/>
      <w:pPr>
        <w:ind w:left="2880" w:hanging="360"/>
      </w:pPr>
      <w:rPr>
        <w:rFonts w:hint="default" w:ascii="Symbol" w:hAnsi="Symbol"/>
      </w:rPr>
    </w:lvl>
    <w:lvl w:ilvl="4" w:tplc="8888645C">
      <w:start w:val="1"/>
      <w:numFmt w:val="bullet"/>
      <w:lvlText w:val="o"/>
      <w:lvlJc w:val="left"/>
      <w:pPr>
        <w:ind w:left="3600" w:hanging="360"/>
      </w:pPr>
      <w:rPr>
        <w:rFonts w:hint="default" w:ascii="Courier New" w:hAnsi="Courier New"/>
      </w:rPr>
    </w:lvl>
    <w:lvl w:ilvl="5" w:tplc="8A766720">
      <w:start w:val="1"/>
      <w:numFmt w:val="bullet"/>
      <w:lvlText w:val=""/>
      <w:lvlJc w:val="left"/>
      <w:pPr>
        <w:ind w:left="4320" w:hanging="360"/>
      </w:pPr>
      <w:rPr>
        <w:rFonts w:hint="default" w:ascii="Wingdings" w:hAnsi="Wingdings"/>
      </w:rPr>
    </w:lvl>
    <w:lvl w:ilvl="6" w:tplc="9CB8E6B2">
      <w:start w:val="1"/>
      <w:numFmt w:val="bullet"/>
      <w:lvlText w:val=""/>
      <w:lvlJc w:val="left"/>
      <w:pPr>
        <w:ind w:left="5040" w:hanging="360"/>
      </w:pPr>
      <w:rPr>
        <w:rFonts w:hint="default" w:ascii="Symbol" w:hAnsi="Symbol"/>
      </w:rPr>
    </w:lvl>
    <w:lvl w:ilvl="7" w:tplc="DB60729A">
      <w:start w:val="1"/>
      <w:numFmt w:val="bullet"/>
      <w:lvlText w:val="o"/>
      <w:lvlJc w:val="left"/>
      <w:pPr>
        <w:ind w:left="5760" w:hanging="360"/>
      </w:pPr>
      <w:rPr>
        <w:rFonts w:hint="default" w:ascii="Courier New" w:hAnsi="Courier New"/>
      </w:rPr>
    </w:lvl>
    <w:lvl w:ilvl="8" w:tplc="F752A5B6">
      <w:start w:val="1"/>
      <w:numFmt w:val="bullet"/>
      <w:lvlText w:val=""/>
      <w:lvlJc w:val="left"/>
      <w:pPr>
        <w:ind w:left="6480" w:hanging="360"/>
      </w:pPr>
      <w:rPr>
        <w:rFonts w:hint="default" w:ascii="Wingdings" w:hAnsi="Wingdings"/>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hint="default" w:ascii="Symbol" w:hAnsi="Symbol"/>
      </w:rPr>
    </w:lvl>
    <w:lvl w:ilvl="1" w:tplc="23BC35E4">
      <w:start w:val="1"/>
      <w:numFmt w:val="bullet"/>
      <w:lvlText w:val="o"/>
      <w:lvlJc w:val="left"/>
      <w:pPr>
        <w:ind w:left="1440" w:hanging="360"/>
      </w:pPr>
      <w:rPr>
        <w:rFonts w:hint="default" w:ascii="Courier New" w:hAnsi="Courier New"/>
      </w:rPr>
    </w:lvl>
    <w:lvl w:ilvl="2" w:tplc="DD30162C">
      <w:start w:val="1"/>
      <w:numFmt w:val="bullet"/>
      <w:lvlText w:val=""/>
      <w:lvlJc w:val="left"/>
      <w:pPr>
        <w:ind w:left="2160" w:hanging="360"/>
      </w:pPr>
      <w:rPr>
        <w:rFonts w:hint="default" w:ascii="Wingdings" w:hAnsi="Wingdings"/>
      </w:rPr>
    </w:lvl>
    <w:lvl w:ilvl="3" w:tplc="1AE07C08">
      <w:start w:val="1"/>
      <w:numFmt w:val="bullet"/>
      <w:lvlText w:val=""/>
      <w:lvlJc w:val="left"/>
      <w:pPr>
        <w:ind w:left="2880" w:hanging="360"/>
      </w:pPr>
      <w:rPr>
        <w:rFonts w:hint="default" w:ascii="Symbol" w:hAnsi="Symbol"/>
      </w:rPr>
    </w:lvl>
    <w:lvl w:ilvl="4" w:tplc="E47603E2">
      <w:start w:val="1"/>
      <w:numFmt w:val="bullet"/>
      <w:lvlText w:val="o"/>
      <w:lvlJc w:val="left"/>
      <w:pPr>
        <w:ind w:left="3600" w:hanging="360"/>
      </w:pPr>
      <w:rPr>
        <w:rFonts w:hint="default" w:ascii="Courier New" w:hAnsi="Courier New"/>
      </w:rPr>
    </w:lvl>
    <w:lvl w:ilvl="5" w:tplc="5B684140">
      <w:start w:val="1"/>
      <w:numFmt w:val="bullet"/>
      <w:lvlText w:val=""/>
      <w:lvlJc w:val="left"/>
      <w:pPr>
        <w:ind w:left="4320" w:hanging="360"/>
      </w:pPr>
      <w:rPr>
        <w:rFonts w:hint="default" w:ascii="Wingdings" w:hAnsi="Wingdings"/>
      </w:rPr>
    </w:lvl>
    <w:lvl w:ilvl="6" w:tplc="8A7C57A4">
      <w:start w:val="1"/>
      <w:numFmt w:val="bullet"/>
      <w:lvlText w:val=""/>
      <w:lvlJc w:val="left"/>
      <w:pPr>
        <w:ind w:left="5040" w:hanging="360"/>
      </w:pPr>
      <w:rPr>
        <w:rFonts w:hint="default" w:ascii="Symbol" w:hAnsi="Symbol"/>
      </w:rPr>
    </w:lvl>
    <w:lvl w:ilvl="7" w:tplc="B7081B1A">
      <w:start w:val="1"/>
      <w:numFmt w:val="bullet"/>
      <w:lvlText w:val="o"/>
      <w:lvlJc w:val="left"/>
      <w:pPr>
        <w:ind w:left="5760" w:hanging="360"/>
      </w:pPr>
      <w:rPr>
        <w:rFonts w:hint="default" w:ascii="Courier New" w:hAnsi="Courier New"/>
      </w:rPr>
    </w:lvl>
    <w:lvl w:ilvl="8" w:tplc="002CDA28">
      <w:start w:val="1"/>
      <w:numFmt w:val="bullet"/>
      <w:lvlText w:val=""/>
      <w:lvlJc w:val="left"/>
      <w:pPr>
        <w:ind w:left="6480" w:hanging="360"/>
      </w:pPr>
      <w:rPr>
        <w:rFonts w:hint="default" w:ascii="Wingdings" w:hAnsi="Wingdings"/>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hint="default" w:ascii="Symbol" w:hAnsi="Symbol"/>
      </w:rPr>
    </w:lvl>
    <w:lvl w:ilvl="1" w:tplc="BED6990C">
      <w:start w:val="1"/>
      <w:numFmt w:val="bullet"/>
      <w:lvlText w:val="o"/>
      <w:lvlJc w:val="left"/>
      <w:pPr>
        <w:ind w:left="1440" w:hanging="360"/>
      </w:pPr>
      <w:rPr>
        <w:rFonts w:hint="default" w:ascii="Courier New" w:hAnsi="Courier New"/>
      </w:rPr>
    </w:lvl>
    <w:lvl w:ilvl="2" w:tplc="090A17A6">
      <w:start w:val="1"/>
      <w:numFmt w:val="bullet"/>
      <w:lvlText w:val=""/>
      <w:lvlJc w:val="left"/>
      <w:pPr>
        <w:ind w:left="2160" w:hanging="360"/>
      </w:pPr>
      <w:rPr>
        <w:rFonts w:hint="default" w:ascii="Wingdings" w:hAnsi="Wingdings"/>
      </w:rPr>
    </w:lvl>
    <w:lvl w:ilvl="3" w:tplc="B01EE1DC">
      <w:start w:val="1"/>
      <w:numFmt w:val="bullet"/>
      <w:lvlText w:val=""/>
      <w:lvlJc w:val="left"/>
      <w:pPr>
        <w:ind w:left="2880" w:hanging="360"/>
      </w:pPr>
      <w:rPr>
        <w:rFonts w:hint="default" w:ascii="Symbol" w:hAnsi="Symbol"/>
      </w:rPr>
    </w:lvl>
    <w:lvl w:ilvl="4" w:tplc="7570DF58">
      <w:start w:val="1"/>
      <w:numFmt w:val="bullet"/>
      <w:lvlText w:val="o"/>
      <w:lvlJc w:val="left"/>
      <w:pPr>
        <w:ind w:left="3600" w:hanging="360"/>
      </w:pPr>
      <w:rPr>
        <w:rFonts w:hint="default" w:ascii="Courier New" w:hAnsi="Courier New"/>
      </w:rPr>
    </w:lvl>
    <w:lvl w:ilvl="5" w:tplc="AC84E90C">
      <w:start w:val="1"/>
      <w:numFmt w:val="bullet"/>
      <w:lvlText w:val=""/>
      <w:lvlJc w:val="left"/>
      <w:pPr>
        <w:ind w:left="4320" w:hanging="360"/>
      </w:pPr>
      <w:rPr>
        <w:rFonts w:hint="default" w:ascii="Wingdings" w:hAnsi="Wingdings"/>
      </w:rPr>
    </w:lvl>
    <w:lvl w:ilvl="6" w:tplc="055C0CC0">
      <w:start w:val="1"/>
      <w:numFmt w:val="bullet"/>
      <w:lvlText w:val=""/>
      <w:lvlJc w:val="left"/>
      <w:pPr>
        <w:ind w:left="5040" w:hanging="360"/>
      </w:pPr>
      <w:rPr>
        <w:rFonts w:hint="default" w:ascii="Symbol" w:hAnsi="Symbol"/>
      </w:rPr>
    </w:lvl>
    <w:lvl w:ilvl="7" w:tplc="8966818E">
      <w:start w:val="1"/>
      <w:numFmt w:val="bullet"/>
      <w:lvlText w:val="o"/>
      <w:lvlJc w:val="left"/>
      <w:pPr>
        <w:ind w:left="5760" w:hanging="360"/>
      </w:pPr>
      <w:rPr>
        <w:rFonts w:hint="default" w:ascii="Courier New" w:hAnsi="Courier New"/>
      </w:rPr>
    </w:lvl>
    <w:lvl w:ilvl="8" w:tplc="8F2C0254">
      <w:start w:val="1"/>
      <w:numFmt w:val="bullet"/>
      <w:lvlText w:val=""/>
      <w:lvlJc w:val="left"/>
      <w:pPr>
        <w:ind w:left="6480" w:hanging="360"/>
      </w:pPr>
      <w:rPr>
        <w:rFonts w:hint="default" w:ascii="Wingdings" w:hAnsi="Wingdings"/>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hint="default" w:ascii="Symbol" w:hAnsi="Symbol"/>
      </w:rPr>
    </w:lvl>
    <w:lvl w:ilvl="1" w:tplc="F1DC2E8A">
      <w:start w:val="1"/>
      <w:numFmt w:val="bullet"/>
      <w:lvlText w:val="o"/>
      <w:lvlJc w:val="left"/>
      <w:pPr>
        <w:ind w:left="1440" w:hanging="360"/>
      </w:pPr>
      <w:rPr>
        <w:rFonts w:hint="default" w:ascii="Courier New" w:hAnsi="Courier New"/>
      </w:rPr>
    </w:lvl>
    <w:lvl w:ilvl="2" w:tplc="CBDA0E04">
      <w:start w:val="1"/>
      <w:numFmt w:val="bullet"/>
      <w:lvlText w:val=""/>
      <w:lvlJc w:val="left"/>
      <w:pPr>
        <w:ind w:left="2160" w:hanging="360"/>
      </w:pPr>
      <w:rPr>
        <w:rFonts w:hint="default" w:ascii="Wingdings" w:hAnsi="Wingdings"/>
      </w:rPr>
    </w:lvl>
    <w:lvl w:ilvl="3" w:tplc="00483A70">
      <w:start w:val="1"/>
      <w:numFmt w:val="bullet"/>
      <w:lvlText w:val=""/>
      <w:lvlJc w:val="left"/>
      <w:pPr>
        <w:ind w:left="2880" w:hanging="360"/>
      </w:pPr>
      <w:rPr>
        <w:rFonts w:hint="default" w:ascii="Symbol" w:hAnsi="Symbol"/>
      </w:rPr>
    </w:lvl>
    <w:lvl w:ilvl="4" w:tplc="315287E0">
      <w:start w:val="1"/>
      <w:numFmt w:val="bullet"/>
      <w:lvlText w:val="o"/>
      <w:lvlJc w:val="left"/>
      <w:pPr>
        <w:ind w:left="3600" w:hanging="360"/>
      </w:pPr>
      <w:rPr>
        <w:rFonts w:hint="default" w:ascii="Courier New" w:hAnsi="Courier New"/>
      </w:rPr>
    </w:lvl>
    <w:lvl w:ilvl="5" w:tplc="0FAC76FE">
      <w:start w:val="1"/>
      <w:numFmt w:val="bullet"/>
      <w:lvlText w:val=""/>
      <w:lvlJc w:val="left"/>
      <w:pPr>
        <w:ind w:left="4320" w:hanging="360"/>
      </w:pPr>
      <w:rPr>
        <w:rFonts w:hint="default" w:ascii="Wingdings" w:hAnsi="Wingdings"/>
      </w:rPr>
    </w:lvl>
    <w:lvl w:ilvl="6" w:tplc="6F2AFF74">
      <w:start w:val="1"/>
      <w:numFmt w:val="bullet"/>
      <w:lvlText w:val=""/>
      <w:lvlJc w:val="left"/>
      <w:pPr>
        <w:ind w:left="5040" w:hanging="360"/>
      </w:pPr>
      <w:rPr>
        <w:rFonts w:hint="default" w:ascii="Symbol" w:hAnsi="Symbol"/>
      </w:rPr>
    </w:lvl>
    <w:lvl w:ilvl="7" w:tplc="BCE67E72">
      <w:start w:val="1"/>
      <w:numFmt w:val="bullet"/>
      <w:lvlText w:val="o"/>
      <w:lvlJc w:val="left"/>
      <w:pPr>
        <w:ind w:left="5760" w:hanging="360"/>
      </w:pPr>
      <w:rPr>
        <w:rFonts w:hint="default" w:ascii="Courier New" w:hAnsi="Courier New"/>
      </w:rPr>
    </w:lvl>
    <w:lvl w:ilvl="8" w:tplc="4BA4470A">
      <w:start w:val="1"/>
      <w:numFmt w:val="bullet"/>
      <w:lvlText w:val=""/>
      <w:lvlJc w:val="left"/>
      <w:pPr>
        <w:ind w:left="6480" w:hanging="360"/>
      </w:pPr>
      <w:rPr>
        <w:rFonts w:hint="default" w:ascii="Wingdings" w:hAnsi="Wingdings"/>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hint="default" w:ascii="Symbol" w:hAnsi="Symbol"/>
      </w:rPr>
    </w:lvl>
    <w:lvl w:ilvl="1" w:tplc="914EF312">
      <w:start w:val="1"/>
      <w:numFmt w:val="bullet"/>
      <w:lvlText w:val="o"/>
      <w:lvlJc w:val="left"/>
      <w:pPr>
        <w:ind w:left="1440" w:hanging="360"/>
      </w:pPr>
      <w:rPr>
        <w:rFonts w:hint="default" w:ascii="Courier New" w:hAnsi="Courier New"/>
      </w:rPr>
    </w:lvl>
    <w:lvl w:ilvl="2" w:tplc="9C2494EC">
      <w:start w:val="1"/>
      <w:numFmt w:val="bullet"/>
      <w:lvlText w:val=""/>
      <w:lvlJc w:val="left"/>
      <w:pPr>
        <w:ind w:left="2160" w:hanging="360"/>
      </w:pPr>
      <w:rPr>
        <w:rFonts w:hint="default" w:ascii="Wingdings" w:hAnsi="Wingdings"/>
      </w:rPr>
    </w:lvl>
    <w:lvl w:ilvl="3" w:tplc="87180D3E">
      <w:start w:val="1"/>
      <w:numFmt w:val="bullet"/>
      <w:lvlText w:val=""/>
      <w:lvlJc w:val="left"/>
      <w:pPr>
        <w:ind w:left="2880" w:hanging="360"/>
      </w:pPr>
      <w:rPr>
        <w:rFonts w:hint="default" w:ascii="Symbol" w:hAnsi="Symbol"/>
      </w:rPr>
    </w:lvl>
    <w:lvl w:ilvl="4" w:tplc="890E404A">
      <w:start w:val="1"/>
      <w:numFmt w:val="bullet"/>
      <w:lvlText w:val="o"/>
      <w:lvlJc w:val="left"/>
      <w:pPr>
        <w:ind w:left="3600" w:hanging="360"/>
      </w:pPr>
      <w:rPr>
        <w:rFonts w:hint="default" w:ascii="Courier New" w:hAnsi="Courier New"/>
      </w:rPr>
    </w:lvl>
    <w:lvl w:ilvl="5" w:tplc="A41AF0B0">
      <w:start w:val="1"/>
      <w:numFmt w:val="bullet"/>
      <w:lvlText w:val=""/>
      <w:lvlJc w:val="left"/>
      <w:pPr>
        <w:ind w:left="4320" w:hanging="360"/>
      </w:pPr>
      <w:rPr>
        <w:rFonts w:hint="default" w:ascii="Wingdings" w:hAnsi="Wingdings"/>
      </w:rPr>
    </w:lvl>
    <w:lvl w:ilvl="6" w:tplc="3D20446C">
      <w:start w:val="1"/>
      <w:numFmt w:val="bullet"/>
      <w:lvlText w:val=""/>
      <w:lvlJc w:val="left"/>
      <w:pPr>
        <w:ind w:left="5040" w:hanging="360"/>
      </w:pPr>
      <w:rPr>
        <w:rFonts w:hint="default" w:ascii="Symbol" w:hAnsi="Symbol"/>
      </w:rPr>
    </w:lvl>
    <w:lvl w:ilvl="7" w:tplc="6AE65470">
      <w:start w:val="1"/>
      <w:numFmt w:val="bullet"/>
      <w:lvlText w:val="o"/>
      <w:lvlJc w:val="left"/>
      <w:pPr>
        <w:ind w:left="5760" w:hanging="360"/>
      </w:pPr>
      <w:rPr>
        <w:rFonts w:hint="default" w:ascii="Courier New" w:hAnsi="Courier New"/>
      </w:rPr>
    </w:lvl>
    <w:lvl w:ilvl="8" w:tplc="AAA03D76">
      <w:start w:val="1"/>
      <w:numFmt w:val="bullet"/>
      <w:lvlText w:val=""/>
      <w:lvlJc w:val="left"/>
      <w:pPr>
        <w:ind w:left="6480" w:hanging="360"/>
      </w:pPr>
      <w:rPr>
        <w:rFonts w:hint="default" w:ascii="Wingdings" w:hAnsi="Wingdings"/>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hint="default" w:ascii="Symbol" w:hAnsi="Symbol"/>
      </w:rPr>
    </w:lvl>
    <w:lvl w:ilvl="1" w:tplc="9D924F7A">
      <w:start w:val="1"/>
      <w:numFmt w:val="bullet"/>
      <w:lvlText w:val="o"/>
      <w:lvlJc w:val="left"/>
      <w:pPr>
        <w:ind w:left="1440" w:hanging="360"/>
      </w:pPr>
      <w:rPr>
        <w:rFonts w:hint="default" w:ascii="Courier New" w:hAnsi="Courier New"/>
      </w:rPr>
    </w:lvl>
    <w:lvl w:ilvl="2" w:tplc="6B0C0280">
      <w:start w:val="1"/>
      <w:numFmt w:val="bullet"/>
      <w:lvlText w:val=""/>
      <w:lvlJc w:val="left"/>
      <w:pPr>
        <w:ind w:left="2160" w:hanging="360"/>
      </w:pPr>
      <w:rPr>
        <w:rFonts w:hint="default" w:ascii="Wingdings" w:hAnsi="Wingdings"/>
      </w:rPr>
    </w:lvl>
    <w:lvl w:ilvl="3" w:tplc="5C3605E0">
      <w:start w:val="1"/>
      <w:numFmt w:val="bullet"/>
      <w:lvlText w:val=""/>
      <w:lvlJc w:val="left"/>
      <w:pPr>
        <w:ind w:left="2880" w:hanging="360"/>
      </w:pPr>
      <w:rPr>
        <w:rFonts w:hint="default" w:ascii="Symbol" w:hAnsi="Symbol"/>
      </w:rPr>
    </w:lvl>
    <w:lvl w:ilvl="4" w:tplc="B17425F4">
      <w:start w:val="1"/>
      <w:numFmt w:val="bullet"/>
      <w:lvlText w:val="o"/>
      <w:lvlJc w:val="left"/>
      <w:pPr>
        <w:ind w:left="3600" w:hanging="360"/>
      </w:pPr>
      <w:rPr>
        <w:rFonts w:hint="default" w:ascii="Courier New" w:hAnsi="Courier New"/>
      </w:rPr>
    </w:lvl>
    <w:lvl w:ilvl="5" w:tplc="77FEECCE">
      <w:start w:val="1"/>
      <w:numFmt w:val="bullet"/>
      <w:lvlText w:val=""/>
      <w:lvlJc w:val="left"/>
      <w:pPr>
        <w:ind w:left="4320" w:hanging="360"/>
      </w:pPr>
      <w:rPr>
        <w:rFonts w:hint="default" w:ascii="Wingdings" w:hAnsi="Wingdings"/>
      </w:rPr>
    </w:lvl>
    <w:lvl w:ilvl="6" w:tplc="5616F640">
      <w:start w:val="1"/>
      <w:numFmt w:val="bullet"/>
      <w:lvlText w:val=""/>
      <w:lvlJc w:val="left"/>
      <w:pPr>
        <w:ind w:left="5040" w:hanging="360"/>
      </w:pPr>
      <w:rPr>
        <w:rFonts w:hint="default" w:ascii="Symbol" w:hAnsi="Symbol"/>
      </w:rPr>
    </w:lvl>
    <w:lvl w:ilvl="7" w:tplc="82242692">
      <w:start w:val="1"/>
      <w:numFmt w:val="bullet"/>
      <w:lvlText w:val="o"/>
      <w:lvlJc w:val="left"/>
      <w:pPr>
        <w:ind w:left="5760" w:hanging="360"/>
      </w:pPr>
      <w:rPr>
        <w:rFonts w:hint="default" w:ascii="Courier New" w:hAnsi="Courier New"/>
      </w:rPr>
    </w:lvl>
    <w:lvl w:ilvl="8" w:tplc="FE1C051C">
      <w:start w:val="1"/>
      <w:numFmt w:val="bullet"/>
      <w:lvlText w:val=""/>
      <w:lvlJc w:val="left"/>
      <w:pPr>
        <w:ind w:left="6480" w:hanging="360"/>
      </w:pPr>
      <w:rPr>
        <w:rFonts w:hint="default" w:ascii="Wingdings" w:hAnsi="Wingdings"/>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0C49E3"/>
    <w:rsid w:val="0015074B"/>
    <w:rsid w:val="0017102D"/>
    <w:rsid w:val="00176ED1"/>
    <w:rsid w:val="00197D4A"/>
    <w:rsid w:val="001A4E91"/>
    <w:rsid w:val="001C072F"/>
    <w:rsid w:val="00264C48"/>
    <w:rsid w:val="00284D82"/>
    <w:rsid w:val="0029639D"/>
    <w:rsid w:val="002B76FE"/>
    <w:rsid w:val="002C5792"/>
    <w:rsid w:val="002E779C"/>
    <w:rsid w:val="00310457"/>
    <w:rsid w:val="00326F90"/>
    <w:rsid w:val="00343944"/>
    <w:rsid w:val="00384C07"/>
    <w:rsid w:val="00396C37"/>
    <w:rsid w:val="003B4597"/>
    <w:rsid w:val="00401DDE"/>
    <w:rsid w:val="004637A7"/>
    <w:rsid w:val="00487981"/>
    <w:rsid w:val="004909F5"/>
    <w:rsid w:val="004D59E3"/>
    <w:rsid w:val="004D5A6C"/>
    <w:rsid w:val="004D7B39"/>
    <w:rsid w:val="00554FC3"/>
    <w:rsid w:val="005C5286"/>
    <w:rsid w:val="0063622A"/>
    <w:rsid w:val="006417D8"/>
    <w:rsid w:val="006B059D"/>
    <w:rsid w:val="006D710E"/>
    <w:rsid w:val="006D7F69"/>
    <w:rsid w:val="00741BA9"/>
    <w:rsid w:val="007E6975"/>
    <w:rsid w:val="00801C7D"/>
    <w:rsid w:val="00876389"/>
    <w:rsid w:val="008A6B23"/>
    <w:rsid w:val="00903253"/>
    <w:rsid w:val="009127B5"/>
    <w:rsid w:val="00936385"/>
    <w:rsid w:val="009611D8"/>
    <w:rsid w:val="00986640"/>
    <w:rsid w:val="009A19BF"/>
    <w:rsid w:val="009A5BC9"/>
    <w:rsid w:val="009A77A6"/>
    <w:rsid w:val="009F3AC6"/>
    <w:rsid w:val="00A407C0"/>
    <w:rsid w:val="00AA1D8D"/>
    <w:rsid w:val="00AC0EB1"/>
    <w:rsid w:val="00B34293"/>
    <w:rsid w:val="00B47730"/>
    <w:rsid w:val="00B622DB"/>
    <w:rsid w:val="00B63EC8"/>
    <w:rsid w:val="00C406A3"/>
    <w:rsid w:val="00CA72F1"/>
    <w:rsid w:val="00CB0664"/>
    <w:rsid w:val="00CF648B"/>
    <w:rsid w:val="00D24A3E"/>
    <w:rsid w:val="00D61777"/>
    <w:rsid w:val="00D879DF"/>
    <w:rsid w:val="00D92A8F"/>
    <w:rsid w:val="00DB0165"/>
    <w:rsid w:val="00DB321A"/>
    <w:rsid w:val="00DC0437"/>
    <w:rsid w:val="00DC629C"/>
    <w:rsid w:val="00E324B3"/>
    <w:rsid w:val="00E5E8ED"/>
    <w:rsid w:val="00F00A8A"/>
    <w:rsid w:val="00F2743A"/>
    <w:rsid w:val="00F37F2A"/>
    <w:rsid w:val="00F8459F"/>
    <w:rsid w:val="00FC693F"/>
    <w:rsid w:val="00FE0C46"/>
    <w:rsid w:val="01C9DF74"/>
    <w:rsid w:val="01DDCBF1"/>
    <w:rsid w:val="01FF7788"/>
    <w:rsid w:val="0401B485"/>
    <w:rsid w:val="04A0CF53"/>
    <w:rsid w:val="04A30BF5"/>
    <w:rsid w:val="04EB4B8A"/>
    <w:rsid w:val="06815B54"/>
    <w:rsid w:val="0733D1F0"/>
    <w:rsid w:val="076139CB"/>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08C5763"/>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7BC99B"/>
    <w:rsid w:val="43A33EEE"/>
    <w:rsid w:val="44BAFCE6"/>
    <w:rsid w:val="466D8BE0"/>
    <w:rsid w:val="46AA4338"/>
    <w:rsid w:val="4940B131"/>
    <w:rsid w:val="4947C53F"/>
    <w:rsid w:val="4A32AAFC"/>
    <w:rsid w:val="4D0F6964"/>
    <w:rsid w:val="4D952779"/>
    <w:rsid w:val="4DE91180"/>
    <w:rsid w:val="4E0D8C5C"/>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9496FC4"/>
    <w:rsid w:val="5B869AE9"/>
    <w:rsid w:val="5BCE2D4A"/>
    <w:rsid w:val="5C09367A"/>
    <w:rsid w:val="5C3504FC"/>
    <w:rsid w:val="5C70DDE6"/>
    <w:rsid w:val="5CA90785"/>
    <w:rsid w:val="5D1E0348"/>
    <w:rsid w:val="5D29FD70"/>
    <w:rsid w:val="609D24A0"/>
    <w:rsid w:val="61816BBF"/>
    <w:rsid w:val="61E274A4"/>
    <w:rsid w:val="61F8660C"/>
    <w:rsid w:val="629958E2"/>
    <w:rsid w:val="62A7561B"/>
    <w:rsid w:val="6348E048"/>
    <w:rsid w:val="650A679B"/>
    <w:rsid w:val="6764C63C"/>
    <w:rsid w:val="6771A950"/>
    <w:rsid w:val="67D5B91C"/>
    <w:rsid w:val="6830A729"/>
    <w:rsid w:val="68EC88EC"/>
    <w:rsid w:val="69B481F6"/>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1F254F"/>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76ED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3.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2025 - Employment Application Form - Editable</dc:title>
  <dc:subject/>
  <dc:creator>Roisin Bradley</dc:creator>
  <keywords/>
  <dc:description>generated by python-docx</dc:description>
  <lastModifiedBy>Juliana Lima</lastModifiedBy>
  <revision>46</revision>
  <dcterms:created xsi:type="dcterms:W3CDTF">2026-09-22T08:49:00.0000000Z</dcterms:created>
  <dcterms:modified xsi:type="dcterms:W3CDTF">2026-10-13T08:36:08.5424117Z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