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590D98A" w:rsidR="00CF648B" w:rsidRDefault="68EC88EC" w:rsidP="766D1AC1">
      <w:pPr>
        <w:spacing w:after="0"/>
      </w:pPr>
      <w:r>
        <w:rPr>
          <w:noProof/>
        </w:rPr>
        <w:drawing>
          <wp:inline distT="0" distB="0" distL="0" distR="0" wp14:anchorId="06BF9D90" wp14:editId="022D7D38">
            <wp:extent cx="6667509" cy="8860188"/>
            <wp:effectExtent l="0" t="0" r="0" b="0"/>
            <wp:docPr id="14895621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562182" name="Picture 1489562182"/>
                    <pic:cNvPicPr/>
                  </pic:nvPicPr>
                  <pic:blipFill>
                    <a:blip r:embed="rId11">
                      <a:extLst>
                        <a:ext uri="{28A0092B-C50C-407E-A947-70E740481C1C}">
                          <a14:useLocalDpi xmlns:a14="http://schemas.microsoft.com/office/drawing/2010/main"/>
                        </a:ext>
                      </a:extLst>
                    </a:blip>
                    <a:stretch>
                      <a:fillRect/>
                    </a:stretch>
                  </pic:blipFill>
                  <pic:spPr>
                    <a:xfrm>
                      <a:off x="0" y="0"/>
                      <a:ext cx="6667509" cy="8860188"/>
                    </a:xfrm>
                    <a:prstGeom prst="rect">
                      <a:avLst/>
                    </a:prstGeom>
                  </pic:spPr>
                </pic:pic>
              </a:graphicData>
            </a:graphic>
          </wp:inline>
        </w:drawing>
      </w:r>
    </w:p>
    <w:p w14:paraId="0A37501D" w14:textId="77777777" w:rsidR="00CF648B" w:rsidRDefault="00DC0437">
      <w:r>
        <w:br w:type="page"/>
      </w:r>
    </w:p>
    <w:tbl>
      <w:tblPr>
        <w:tblW w:w="0" w:type="auto"/>
        <w:jc w:val="center"/>
        <w:tblLook w:val="04A0" w:firstRow="1" w:lastRow="0" w:firstColumn="1" w:lastColumn="0" w:noHBand="0" w:noVBand="1"/>
      </w:tblPr>
      <w:tblGrid>
        <w:gridCol w:w="5159"/>
        <w:gridCol w:w="5159"/>
      </w:tblGrid>
      <w:tr w:rsidR="00CF648B" w:rsidRPr="001A4E91" w14:paraId="51CC6E0F" w14:textId="77777777" w:rsidTr="3F9B9FB5">
        <w:trPr>
          <w:jc w:val="center"/>
        </w:trPr>
        <w:tc>
          <w:tcPr>
            <w:tcW w:w="5159" w:type="dxa"/>
            <w:tcMar>
              <w:top w:w="100" w:type="dxa"/>
              <w:left w:w="120" w:type="dxa"/>
              <w:bottom w:w="100" w:type="dxa"/>
              <w:right w:w="120" w:type="dxa"/>
            </w:tcMar>
            <w:vAlign w:val="center"/>
          </w:tcPr>
          <w:p w14:paraId="23E5A054" w14:textId="77777777" w:rsidR="00CF648B" w:rsidRPr="001A4E91" w:rsidRDefault="00DC0437" w:rsidP="3F9B9FB5">
            <w:pPr>
              <w:spacing w:after="0"/>
              <w:rPr>
                <w:rFonts w:ascii="Aptos" w:hAnsi="Aptos"/>
                <w:b/>
                <w:bCs/>
                <w:color w:val="006B54"/>
                <w:sz w:val="24"/>
                <w:szCs w:val="24"/>
              </w:rPr>
            </w:pPr>
            <w:r w:rsidRPr="001A4E91">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5DAB6C7B" w14:textId="3A2E4DDC" w:rsidR="00CF648B" w:rsidRPr="001A4E91" w:rsidRDefault="00CF648B">
            <w:pPr>
              <w:jc w:val="right"/>
              <w:rPr>
                <w:rFonts w:ascii="Aptos" w:hAnsi="Aptos"/>
              </w:rPr>
            </w:pPr>
          </w:p>
        </w:tc>
      </w:tr>
    </w:tbl>
    <w:tbl>
      <w:tblPr>
        <w:tblStyle w:val="TableGrid"/>
        <w:tblW w:w="10308" w:type="dxa"/>
        <w:tblLook w:val="04A0" w:firstRow="1" w:lastRow="0" w:firstColumn="1" w:lastColumn="0" w:noHBand="0" w:noVBand="1"/>
      </w:tblPr>
      <w:tblGrid>
        <w:gridCol w:w="6091"/>
        <w:gridCol w:w="4217"/>
      </w:tblGrid>
      <w:tr w:rsidR="00CF648B" w:rsidRPr="001A4E91" w14:paraId="27B27951" w14:textId="77777777" w:rsidTr="437BC99B">
        <w:trPr>
          <w:trHeight w:val="300"/>
        </w:trPr>
        <w:tc>
          <w:tcPr>
            <w:tcW w:w="10308" w:type="dxa"/>
            <w:gridSpan w:val="2"/>
            <w:shd w:val="clear" w:color="auto" w:fill="DDEFE8"/>
            <w:tcMar>
              <w:top w:w="100" w:type="dxa"/>
              <w:left w:w="120" w:type="dxa"/>
              <w:bottom w:w="100" w:type="dxa"/>
              <w:right w:w="120" w:type="dxa"/>
            </w:tcMar>
            <w:vAlign w:val="center"/>
          </w:tcPr>
          <w:p w14:paraId="1F7D8BBD" w14:textId="77777777" w:rsidR="00CF648B" w:rsidRPr="001A4E91" w:rsidRDefault="00DC0437">
            <w:pPr>
              <w:rPr>
                <w:rFonts w:ascii="Aptos" w:hAnsi="Aptos"/>
                <w:sz w:val="20"/>
                <w:szCs w:val="20"/>
              </w:rPr>
            </w:pPr>
            <w:r w:rsidRPr="001A4E91">
              <w:rPr>
                <w:rFonts w:ascii="Aptos" w:hAnsi="Aptos"/>
                <w:b/>
                <w:color w:val="006B54"/>
                <w:sz w:val="20"/>
                <w:szCs w:val="20"/>
              </w:rPr>
              <w:t>Position Applied For:</w:t>
            </w:r>
          </w:p>
        </w:tc>
      </w:tr>
      <w:tr w:rsidR="00CF648B" w:rsidRPr="001A4E91" w14:paraId="5A39BBE3" w14:textId="77777777" w:rsidTr="437BC99B">
        <w:trPr>
          <w:trHeight w:val="300"/>
        </w:trPr>
        <w:tc>
          <w:tcPr>
            <w:tcW w:w="10308" w:type="dxa"/>
            <w:gridSpan w:val="2"/>
            <w:tcMar>
              <w:top w:w="100" w:type="dxa"/>
              <w:left w:w="120" w:type="dxa"/>
              <w:bottom w:w="100" w:type="dxa"/>
              <w:right w:w="120" w:type="dxa"/>
            </w:tcMar>
            <w:vAlign w:val="center"/>
          </w:tcPr>
          <w:p w14:paraId="41C8F396" w14:textId="3E88038C" w:rsidR="00CF648B" w:rsidRPr="00D92A8F" w:rsidRDefault="00D879DF" w:rsidP="437BC99B">
            <w:pPr>
              <w:rPr>
                <w:rFonts w:ascii="Aptos" w:eastAsia="Arial" w:hAnsi="Aptos" w:cs="Arial"/>
                <w:color w:val="000000" w:themeColor="text1"/>
                <w:sz w:val="20"/>
                <w:szCs w:val="20"/>
              </w:rPr>
            </w:pPr>
            <w:r w:rsidRPr="437BC99B">
              <w:rPr>
                <w:rFonts w:ascii="Aptos" w:eastAsia="Arial" w:hAnsi="Aptos" w:cs="Arial"/>
                <w:b/>
                <w:bCs/>
                <w:color w:val="000000" w:themeColor="text1"/>
                <w:sz w:val="20"/>
                <w:szCs w:val="20"/>
                <w:lang w:val="en-IE"/>
              </w:rPr>
              <w:t xml:space="preserve">Officer, Investment </w:t>
            </w:r>
            <w:r w:rsidR="005A6328" w:rsidRPr="437BC99B">
              <w:rPr>
                <w:rFonts w:ascii="Aptos" w:eastAsia="Arial" w:hAnsi="Aptos" w:cs="Arial"/>
                <w:b/>
                <w:bCs/>
                <w:color w:val="000000" w:themeColor="text1"/>
                <w:sz w:val="20"/>
                <w:szCs w:val="20"/>
                <w:lang w:val="en-IE"/>
              </w:rPr>
              <w:t>Services -</w:t>
            </w:r>
            <w:r w:rsidR="005A6328">
              <w:rPr>
                <w:rFonts w:ascii="Aptos" w:eastAsia="Arial" w:hAnsi="Aptos" w:cs="Arial"/>
                <w:color w:val="000000" w:themeColor="text1"/>
                <w:sz w:val="20"/>
                <w:szCs w:val="20"/>
              </w:rPr>
              <w:t xml:space="preserve"> </w:t>
            </w:r>
            <w:r w:rsidR="005A6328" w:rsidRPr="005A6328">
              <w:rPr>
                <w:rFonts w:ascii="Aptos" w:eastAsia="Arial" w:hAnsi="Aptos" w:cs="Arial"/>
                <w:b/>
                <w:bCs/>
                <w:color w:val="000000" w:themeColor="text1"/>
                <w:sz w:val="20"/>
                <w:szCs w:val="20"/>
                <w:lang w:val="en-IE"/>
              </w:rPr>
              <w:t>Temporary, Specified Purpose Contract</w:t>
            </w:r>
          </w:p>
        </w:tc>
      </w:tr>
      <w:tr w:rsidR="00CF648B" w:rsidRPr="001A4E91" w14:paraId="5C4879D2" w14:textId="77777777" w:rsidTr="437BC99B">
        <w:trPr>
          <w:trHeight w:val="300"/>
        </w:trPr>
        <w:tc>
          <w:tcPr>
            <w:tcW w:w="6091" w:type="dxa"/>
            <w:shd w:val="clear" w:color="auto" w:fill="DDEFE8"/>
            <w:tcMar>
              <w:top w:w="100" w:type="dxa"/>
              <w:left w:w="120" w:type="dxa"/>
              <w:bottom w:w="100" w:type="dxa"/>
              <w:right w:w="120" w:type="dxa"/>
            </w:tcMar>
            <w:vAlign w:val="center"/>
          </w:tcPr>
          <w:p w14:paraId="1C75BF29" w14:textId="0D9D722C" w:rsidR="00CF648B" w:rsidRPr="001A4E91" w:rsidRDefault="6FBF803C" w:rsidP="401D4E06">
            <w:pPr>
              <w:rPr>
                <w:rFonts w:ascii="Aptos" w:hAnsi="Aptos"/>
                <w:b/>
                <w:bCs/>
                <w:color w:val="006B54"/>
                <w:sz w:val="20"/>
                <w:szCs w:val="20"/>
                <w:lang w:val="en-IE"/>
              </w:rPr>
            </w:pPr>
            <w:r w:rsidRPr="001A4E91">
              <w:rPr>
                <w:rFonts w:ascii="Aptos" w:hAnsi="Aptos"/>
                <w:b/>
                <w:bCs/>
                <w:color w:val="006B54"/>
                <w:sz w:val="20"/>
                <w:szCs w:val="20"/>
                <w:lang w:val="en-IE"/>
              </w:rPr>
              <w:t xml:space="preserve">Preferred Location </w:t>
            </w:r>
          </w:p>
          <w:p w14:paraId="7B9C589C" w14:textId="16F2239A" w:rsidR="00CF648B" w:rsidRPr="001A4E91" w:rsidRDefault="6FBF803C" w:rsidP="401D4E06">
            <w:pPr>
              <w:rPr>
                <w:rFonts w:ascii="Aptos" w:hAnsi="Aptos"/>
                <w:b/>
                <w:bCs/>
                <w:color w:val="006B54"/>
                <w:sz w:val="20"/>
                <w:szCs w:val="20"/>
                <w:lang w:val="en-IE"/>
              </w:rPr>
            </w:pPr>
            <w:r w:rsidRPr="001A4E91">
              <w:rPr>
                <w:rFonts w:ascii="Aptos" w:hAnsi="Aptos"/>
                <w:b/>
                <w:bCs/>
                <w:color w:val="006B54"/>
                <w:sz w:val="20"/>
                <w:szCs w:val="20"/>
                <w:lang w:val="en-IE"/>
              </w:rPr>
              <w:t>(Please select up to a maximum of 2 locations)</w:t>
            </w:r>
          </w:p>
          <w:p w14:paraId="454B23F8" w14:textId="73F81628" w:rsidR="00CF648B" w:rsidRPr="001A4E91" w:rsidRDefault="00CF648B" w:rsidP="401D4E06">
            <w:pPr>
              <w:rPr>
                <w:rFonts w:ascii="Aptos" w:hAnsi="Aptos"/>
                <w:b/>
                <w:bCs/>
                <w:color w:val="006B54"/>
                <w:sz w:val="20"/>
                <w:szCs w:val="20"/>
              </w:rPr>
            </w:pPr>
          </w:p>
        </w:tc>
        <w:tc>
          <w:tcPr>
            <w:tcW w:w="4217" w:type="dxa"/>
            <w:shd w:val="clear" w:color="auto" w:fill="DDEFE8"/>
            <w:tcMar>
              <w:top w:w="100" w:type="dxa"/>
              <w:left w:w="120" w:type="dxa"/>
              <w:bottom w:w="100" w:type="dxa"/>
              <w:right w:w="120" w:type="dxa"/>
            </w:tcMar>
            <w:vAlign w:val="center"/>
          </w:tcPr>
          <w:p w14:paraId="61061EFC" w14:textId="5B8BE181" w:rsidR="7B2B2066" w:rsidRPr="001A4E91" w:rsidRDefault="7B2B2066" w:rsidP="401D4E06">
            <w:pPr>
              <w:rPr>
                <w:rFonts w:ascii="Aptos" w:hAnsi="Aptos"/>
                <w:sz w:val="20"/>
                <w:szCs w:val="20"/>
              </w:rPr>
            </w:pPr>
            <w:r w:rsidRPr="001A4E91">
              <w:rPr>
                <w:rFonts w:ascii="Aptos" w:hAnsi="Aptos"/>
                <w:b/>
                <w:bCs/>
                <w:color w:val="006B54"/>
                <w:sz w:val="20"/>
                <w:szCs w:val="20"/>
                <w:lang w:val="en-IE"/>
              </w:rPr>
              <w:t>Mark with (X)</w:t>
            </w:r>
          </w:p>
        </w:tc>
      </w:tr>
      <w:tr w:rsidR="00CF648B" w:rsidRPr="001A4E91" w14:paraId="72A3D3EC" w14:textId="77777777" w:rsidTr="437BC99B">
        <w:trPr>
          <w:trHeight w:val="300"/>
        </w:trPr>
        <w:tc>
          <w:tcPr>
            <w:tcW w:w="6091" w:type="dxa"/>
            <w:tcMar>
              <w:top w:w="100" w:type="dxa"/>
              <w:left w:w="120" w:type="dxa"/>
              <w:bottom w:w="100" w:type="dxa"/>
              <w:right w:w="120" w:type="dxa"/>
            </w:tcMar>
            <w:vAlign w:val="center"/>
          </w:tcPr>
          <w:p w14:paraId="0D0B940D" w14:textId="2659B465" w:rsidR="00CF648B" w:rsidRPr="001A4E91" w:rsidRDefault="00B34293">
            <w:pPr>
              <w:rPr>
                <w:rFonts w:ascii="Aptos" w:hAnsi="Aptos"/>
                <w:sz w:val="20"/>
                <w:szCs w:val="20"/>
              </w:rPr>
            </w:pPr>
            <w:r w:rsidRPr="001A4E91">
              <w:rPr>
                <w:rFonts w:ascii="Aptos" w:hAnsi="Aptos"/>
                <w:sz w:val="20"/>
                <w:szCs w:val="20"/>
              </w:rPr>
              <w:t xml:space="preserve">4th Floor, Mathew House, Fr. Mathew St., </w:t>
            </w:r>
            <w:r w:rsidRPr="001A4E91">
              <w:rPr>
                <w:rFonts w:ascii="Aptos" w:hAnsi="Aptos"/>
                <w:b/>
                <w:bCs/>
                <w:sz w:val="20"/>
                <w:szCs w:val="20"/>
              </w:rPr>
              <w:t>Cork</w:t>
            </w:r>
            <w:r w:rsidRPr="001A4E91">
              <w:rPr>
                <w:rFonts w:ascii="Aptos" w:hAnsi="Aptos"/>
                <w:sz w:val="20"/>
                <w:szCs w:val="20"/>
              </w:rPr>
              <w:t>, T12TN56 </w:t>
            </w:r>
          </w:p>
        </w:tc>
        <w:tc>
          <w:tcPr>
            <w:tcW w:w="4217" w:type="dxa"/>
            <w:tcMar>
              <w:top w:w="100" w:type="dxa"/>
              <w:left w:w="120" w:type="dxa"/>
              <w:bottom w:w="100" w:type="dxa"/>
              <w:right w:w="120" w:type="dxa"/>
            </w:tcMar>
            <w:vAlign w:val="center"/>
          </w:tcPr>
          <w:p w14:paraId="0DDC30D3" w14:textId="4FAB629D" w:rsidR="401D4E06" w:rsidRPr="001A4E91" w:rsidRDefault="00B34293" w:rsidP="401D4E06">
            <w:pPr>
              <w:rPr>
                <w:rFonts w:ascii="Aptos" w:hAnsi="Aptos"/>
                <w:sz w:val="20"/>
                <w:szCs w:val="20"/>
              </w:rPr>
            </w:pPr>
            <w:r w:rsidRPr="001A4E91">
              <w:rPr>
                <w:rFonts w:ascii="Aptos" w:hAnsi="Aptos"/>
                <w:sz w:val="20"/>
                <w:szCs w:val="20"/>
              </w:rPr>
              <w:t xml:space="preserve">[  ] </w:t>
            </w:r>
          </w:p>
        </w:tc>
      </w:tr>
      <w:tr w:rsidR="401D4E06" w:rsidRPr="001A4E91" w14:paraId="4E76EEAB" w14:textId="77777777" w:rsidTr="437BC99B">
        <w:trPr>
          <w:trHeight w:val="450"/>
        </w:trPr>
        <w:tc>
          <w:tcPr>
            <w:tcW w:w="6091" w:type="dxa"/>
            <w:tcMar>
              <w:top w:w="100" w:type="dxa"/>
              <w:left w:w="120" w:type="dxa"/>
              <w:bottom w:w="100" w:type="dxa"/>
              <w:right w:w="120" w:type="dxa"/>
            </w:tcMar>
            <w:vAlign w:val="center"/>
          </w:tcPr>
          <w:p w14:paraId="747D4B91" w14:textId="17C0BC78" w:rsidR="55A46855" w:rsidRPr="001A4E91" w:rsidRDefault="00B34293" w:rsidP="401D4E06">
            <w:pPr>
              <w:rPr>
                <w:rFonts w:ascii="Aptos" w:hAnsi="Aptos"/>
                <w:sz w:val="20"/>
                <w:szCs w:val="20"/>
              </w:rPr>
            </w:pPr>
            <w:r w:rsidRPr="001A4E91">
              <w:rPr>
                <w:rFonts w:ascii="Aptos" w:hAnsi="Aptos"/>
                <w:sz w:val="20"/>
                <w:szCs w:val="20"/>
              </w:rPr>
              <w:t xml:space="preserve">Áras Fáilte, 88-95 Amiens Street, </w:t>
            </w:r>
            <w:r w:rsidRPr="001A4E91">
              <w:rPr>
                <w:rFonts w:ascii="Aptos" w:hAnsi="Aptos"/>
                <w:b/>
                <w:bCs/>
                <w:sz w:val="20"/>
                <w:szCs w:val="20"/>
              </w:rPr>
              <w:t>Dublin</w:t>
            </w:r>
            <w:r w:rsidRPr="001A4E91">
              <w:rPr>
                <w:rFonts w:ascii="Aptos" w:hAnsi="Aptos"/>
                <w:sz w:val="20"/>
                <w:szCs w:val="20"/>
              </w:rPr>
              <w:t xml:space="preserve"> 1, D01 WR86</w:t>
            </w:r>
          </w:p>
        </w:tc>
        <w:tc>
          <w:tcPr>
            <w:tcW w:w="4217" w:type="dxa"/>
            <w:tcMar>
              <w:top w:w="100" w:type="dxa"/>
              <w:left w:w="120" w:type="dxa"/>
              <w:bottom w:w="100" w:type="dxa"/>
              <w:right w:w="120" w:type="dxa"/>
            </w:tcMar>
            <w:vAlign w:val="center"/>
          </w:tcPr>
          <w:p w14:paraId="63AE5399" w14:textId="7CF30AAE" w:rsidR="401D4E06" w:rsidRPr="001A4E91" w:rsidRDefault="00B34293" w:rsidP="401D4E06">
            <w:pPr>
              <w:rPr>
                <w:rFonts w:ascii="Aptos" w:hAnsi="Aptos"/>
                <w:sz w:val="20"/>
                <w:szCs w:val="20"/>
              </w:rPr>
            </w:pPr>
            <w:r w:rsidRPr="001A4E91">
              <w:rPr>
                <w:rFonts w:ascii="Aptos" w:hAnsi="Aptos"/>
                <w:sz w:val="20"/>
                <w:szCs w:val="20"/>
              </w:rPr>
              <w:t>[  ]</w:t>
            </w:r>
          </w:p>
        </w:tc>
      </w:tr>
      <w:tr w:rsidR="401D4E06" w:rsidRPr="001A4E91" w14:paraId="0A1C77E9" w14:textId="77777777" w:rsidTr="437BC99B">
        <w:trPr>
          <w:trHeight w:val="300"/>
        </w:trPr>
        <w:tc>
          <w:tcPr>
            <w:tcW w:w="6091" w:type="dxa"/>
            <w:tcMar>
              <w:top w:w="100" w:type="dxa"/>
              <w:left w:w="120" w:type="dxa"/>
              <w:bottom w:w="100" w:type="dxa"/>
              <w:right w:w="120" w:type="dxa"/>
            </w:tcMar>
            <w:vAlign w:val="center"/>
          </w:tcPr>
          <w:p w14:paraId="15B6F007" w14:textId="5BE48CC2" w:rsidR="55A46855" w:rsidRPr="00D879DF" w:rsidRDefault="00D879DF" w:rsidP="401D4E06">
            <w:pPr>
              <w:rPr>
                <w:rFonts w:ascii="Aptos" w:hAnsi="Aptos"/>
                <w:sz w:val="20"/>
                <w:szCs w:val="20"/>
              </w:rPr>
            </w:pPr>
            <w:r w:rsidRPr="00D879DF">
              <w:rPr>
                <w:rFonts w:ascii="Aptos" w:hAnsi="Aptos" w:cs="Arial"/>
                <w:sz w:val="20"/>
                <w:szCs w:val="20"/>
              </w:rPr>
              <w:t xml:space="preserve">Áras Reddan, Temple St., </w:t>
            </w:r>
            <w:r w:rsidRPr="00D879DF">
              <w:rPr>
                <w:rFonts w:ascii="Aptos" w:hAnsi="Aptos" w:cs="Arial"/>
                <w:b/>
                <w:bCs/>
                <w:sz w:val="20"/>
                <w:szCs w:val="20"/>
              </w:rPr>
              <w:t>Sligo</w:t>
            </w:r>
            <w:r w:rsidRPr="00D879DF">
              <w:rPr>
                <w:rFonts w:ascii="Aptos" w:hAnsi="Aptos" w:cs="Arial"/>
                <w:sz w:val="20"/>
                <w:szCs w:val="20"/>
              </w:rPr>
              <w:t>, F91 RX45</w:t>
            </w:r>
          </w:p>
        </w:tc>
        <w:tc>
          <w:tcPr>
            <w:tcW w:w="4217" w:type="dxa"/>
            <w:tcMar>
              <w:top w:w="100" w:type="dxa"/>
              <w:left w:w="120" w:type="dxa"/>
              <w:bottom w:w="100" w:type="dxa"/>
              <w:right w:w="120" w:type="dxa"/>
            </w:tcMar>
            <w:vAlign w:val="center"/>
          </w:tcPr>
          <w:p w14:paraId="4EE0B5F3" w14:textId="44FC2DC1" w:rsidR="401D4E06" w:rsidRPr="001A4E91" w:rsidRDefault="00B34293" w:rsidP="401D4E06">
            <w:pPr>
              <w:rPr>
                <w:rFonts w:ascii="Aptos" w:hAnsi="Aptos"/>
                <w:sz w:val="20"/>
                <w:szCs w:val="20"/>
              </w:rPr>
            </w:pPr>
            <w:r w:rsidRPr="001A4E91">
              <w:rPr>
                <w:rFonts w:ascii="Aptos" w:hAnsi="Aptos"/>
                <w:sz w:val="20"/>
                <w:szCs w:val="20"/>
              </w:rPr>
              <w:t>[  ]</w:t>
            </w:r>
          </w:p>
        </w:tc>
      </w:tr>
      <w:tr w:rsidR="00CF648B" w:rsidRPr="001A4E91" w14:paraId="226A1CB4" w14:textId="77777777" w:rsidTr="437BC99B">
        <w:trPr>
          <w:trHeight w:val="300"/>
        </w:trPr>
        <w:tc>
          <w:tcPr>
            <w:tcW w:w="10308" w:type="dxa"/>
            <w:gridSpan w:val="2"/>
            <w:shd w:val="clear" w:color="auto" w:fill="DDEFE8"/>
            <w:tcMar>
              <w:top w:w="100" w:type="dxa"/>
              <w:left w:w="120" w:type="dxa"/>
              <w:bottom w:w="100" w:type="dxa"/>
              <w:right w:w="120" w:type="dxa"/>
            </w:tcMar>
            <w:vAlign w:val="center"/>
          </w:tcPr>
          <w:p w14:paraId="1FAB5CE7" w14:textId="167B2C53" w:rsidR="00CF648B" w:rsidRPr="001A4E91" w:rsidRDefault="00DC0437">
            <w:pPr>
              <w:rPr>
                <w:rFonts w:ascii="Aptos" w:hAnsi="Aptos"/>
                <w:sz w:val="20"/>
                <w:szCs w:val="20"/>
              </w:rPr>
            </w:pPr>
            <w:r w:rsidRPr="001A4E91">
              <w:rPr>
                <w:rFonts w:ascii="Aptos" w:hAnsi="Aptos"/>
                <w:b/>
                <w:color w:val="006B54"/>
                <w:sz w:val="20"/>
                <w:szCs w:val="20"/>
              </w:rPr>
              <w:t xml:space="preserve">Closing Date </w:t>
            </w:r>
            <w:r w:rsidR="00B34293" w:rsidRPr="001A4E91">
              <w:rPr>
                <w:rFonts w:ascii="Aptos" w:hAnsi="Aptos"/>
                <w:b/>
                <w:color w:val="006B54"/>
                <w:sz w:val="20"/>
                <w:szCs w:val="20"/>
              </w:rPr>
              <w:t>for</w:t>
            </w:r>
            <w:r w:rsidRPr="001A4E91">
              <w:rPr>
                <w:rFonts w:ascii="Aptos" w:hAnsi="Aptos"/>
                <w:b/>
                <w:color w:val="006B54"/>
                <w:sz w:val="20"/>
                <w:szCs w:val="20"/>
              </w:rPr>
              <w:t xml:space="preserve"> Application:</w:t>
            </w:r>
          </w:p>
        </w:tc>
      </w:tr>
      <w:tr w:rsidR="00CF648B" w:rsidRPr="001A4E91" w14:paraId="0E27B00A" w14:textId="77777777" w:rsidTr="437BC99B">
        <w:trPr>
          <w:trHeight w:val="300"/>
        </w:trPr>
        <w:tc>
          <w:tcPr>
            <w:tcW w:w="10308" w:type="dxa"/>
            <w:gridSpan w:val="2"/>
            <w:tcMar>
              <w:top w:w="100" w:type="dxa"/>
              <w:left w:w="120" w:type="dxa"/>
              <w:bottom w:w="100" w:type="dxa"/>
              <w:right w:w="120" w:type="dxa"/>
            </w:tcMar>
            <w:vAlign w:val="center"/>
          </w:tcPr>
          <w:p w14:paraId="60061E4C" w14:textId="5C0BCF10" w:rsidR="00CF648B" w:rsidRPr="001A4E91" w:rsidRDefault="00D92A8F">
            <w:pPr>
              <w:rPr>
                <w:rFonts w:ascii="Aptos" w:hAnsi="Aptos"/>
                <w:sz w:val="20"/>
                <w:szCs w:val="20"/>
              </w:rPr>
            </w:pPr>
            <w:r w:rsidRPr="437BC99B">
              <w:rPr>
                <w:rFonts w:ascii="Aptos" w:hAnsi="Aptos"/>
                <w:sz w:val="20"/>
                <w:szCs w:val="20"/>
              </w:rPr>
              <w:t>2</w:t>
            </w:r>
            <w:r w:rsidR="00D879DF" w:rsidRPr="437BC99B">
              <w:rPr>
                <w:rFonts w:ascii="Aptos" w:hAnsi="Aptos"/>
                <w:sz w:val="20"/>
                <w:szCs w:val="20"/>
              </w:rPr>
              <w:t>8</w:t>
            </w:r>
            <w:r w:rsidR="00D879DF" w:rsidRPr="437BC99B">
              <w:rPr>
                <w:rFonts w:ascii="Aptos" w:hAnsi="Aptos"/>
                <w:sz w:val="20"/>
                <w:szCs w:val="20"/>
                <w:vertAlign w:val="superscript"/>
              </w:rPr>
              <w:t>th</w:t>
            </w:r>
            <w:r w:rsidRPr="437BC99B">
              <w:rPr>
                <w:rFonts w:ascii="Aptos" w:hAnsi="Aptos"/>
                <w:sz w:val="20"/>
                <w:szCs w:val="20"/>
              </w:rPr>
              <w:t xml:space="preserve"> </w:t>
            </w:r>
            <w:r w:rsidR="1AA37D6B" w:rsidRPr="437BC99B">
              <w:rPr>
                <w:rFonts w:ascii="Aptos" w:hAnsi="Aptos"/>
                <w:sz w:val="20"/>
                <w:szCs w:val="20"/>
              </w:rPr>
              <w:t>October 2026</w:t>
            </w:r>
            <w:r w:rsidR="001A4E91" w:rsidRPr="437BC99B">
              <w:rPr>
                <w:rFonts w:ascii="Aptos" w:hAnsi="Aptos"/>
                <w:sz w:val="20"/>
                <w:szCs w:val="20"/>
              </w:rPr>
              <w:t xml:space="preserve"> at 3pm.</w:t>
            </w:r>
          </w:p>
        </w:tc>
      </w:tr>
    </w:tbl>
    <w:p w14:paraId="6AE03482" w14:textId="1847F418" w:rsidR="401D4E06" w:rsidRDefault="401D4E06"/>
    <w:p w14:paraId="6C36A651" w14:textId="7EAC1C92" w:rsidR="00CF648B" w:rsidRPr="001A4E91" w:rsidRDefault="00DC0437" w:rsidP="3F9B9FB5">
      <w:pPr>
        <w:jc w:val="center"/>
        <w:rPr>
          <w:rFonts w:ascii="Aptos" w:hAnsi="Aptos"/>
          <w:sz w:val="24"/>
          <w:szCs w:val="24"/>
        </w:rPr>
      </w:pPr>
      <w:r w:rsidRPr="001A4E91">
        <w:rPr>
          <w:rFonts w:ascii="Aptos" w:hAnsi="Aptos"/>
          <w:b/>
          <w:bCs/>
          <w:color w:val="006B54"/>
          <w:sz w:val="24"/>
          <w:szCs w:val="24"/>
        </w:rPr>
        <w:t xml:space="preserve">LATE APPLICATIONS WILL NOT BE CONSIDERED I.E. RECEIVED AFTER </w:t>
      </w:r>
      <w:r w:rsidR="00B34293" w:rsidRPr="001A4E91">
        <w:rPr>
          <w:rFonts w:ascii="Aptos" w:hAnsi="Aptos"/>
          <w:b/>
          <w:bCs/>
          <w:color w:val="006B54"/>
          <w:sz w:val="24"/>
          <w:szCs w:val="24"/>
        </w:rPr>
        <w:t>3</w:t>
      </w:r>
      <w:r w:rsidRPr="001A4E91">
        <w:rPr>
          <w:rFonts w:ascii="Aptos" w:hAnsi="Aptos"/>
          <w:b/>
          <w:bCs/>
          <w:color w:val="006B54"/>
          <w:sz w:val="24"/>
          <w:szCs w:val="24"/>
        </w:rPr>
        <w:t>.00PM (IRELAND TIME)</w:t>
      </w:r>
    </w:p>
    <w:p w14:paraId="3898429D" w14:textId="77777777" w:rsidR="00CF648B" w:rsidRPr="001A4E91" w:rsidRDefault="00DC0437">
      <w:pPr>
        <w:jc w:val="center"/>
        <w:rPr>
          <w:rFonts w:ascii="Aptos" w:hAnsi="Aptos"/>
          <w:sz w:val="20"/>
          <w:szCs w:val="20"/>
        </w:rPr>
      </w:pPr>
      <w:r w:rsidRPr="001A4E91">
        <w:rPr>
          <w:rFonts w:ascii="Aptos" w:hAnsi="Aptos"/>
          <w:sz w:val="20"/>
          <w:szCs w:val="20"/>
        </w:rPr>
        <w:t>We will contact you either by email or by telephone.</w:t>
      </w:r>
    </w:p>
    <w:tbl>
      <w:tblPr>
        <w:tblW w:w="0" w:type="auto"/>
        <w:jc w:val="center"/>
        <w:tblLook w:val="04A0" w:firstRow="1" w:lastRow="0" w:firstColumn="1" w:lastColumn="0" w:noHBand="0" w:noVBand="1"/>
      </w:tblPr>
      <w:tblGrid>
        <w:gridCol w:w="10318"/>
      </w:tblGrid>
      <w:tr w:rsidR="00CF648B" w:rsidRPr="001A4E91" w14:paraId="773099A0" w14:textId="77777777">
        <w:trPr>
          <w:jc w:val="center"/>
        </w:trPr>
        <w:tc>
          <w:tcPr>
            <w:tcW w:w="10318" w:type="dxa"/>
            <w:shd w:val="clear" w:color="auto" w:fill="006B54"/>
            <w:tcMar>
              <w:top w:w="100" w:type="dxa"/>
              <w:left w:w="120" w:type="dxa"/>
              <w:bottom w:w="100" w:type="dxa"/>
              <w:right w:w="120" w:type="dxa"/>
            </w:tcMar>
            <w:vAlign w:val="center"/>
          </w:tcPr>
          <w:p w14:paraId="16D0D645" w14:textId="77777777" w:rsidR="00CF648B" w:rsidRPr="009A77A6" w:rsidRDefault="00DC0437">
            <w:pPr>
              <w:spacing w:after="0"/>
              <w:rPr>
                <w:rFonts w:ascii="Aptos" w:hAnsi="Aptos"/>
                <w:sz w:val="24"/>
                <w:szCs w:val="24"/>
              </w:rPr>
            </w:pPr>
            <w:r w:rsidRPr="009A77A6">
              <w:rPr>
                <w:rFonts w:ascii="Aptos" w:hAnsi="Aptos"/>
                <w:b/>
                <w:color w:val="FFFFFF"/>
                <w:sz w:val="24"/>
                <w:szCs w:val="24"/>
              </w:rPr>
              <w:t>Please answer all the following questions:</w:t>
            </w:r>
          </w:p>
        </w:tc>
      </w:tr>
    </w:tbl>
    <w:p w14:paraId="3DEEC669" w14:textId="77777777" w:rsidR="00CF648B" w:rsidRPr="001A4E91" w:rsidRDefault="00CF648B">
      <w:pPr>
        <w:spacing w:after="0"/>
        <w:rPr>
          <w:rFonts w:ascii="Aptos" w:hAnsi="Aptos"/>
          <w:sz w:val="20"/>
          <w:szCs w:val="20"/>
        </w:rPr>
      </w:pPr>
    </w:p>
    <w:p w14:paraId="60390542" w14:textId="77777777" w:rsidR="00CF648B" w:rsidRPr="001A4E91" w:rsidRDefault="00DC0437">
      <w:pPr>
        <w:spacing w:after="40"/>
        <w:rPr>
          <w:rFonts w:ascii="Aptos" w:hAnsi="Aptos"/>
          <w:sz w:val="20"/>
          <w:szCs w:val="20"/>
        </w:rPr>
      </w:pPr>
      <w:r w:rsidRPr="001A4E91">
        <w:rPr>
          <w:rFonts w:ascii="Aptos" w:hAnsi="Aptos"/>
          <w:sz w:val="20"/>
          <w:szCs w:val="20"/>
        </w:rPr>
        <w:t>• Please answer the questions fully as this will enable us to correctly assess your application.</w:t>
      </w:r>
    </w:p>
    <w:p w14:paraId="3B7D31B7" w14:textId="77777777" w:rsidR="00CF648B" w:rsidRPr="001A4E91" w:rsidRDefault="00DC0437">
      <w:pPr>
        <w:spacing w:after="40"/>
        <w:rPr>
          <w:rFonts w:ascii="Aptos" w:hAnsi="Aptos"/>
          <w:sz w:val="20"/>
          <w:szCs w:val="20"/>
        </w:rPr>
      </w:pPr>
      <w:r w:rsidRPr="001A4E91">
        <w:rPr>
          <w:rFonts w:ascii="Aptos" w:hAnsi="Aptos"/>
          <w:sz w:val="20"/>
          <w:szCs w:val="20"/>
        </w:rPr>
        <w:t>• Only the application form will be used for screening purposes.</w:t>
      </w:r>
    </w:p>
    <w:p w14:paraId="66B0DEF5" w14:textId="76F2FCC1" w:rsidR="00DC0437" w:rsidRPr="001A4E91" w:rsidRDefault="00DC0437" w:rsidP="3F9B9FB5">
      <w:pPr>
        <w:spacing w:after="40"/>
        <w:rPr>
          <w:rFonts w:ascii="Aptos" w:hAnsi="Aptos"/>
          <w:sz w:val="20"/>
          <w:szCs w:val="20"/>
        </w:rPr>
      </w:pPr>
      <w:r w:rsidRPr="001A4E91">
        <w:rPr>
          <w:rFonts w:ascii="Aptos" w:hAnsi="Aptos"/>
          <w:sz w:val="20"/>
          <w:szCs w:val="20"/>
        </w:rPr>
        <w:t>• Please type your responses - do not handwrite.</w:t>
      </w:r>
    </w:p>
    <w:p w14:paraId="2707BC34" w14:textId="44A69628" w:rsidR="3F9B9FB5" w:rsidRPr="001A4E91" w:rsidRDefault="3F9B9FB5" w:rsidP="3F9B9FB5">
      <w:pPr>
        <w:spacing w:after="40"/>
        <w:rPr>
          <w:rFonts w:ascii="Aptos" w:hAnsi="Aptos"/>
          <w:sz w:val="20"/>
          <w:szCs w:val="20"/>
        </w:rPr>
      </w:pPr>
    </w:p>
    <w:p w14:paraId="18EB6CC0" w14:textId="53DEC1FC" w:rsidR="56EAF618" w:rsidRPr="001A4E91" w:rsidRDefault="56EAF618" w:rsidP="3F9B9FB5">
      <w:pPr>
        <w:pStyle w:val="Heading4"/>
        <w:shd w:val="clear" w:color="auto" w:fill="E6F0EC"/>
        <w:spacing w:before="0" w:after="240"/>
        <w:rPr>
          <w:rFonts w:ascii="Aptos" w:eastAsia="Work Sans" w:hAnsi="Aptos" w:cs="Work Sans"/>
          <w:i w:val="0"/>
          <w:iCs w:val="0"/>
          <w:color w:val="006443"/>
          <w:sz w:val="20"/>
          <w:szCs w:val="20"/>
        </w:rPr>
      </w:pPr>
      <w:r w:rsidRPr="001A4E91">
        <w:rPr>
          <w:rFonts w:ascii="Aptos" w:eastAsia="Work Sans" w:hAnsi="Aptos" w:cs="Work Sans"/>
          <w:i w:val="0"/>
          <w:iCs w:val="0"/>
          <w:color w:val="006443"/>
          <w:sz w:val="20"/>
          <w:szCs w:val="20"/>
        </w:rPr>
        <w:t>Use of AI tools: Please note applications are reviewed by the recruitment team, hiring manager and/or a panel and are not screened using AI. To help us assess your experience fairly, please complete your application in your own words and do not use AI assistance to generate responses.</w:t>
      </w:r>
    </w:p>
    <w:p w14:paraId="7CDE3AC1" w14:textId="576D3145" w:rsidR="3F9B9FB5" w:rsidRPr="001A4E91" w:rsidRDefault="3F9B9FB5" w:rsidP="3F9B9FB5">
      <w:pPr>
        <w:spacing w:after="40"/>
        <w:rPr>
          <w:rFonts w:ascii="Aptos" w:hAnsi="Aptos"/>
          <w:sz w:val="20"/>
          <w:szCs w:val="20"/>
        </w:rPr>
      </w:pPr>
    </w:p>
    <w:tbl>
      <w:tblPr>
        <w:tblW w:w="0" w:type="auto"/>
        <w:jc w:val="center"/>
        <w:tblLook w:val="04A0" w:firstRow="1" w:lastRow="0" w:firstColumn="1" w:lastColumn="0" w:noHBand="0" w:noVBand="1"/>
      </w:tblPr>
      <w:tblGrid>
        <w:gridCol w:w="10318"/>
      </w:tblGrid>
      <w:tr w:rsidR="00CF648B" w:rsidRPr="001A4E91" w14:paraId="55662C60" w14:textId="77777777">
        <w:trPr>
          <w:jc w:val="center"/>
        </w:trPr>
        <w:tc>
          <w:tcPr>
            <w:tcW w:w="10318" w:type="dxa"/>
            <w:shd w:val="clear" w:color="auto" w:fill="006B54"/>
            <w:tcMar>
              <w:top w:w="100" w:type="dxa"/>
              <w:left w:w="120" w:type="dxa"/>
              <w:bottom w:w="100" w:type="dxa"/>
              <w:right w:w="120" w:type="dxa"/>
            </w:tcMar>
            <w:vAlign w:val="center"/>
          </w:tcPr>
          <w:p w14:paraId="3448B7E9" w14:textId="77777777" w:rsidR="00CF648B" w:rsidRPr="001A4E91" w:rsidRDefault="00DC0437">
            <w:pPr>
              <w:spacing w:after="0"/>
              <w:rPr>
                <w:rFonts w:ascii="Aptos" w:hAnsi="Aptos"/>
                <w:sz w:val="20"/>
                <w:szCs w:val="20"/>
              </w:rPr>
            </w:pPr>
            <w:r w:rsidRPr="001A4E91">
              <w:rPr>
                <w:rFonts w:ascii="Aptos" w:hAnsi="Aptos"/>
                <w:b/>
                <w:color w:val="FFFFFF"/>
                <w:sz w:val="20"/>
                <w:szCs w:val="20"/>
              </w:rPr>
              <w:t>PERSONAL DETAILS</w:t>
            </w:r>
          </w:p>
        </w:tc>
      </w:tr>
    </w:tbl>
    <w:p w14:paraId="3656B9A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B02BE7E" w14:textId="77777777" w:rsidTr="3443A52E">
        <w:tc>
          <w:tcPr>
            <w:tcW w:w="5159" w:type="dxa"/>
            <w:shd w:val="clear" w:color="auto" w:fill="DDEFE8"/>
            <w:tcMar>
              <w:top w:w="100" w:type="dxa"/>
              <w:left w:w="120" w:type="dxa"/>
              <w:bottom w:w="100" w:type="dxa"/>
              <w:right w:w="120" w:type="dxa"/>
            </w:tcMar>
            <w:vAlign w:val="center"/>
          </w:tcPr>
          <w:p w14:paraId="737FFEA5" w14:textId="77777777" w:rsidR="00CF648B" w:rsidRPr="001A4E91" w:rsidRDefault="00DC0437">
            <w:pPr>
              <w:rPr>
                <w:rFonts w:ascii="Aptos" w:hAnsi="Aptos"/>
                <w:sz w:val="20"/>
                <w:szCs w:val="20"/>
              </w:rPr>
            </w:pPr>
            <w:r w:rsidRPr="001A4E91">
              <w:rPr>
                <w:rFonts w:ascii="Aptos" w:hAnsi="Aptos"/>
                <w:b/>
                <w:color w:val="006B54"/>
                <w:sz w:val="20"/>
                <w:szCs w:val="20"/>
              </w:rPr>
              <w:t>First Name: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2EC665E" w14:textId="77777777" w:rsidR="00CF648B" w:rsidRPr="001A4E91" w:rsidRDefault="00DC0437">
            <w:pPr>
              <w:rPr>
                <w:rFonts w:ascii="Aptos" w:hAnsi="Aptos"/>
                <w:sz w:val="20"/>
                <w:szCs w:val="20"/>
              </w:rPr>
            </w:pPr>
            <w:r w:rsidRPr="001A4E91">
              <w:rPr>
                <w:rFonts w:ascii="Aptos" w:hAnsi="Aptos"/>
                <w:b/>
                <w:color w:val="006B54"/>
                <w:sz w:val="20"/>
                <w:szCs w:val="20"/>
              </w:rPr>
              <w:t>Surname:</w:t>
            </w:r>
            <w:r w:rsidRPr="001A4E91">
              <w:rPr>
                <w:rFonts w:ascii="Aptos" w:hAnsi="Aptos"/>
                <w:b/>
                <w:color w:val="006B54"/>
                <w:sz w:val="20"/>
                <w:szCs w:val="20"/>
              </w:rPr>
              <w:br/>
            </w:r>
          </w:p>
        </w:tc>
      </w:tr>
      <w:tr w:rsidR="00CF648B" w:rsidRPr="001A4E91" w14:paraId="5A4DD8A6" w14:textId="77777777" w:rsidTr="3443A52E">
        <w:tc>
          <w:tcPr>
            <w:tcW w:w="5159" w:type="dxa"/>
            <w:shd w:val="clear" w:color="auto" w:fill="DDEFE8"/>
            <w:tcMar>
              <w:top w:w="100" w:type="dxa"/>
              <w:left w:w="120" w:type="dxa"/>
              <w:bottom w:w="100" w:type="dxa"/>
              <w:right w:w="120" w:type="dxa"/>
            </w:tcMar>
            <w:vAlign w:val="center"/>
          </w:tcPr>
          <w:p w14:paraId="084443D4" w14:textId="77777777" w:rsidR="00CF648B" w:rsidRPr="001A4E91" w:rsidRDefault="00DC0437">
            <w:pPr>
              <w:rPr>
                <w:rFonts w:ascii="Aptos" w:hAnsi="Aptos"/>
                <w:sz w:val="20"/>
                <w:szCs w:val="20"/>
              </w:rPr>
            </w:pPr>
            <w:r w:rsidRPr="001A4E91">
              <w:rPr>
                <w:rFonts w:ascii="Aptos" w:hAnsi="Aptos"/>
                <w:b/>
                <w:color w:val="006B54"/>
                <w:sz w:val="20"/>
                <w:szCs w:val="20"/>
              </w:rPr>
              <w:t>Email:</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31D60778" w14:textId="77777777" w:rsidR="00CF648B" w:rsidRPr="001A4E91" w:rsidRDefault="00DC0437">
            <w:pPr>
              <w:rPr>
                <w:rFonts w:ascii="Aptos" w:hAnsi="Aptos"/>
                <w:sz w:val="20"/>
                <w:szCs w:val="20"/>
              </w:rPr>
            </w:pPr>
            <w:r w:rsidRPr="001A4E91">
              <w:rPr>
                <w:rFonts w:ascii="Aptos" w:hAnsi="Aptos"/>
                <w:b/>
                <w:color w:val="006B54"/>
                <w:sz w:val="20"/>
                <w:szCs w:val="20"/>
              </w:rPr>
              <w:t>Telephone No:</w:t>
            </w:r>
            <w:r w:rsidRPr="001A4E91">
              <w:rPr>
                <w:rFonts w:ascii="Aptos" w:hAnsi="Aptos"/>
                <w:b/>
                <w:color w:val="006B54"/>
                <w:sz w:val="20"/>
                <w:szCs w:val="20"/>
              </w:rPr>
              <w:br/>
            </w:r>
          </w:p>
        </w:tc>
      </w:tr>
      <w:tr w:rsidR="00CF648B" w:rsidRPr="001A4E91" w14:paraId="27A5B737" w14:textId="77777777" w:rsidTr="3443A52E">
        <w:tc>
          <w:tcPr>
            <w:tcW w:w="5159" w:type="dxa"/>
            <w:shd w:val="clear" w:color="auto" w:fill="F2F8F5"/>
            <w:tcMar>
              <w:top w:w="100" w:type="dxa"/>
              <w:left w:w="120" w:type="dxa"/>
              <w:bottom w:w="100" w:type="dxa"/>
              <w:right w:w="120" w:type="dxa"/>
            </w:tcMar>
            <w:vAlign w:val="center"/>
          </w:tcPr>
          <w:p w14:paraId="3273C517" w14:textId="77777777" w:rsidR="00CF648B" w:rsidRPr="001A4E91" w:rsidRDefault="00DC0437">
            <w:pPr>
              <w:rPr>
                <w:rFonts w:ascii="Aptos" w:hAnsi="Aptos"/>
                <w:sz w:val="20"/>
                <w:szCs w:val="20"/>
              </w:rPr>
            </w:pPr>
            <w:r w:rsidRPr="001A4E91">
              <w:rPr>
                <w:rFonts w:ascii="Aptos" w:hAnsi="Aptos"/>
                <w:b/>
                <w:color w:val="006B54"/>
                <w:sz w:val="20"/>
                <w:szCs w:val="20"/>
              </w:rPr>
              <w:t>Are you currently employed by Fáilte Ireland?</w:t>
            </w:r>
          </w:p>
        </w:tc>
        <w:tc>
          <w:tcPr>
            <w:tcW w:w="5159" w:type="dxa"/>
            <w:tcMar>
              <w:top w:w="100" w:type="dxa"/>
              <w:left w:w="120" w:type="dxa"/>
              <w:bottom w:w="100" w:type="dxa"/>
              <w:right w:w="120" w:type="dxa"/>
            </w:tcMar>
            <w:vAlign w:val="center"/>
          </w:tcPr>
          <w:p w14:paraId="6105CB15" w14:textId="5312256B" w:rsidR="00CF648B" w:rsidRPr="001A4E91" w:rsidRDefault="00000000">
            <w:pPr>
              <w:jc w:val="center"/>
              <w:rPr>
                <w:rFonts w:ascii="Aptos" w:hAnsi="Aptos"/>
                <w:sz w:val="20"/>
                <w:szCs w:val="20"/>
              </w:rPr>
            </w:pPr>
            <w:sdt>
              <w:sdtPr>
                <w:rPr>
                  <w:rFonts w:ascii="Aptos" w:hAnsi="Aptos"/>
                  <w:color w:val="000000" w:themeColor="text1"/>
                  <w:sz w:val="20"/>
                  <w:szCs w:val="20"/>
                </w:rPr>
                <w:id w:val="82963955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Yes </w:t>
            </w:r>
            <w:r w:rsidR="5C70DDE6" w:rsidRPr="001A4E91">
              <w:rPr>
                <w:rFonts w:ascii="Aptos" w:hAnsi="Aptos"/>
                <w:color w:val="000000" w:themeColor="text1"/>
                <w:sz w:val="20"/>
                <w:szCs w:val="20"/>
              </w:rPr>
              <w:t xml:space="preserve"> </w:t>
            </w:r>
            <w:r w:rsidR="00DC0437" w:rsidRPr="001A4E91">
              <w:rPr>
                <w:rFonts w:ascii="Aptos" w:hAnsi="Aptos"/>
                <w:color w:val="000000" w:themeColor="text1"/>
                <w:sz w:val="20"/>
                <w:szCs w:val="20"/>
              </w:rPr>
              <w:t xml:space="preserve"> </w:t>
            </w:r>
            <w:sdt>
              <w:sdtPr>
                <w:rPr>
                  <w:rFonts w:ascii="Aptos" w:hAnsi="Aptos"/>
                  <w:color w:val="000000" w:themeColor="text1"/>
                  <w:sz w:val="20"/>
                  <w:szCs w:val="20"/>
                </w:rPr>
                <w:id w:val="-58800040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p>
        </w:tc>
      </w:tr>
      <w:tr w:rsidR="00CF648B" w:rsidRPr="001A4E91" w14:paraId="58A0484A" w14:textId="77777777" w:rsidTr="3443A52E">
        <w:tc>
          <w:tcPr>
            <w:tcW w:w="5159" w:type="dxa"/>
            <w:shd w:val="clear" w:color="auto" w:fill="F2F8F5"/>
            <w:tcMar>
              <w:top w:w="100" w:type="dxa"/>
              <w:left w:w="120" w:type="dxa"/>
              <w:bottom w:w="100" w:type="dxa"/>
              <w:right w:w="120" w:type="dxa"/>
            </w:tcMar>
            <w:vAlign w:val="center"/>
          </w:tcPr>
          <w:p w14:paraId="635141EA" w14:textId="0DF563BF" w:rsidR="00CF648B" w:rsidRPr="001A4E91" w:rsidRDefault="01FF7788" w:rsidP="3F9B9FB5">
            <w:pPr>
              <w:rPr>
                <w:rFonts w:ascii="Aptos" w:hAnsi="Aptos"/>
                <w:b/>
                <w:bCs/>
                <w:color w:val="006B54"/>
                <w:sz w:val="20"/>
                <w:szCs w:val="20"/>
              </w:rPr>
            </w:pPr>
            <w:r w:rsidRPr="001A4E91">
              <w:rPr>
                <w:rFonts w:ascii="Aptos" w:hAnsi="Aptos"/>
                <w:b/>
                <w:color w:val="006B54"/>
                <w:sz w:val="20"/>
                <w:szCs w:val="20"/>
              </w:rPr>
              <w:t>Please note that we require prior confirmation of your eligibility to work in the Republic of Ireland. Please select which applies</w:t>
            </w:r>
          </w:p>
        </w:tc>
        <w:tc>
          <w:tcPr>
            <w:tcW w:w="5159" w:type="dxa"/>
            <w:tcMar>
              <w:top w:w="100" w:type="dxa"/>
              <w:left w:w="120" w:type="dxa"/>
              <w:bottom w:w="100" w:type="dxa"/>
              <w:right w:w="120" w:type="dxa"/>
            </w:tcMar>
            <w:vAlign w:val="center"/>
          </w:tcPr>
          <w:p w14:paraId="46186466" w14:textId="1929FE1A" w:rsidR="00CF648B" w:rsidRPr="001A4E91" w:rsidRDefault="00CF648B" w:rsidP="3F9B9FB5">
            <w:pPr>
              <w:rPr>
                <w:rFonts w:ascii="Aptos" w:hAnsi="Aptos"/>
                <w:b/>
                <w:bCs/>
                <w:color w:val="006B54"/>
                <w:sz w:val="20"/>
                <w:szCs w:val="20"/>
              </w:rPr>
            </w:pPr>
          </w:p>
          <w:p w14:paraId="1D43807B" w14:textId="206B723C" w:rsidR="00CF648B" w:rsidRPr="001A4E91" w:rsidRDefault="00000000" w:rsidP="3F9B9FB5">
            <w:pPr>
              <w:rPr>
                <w:rFonts w:ascii="Aptos" w:hAnsi="Aptos"/>
                <w:sz w:val="20"/>
                <w:szCs w:val="20"/>
              </w:rPr>
            </w:pPr>
            <w:sdt>
              <w:sdtPr>
                <w:rPr>
                  <w:rFonts w:ascii="Aptos" w:hAnsi="Aptos"/>
                  <w:color w:val="000000" w:themeColor="text1"/>
                  <w:sz w:val="20"/>
                  <w:szCs w:val="20"/>
                </w:rPr>
                <w:id w:val="-177269470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sz w:val="20"/>
                <w:szCs w:val="20"/>
              </w:rPr>
              <w:t xml:space="preserve"> </w:t>
            </w:r>
            <w:r w:rsidR="57410230" w:rsidRPr="001A4E91">
              <w:rPr>
                <w:rFonts w:ascii="Aptos" w:hAnsi="Aptos"/>
                <w:sz w:val="20"/>
                <w:szCs w:val="20"/>
              </w:rPr>
              <w:t>I am a citizen of the European Economic Area (EEA) </w:t>
            </w:r>
          </w:p>
          <w:p w14:paraId="33EE24F7" w14:textId="0CA2B5E6" w:rsidR="00CF648B" w:rsidRPr="001A4E91" w:rsidRDefault="00000000" w:rsidP="3F9B9FB5">
            <w:pPr>
              <w:rPr>
                <w:rFonts w:ascii="Aptos" w:hAnsi="Aptos"/>
                <w:sz w:val="20"/>
                <w:szCs w:val="20"/>
              </w:rPr>
            </w:pPr>
            <w:sdt>
              <w:sdtPr>
                <w:rPr>
                  <w:rFonts w:ascii="Aptos" w:hAnsi="Aptos"/>
                  <w:color w:val="000000" w:themeColor="text1"/>
                  <w:sz w:val="20"/>
                  <w:szCs w:val="20"/>
                </w:rPr>
                <w:id w:val="15542539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A1C530A" w:rsidRPr="001A4E91">
              <w:rPr>
                <w:rFonts w:ascii="Aptos" w:hAnsi="Aptos"/>
                <w:sz w:val="20"/>
                <w:szCs w:val="20"/>
              </w:rPr>
              <w:t xml:space="preserve"> </w:t>
            </w:r>
            <w:r w:rsidR="2EB80B06" w:rsidRPr="001A4E91">
              <w:rPr>
                <w:rFonts w:ascii="Aptos" w:hAnsi="Aptos"/>
                <w:sz w:val="20"/>
                <w:szCs w:val="20"/>
              </w:rPr>
              <w:t>I</w:t>
            </w:r>
            <w:r w:rsidR="609D24A0" w:rsidRPr="001A4E91">
              <w:rPr>
                <w:rFonts w:ascii="Aptos" w:hAnsi="Aptos"/>
                <w:sz w:val="20"/>
                <w:szCs w:val="20"/>
              </w:rPr>
              <w:t xml:space="preserve"> </w:t>
            </w:r>
            <w:r w:rsidR="2EB80B06" w:rsidRPr="001A4E91">
              <w:rPr>
                <w:rFonts w:ascii="Aptos" w:hAnsi="Aptos"/>
                <w:sz w:val="20"/>
                <w:szCs w:val="20"/>
              </w:rPr>
              <w:t>am a citizen of the United Kingdom</w:t>
            </w:r>
          </w:p>
          <w:p w14:paraId="4F658052" w14:textId="40B55FB9" w:rsidR="00CF648B" w:rsidRPr="001A4E91" w:rsidRDefault="00000000" w:rsidP="3F9B9FB5">
            <w:pPr>
              <w:rPr>
                <w:rFonts w:ascii="Aptos" w:hAnsi="Aptos"/>
                <w:sz w:val="20"/>
                <w:szCs w:val="20"/>
              </w:rPr>
            </w:pPr>
            <w:sdt>
              <w:sdtPr>
                <w:rPr>
                  <w:rFonts w:ascii="Aptos" w:hAnsi="Aptos"/>
                  <w:color w:val="000000" w:themeColor="text1"/>
                  <w:sz w:val="20"/>
                  <w:szCs w:val="20"/>
                </w:rPr>
                <w:id w:val="-186943824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4F84C81D" w:rsidRPr="001A4E91">
              <w:rPr>
                <w:rFonts w:ascii="Aptos" w:hAnsi="Aptos"/>
                <w:sz w:val="20"/>
                <w:szCs w:val="20"/>
              </w:rPr>
              <w:t xml:space="preserve"> </w:t>
            </w:r>
            <w:r w:rsidR="57410230" w:rsidRPr="001A4E91">
              <w:rPr>
                <w:rFonts w:ascii="Aptos" w:hAnsi="Aptos"/>
                <w:sz w:val="20"/>
                <w:szCs w:val="20"/>
              </w:rPr>
              <w:t>I am a citizen of Switzerland pursuant to the agreement between the EU and Switzerland on the free movement of persons </w:t>
            </w:r>
          </w:p>
          <w:p w14:paraId="335D3DD2" w14:textId="1E17A3C1" w:rsidR="00CF648B" w:rsidRPr="001A4E91" w:rsidRDefault="00000000" w:rsidP="3F9B9FB5">
            <w:pPr>
              <w:rPr>
                <w:rFonts w:ascii="Aptos" w:hAnsi="Aptos"/>
                <w:sz w:val="20"/>
                <w:szCs w:val="20"/>
              </w:rPr>
            </w:pPr>
            <w:sdt>
              <w:sdtPr>
                <w:rPr>
                  <w:rFonts w:ascii="Aptos" w:hAnsi="Aptos"/>
                  <w:color w:val="000000" w:themeColor="text1"/>
                  <w:sz w:val="20"/>
                  <w:szCs w:val="20"/>
                </w:rPr>
                <w:id w:val="69866583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5A21460" w:rsidRPr="001A4E91">
              <w:rPr>
                <w:rFonts w:ascii="Aptos" w:hAnsi="Aptos"/>
                <w:sz w:val="20"/>
                <w:szCs w:val="20"/>
              </w:rPr>
              <w:t xml:space="preserve"> </w:t>
            </w:r>
            <w:r w:rsidR="57410230" w:rsidRPr="001A4E91">
              <w:rPr>
                <w:rFonts w:ascii="Aptos" w:hAnsi="Aptos"/>
                <w:sz w:val="20"/>
                <w:szCs w:val="20"/>
              </w:rPr>
              <w:t>I hold a valid work authorisation / permit (please refer to question 2)</w:t>
            </w:r>
          </w:p>
          <w:p w14:paraId="1A83DC42" w14:textId="26BF819C" w:rsidR="00CF648B" w:rsidRPr="001A4E91" w:rsidRDefault="00000000" w:rsidP="3F9B9FB5">
            <w:pPr>
              <w:rPr>
                <w:rFonts w:ascii="Aptos" w:hAnsi="Aptos"/>
                <w:sz w:val="20"/>
                <w:szCs w:val="20"/>
              </w:rPr>
            </w:pPr>
            <w:sdt>
              <w:sdtPr>
                <w:rPr>
                  <w:rFonts w:ascii="Aptos" w:hAnsi="Aptos"/>
                  <w:color w:val="000000" w:themeColor="text1"/>
                  <w:sz w:val="20"/>
                  <w:szCs w:val="20"/>
                </w:rPr>
                <w:id w:val="-1275775868"/>
                <w14:checkbox>
                  <w14:checked w14:val="0"/>
                  <w14:checkedState w14:val="2612" w14:font="MS Gothic"/>
                  <w14:uncheckedState w14:val="2610" w14:font="MS Gothic"/>
                </w14:checkbox>
              </w:sdtPr>
              <w:sdtContent>
                <w:r w:rsidR="14C248F9" w:rsidRPr="001A4E91">
                  <w:rPr>
                    <w:rFonts w:ascii="Aptos" w:eastAsia="MS Gothic" w:hAnsi="Aptos" w:cs="MS Gothic"/>
                    <w:color w:val="000000" w:themeColor="text1"/>
                    <w:sz w:val="20"/>
                    <w:szCs w:val="20"/>
                  </w:rPr>
                  <w:t>☐</w:t>
                </w:r>
              </w:sdtContent>
            </w:sdt>
            <w:r w:rsidR="101E7EA2" w:rsidRPr="001A4E91">
              <w:rPr>
                <w:rFonts w:ascii="Aptos" w:hAnsi="Aptos"/>
                <w:sz w:val="20"/>
                <w:szCs w:val="20"/>
              </w:rPr>
              <w:t xml:space="preserve"> </w:t>
            </w:r>
            <w:r w:rsidR="2EB80B06" w:rsidRPr="001A4E91">
              <w:rPr>
                <w:rFonts w:ascii="Aptos" w:hAnsi="Aptos"/>
                <w:sz w:val="20"/>
                <w:szCs w:val="20"/>
              </w:rPr>
              <w:t>I do not hold a valid work authorisation / permit and am not eligible to work in Republic of Ireland</w:t>
            </w:r>
          </w:p>
          <w:p w14:paraId="692CAE3E" w14:textId="71EB0C39" w:rsidR="00CF648B" w:rsidRPr="001A4E91" w:rsidRDefault="00CF648B" w:rsidP="3F9B9FB5">
            <w:pPr>
              <w:rPr>
                <w:rFonts w:ascii="Aptos" w:hAnsi="Aptos"/>
                <w:b/>
                <w:bCs/>
                <w:color w:val="006B54"/>
                <w:sz w:val="20"/>
                <w:szCs w:val="20"/>
              </w:rPr>
            </w:pPr>
          </w:p>
          <w:p w14:paraId="5FBBF901" w14:textId="12BF7D60" w:rsidR="00CF648B" w:rsidRPr="001A4E91" w:rsidRDefault="00801C7D" w:rsidP="3F9B9FB5">
            <w:pPr>
              <w:jc w:val="center"/>
              <w:rPr>
                <w:rFonts w:ascii="Aptos" w:hAnsi="Aptos"/>
                <w:color w:val="000000" w:themeColor="text1"/>
                <w:sz w:val="20"/>
                <w:szCs w:val="20"/>
              </w:rPr>
            </w:pPr>
            <w:r w:rsidRPr="001A4E91">
              <w:rPr>
                <w:rFonts w:ascii="Aptos" w:hAnsi="Aptos"/>
                <w:color w:val="000000" w:themeColor="text1"/>
                <w:sz w:val="20"/>
                <w:szCs w:val="20"/>
              </w:rPr>
              <w:t>Please provide details of your valid work permit if applicable.</w:t>
            </w:r>
          </w:p>
          <w:tbl>
            <w:tblPr>
              <w:tblStyle w:val="TableGrid"/>
              <w:tblW w:w="0" w:type="auto"/>
              <w:tblLook w:val="04A0" w:firstRow="1" w:lastRow="0" w:firstColumn="1" w:lastColumn="0" w:noHBand="0" w:noVBand="1"/>
            </w:tblPr>
            <w:tblGrid>
              <w:gridCol w:w="4904"/>
            </w:tblGrid>
            <w:tr w:rsidR="00801C7D" w:rsidRPr="001A4E91" w14:paraId="6252227B" w14:textId="77777777" w:rsidTr="00801C7D">
              <w:tc>
                <w:tcPr>
                  <w:tcW w:w="4904" w:type="dxa"/>
                </w:tcPr>
                <w:p w14:paraId="374161CF" w14:textId="77777777" w:rsidR="00801C7D" w:rsidRPr="001A4E91" w:rsidRDefault="00801C7D" w:rsidP="3F9B9FB5">
                  <w:pPr>
                    <w:jc w:val="center"/>
                    <w:rPr>
                      <w:rFonts w:ascii="Aptos" w:hAnsi="Aptos"/>
                      <w:color w:val="000000" w:themeColor="text1"/>
                      <w:sz w:val="20"/>
                      <w:szCs w:val="20"/>
                    </w:rPr>
                  </w:pPr>
                </w:p>
              </w:tc>
            </w:tr>
          </w:tbl>
          <w:p w14:paraId="2BB2BD85" w14:textId="77777777" w:rsidR="00801C7D" w:rsidRPr="001A4E91" w:rsidRDefault="00801C7D" w:rsidP="3F9B9FB5">
            <w:pPr>
              <w:jc w:val="center"/>
              <w:rPr>
                <w:rFonts w:ascii="Aptos" w:hAnsi="Aptos"/>
                <w:color w:val="000000" w:themeColor="text1"/>
                <w:sz w:val="20"/>
                <w:szCs w:val="20"/>
              </w:rPr>
            </w:pPr>
          </w:p>
          <w:p w14:paraId="622E2A86" w14:textId="05CF00AF" w:rsidR="00CF648B" w:rsidRPr="001A4E91" w:rsidRDefault="00CF648B" w:rsidP="3F9B9FB5">
            <w:pPr>
              <w:jc w:val="center"/>
              <w:rPr>
                <w:rFonts w:ascii="Aptos" w:hAnsi="Aptos"/>
                <w:color w:val="000000" w:themeColor="text1"/>
                <w:sz w:val="20"/>
                <w:szCs w:val="20"/>
              </w:rPr>
            </w:pPr>
          </w:p>
        </w:tc>
      </w:tr>
      <w:tr w:rsidR="00CF648B" w:rsidRPr="001A4E91" w14:paraId="40CCACA3" w14:textId="77777777" w:rsidTr="3443A52E">
        <w:tc>
          <w:tcPr>
            <w:tcW w:w="5159" w:type="dxa"/>
            <w:shd w:val="clear" w:color="auto" w:fill="F2F8F5"/>
            <w:tcMar>
              <w:top w:w="100" w:type="dxa"/>
              <w:left w:w="120" w:type="dxa"/>
              <w:bottom w:w="100" w:type="dxa"/>
              <w:right w:w="120" w:type="dxa"/>
            </w:tcMar>
            <w:vAlign w:val="center"/>
          </w:tcPr>
          <w:p w14:paraId="6137D1EA" w14:textId="4C0E1C81" w:rsidR="00CF648B" w:rsidRPr="001A4E91" w:rsidRDefault="6CFBBD37" w:rsidP="3F9B9FB5">
            <w:pPr>
              <w:rPr>
                <w:rFonts w:ascii="Aptos" w:hAnsi="Aptos"/>
                <w:sz w:val="20"/>
                <w:szCs w:val="20"/>
              </w:rPr>
            </w:pPr>
            <w:r w:rsidRPr="001A4E91">
              <w:rPr>
                <w:rFonts w:ascii="Aptos" w:hAnsi="Aptos"/>
                <w:b/>
                <w:bCs/>
                <w:color w:val="006B54"/>
                <w:sz w:val="20"/>
                <w:szCs w:val="20"/>
              </w:rPr>
              <w:lastRenderedPageBreak/>
              <w:t>Please indicate if you are proficient in the Irish Language</w:t>
            </w:r>
          </w:p>
          <w:p w14:paraId="5C378276" w14:textId="4D6DFFB9" w:rsidR="00CF648B" w:rsidRPr="001A4E91" w:rsidRDefault="00CF648B" w:rsidP="3F9B9FB5">
            <w:pPr>
              <w:rPr>
                <w:rFonts w:ascii="Aptos" w:hAnsi="Aptos"/>
                <w:b/>
                <w:bCs/>
                <w:color w:val="006B54"/>
                <w:sz w:val="20"/>
                <w:szCs w:val="20"/>
              </w:rPr>
            </w:pPr>
          </w:p>
        </w:tc>
        <w:tc>
          <w:tcPr>
            <w:tcW w:w="5159" w:type="dxa"/>
            <w:tcMar>
              <w:top w:w="100" w:type="dxa"/>
              <w:left w:w="120" w:type="dxa"/>
              <w:bottom w:w="100" w:type="dxa"/>
              <w:right w:w="120" w:type="dxa"/>
            </w:tcMar>
            <w:vAlign w:val="center"/>
          </w:tcPr>
          <w:p w14:paraId="277AC3C5" w14:textId="34D9C06A" w:rsidR="00CF648B" w:rsidRPr="001A4E91" w:rsidRDefault="00000000">
            <w:pPr>
              <w:jc w:val="center"/>
              <w:rPr>
                <w:rFonts w:ascii="Aptos" w:hAnsi="Aptos"/>
                <w:sz w:val="20"/>
                <w:szCs w:val="20"/>
              </w:rPr>
            </w:pPr>
            <w:sdt>
              <w:sdtPr>
                <w:rPr>
                  <w:rFonts w:ascii="Aptos" w:hAnsi="Aptos"/>
                  <w:color w:val="000000" w:themeColor="text1"/>
                  <w:sz w:val="20"/>
                  <w:szCs w:val="20"/>
                </w:rPr>
                <w:id w:val="1830858389"/>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sz w:val="20"/>
                <w:szCs w:val="20"/>
              </w:rPr>
              <w:t xml:space="preserve"> Yes    </w:t>
            </w:r>
            <w:sdt>
              <w:sdtPr>
                <w:rPr>
                  <w:rFonts w:ascii="Aptos" w:hAnsi="Aptos"/>
                  <w:color w:val="000000" w:themeColor="text1"/>
                  <w:sz w:val="20"/>
                  <w:szCs w:val="20"/>
                </w:rPr>
                <w:id w:val="56206591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color w:val="000000"/>
                <w:sz w:val="20"/>
                <w:szCs w:val="20"/>
              </w:rPr>
              <w:t xml:space="preserve"> </w:t>
            </w:r>
            <w:r w:rsidR="00DC0437" w:rsidRPr="001A4E91">
              <w:rPr>
                <w:rFonts w:ascii="Aptos" w:hAnsi="Aptos"/>
                <w:color w:val="000000"/>
                <w:sz w:val="20"/>
                <w:szCs w:val="20"/>
              </w:rPr>
              <w:t>No</w:t>
            </w:r>
          </w:p>
        </w:tc>
      </w:tr>
      <w:tr w:rsidR="3F9B9FB5" w:rsidRPr="001A4E91" w14:paraId="4FB8AD81" w14:textId="77777777" w:rsidTr="3443A52E">
        <w:trPr>
          <w:trHeight w:val="300"/>
        </w:trPr>
        <w:tc>
          <w:tcPr>
            <w:tcW w:w="5154" w:type="dxa"/>
            <w:shd w:val="clear" w:color="auto" w:fill="F2F8F5"/>
            <w:tcMar>
              <w:top w:w="100" w:type="dxa"/>
              <w:left w:w="120" w:type="dxa"/>
              <w:bottom w:w="100" w:type="dxa"/>
              <w:right w:w="120" w:type="dxa"/>
            </w:tcMar>
            <w:vAlign w:val="center"/>
          </w:tcPr>
          <w:p w14:paraId="16075813" w14:textId="7CA55ADA" w:rsidR="5C09367A" w:rsidRPr="001A4E91" w:rsidRDefault="5C09367A" w:rsidP="3F9B9FB5">
            <w:pPr>
              <w:rPr>
                <w:rFonts w:ascii="Aptos" w:hAnsi="Aptos"/>
                <w:sz w:val="20"/>
                <w:szCs w:val="20"/>
              </w:rPr>
            </w:pPr>
            <w:r w:rsidRPr="001A4E91">
              <w:rPr>
                <w:rFonts w:ascii="Aptos" w:hAnsi="Aptos"/>
                <w:b/>
                <w:bCs/>
                <w:color w:val="006B54"/>
                <w:sz w:val="20"/>
                <w:szCs w:val="20"/>
              </w:rPr>
              <w:t>If yes, please select from these options to indicate your level of knowledge of the Irish Language</w:t>
            </w:r>
            <w:r w:rsidR="7CCEFF0D" w:rsidRPr="001A4E91">
              <w:rPr>
                <w:rFonts w:ascii="Aptos" w:hAnsi="Aptos"/>
                <w:b/>
                <w:bCs/>
                <w:color w:val="006B54"/>
                <w:sz w:val="20"/>
                <w:szCs w:val="20"/>
              </w:rPr>
              <w:t>.</w:t>
            </w:r>
          </w:p>
          <w:p w14:paraId="352148D1" w14:textId="2A25D059" w:rsidR="3F9B9FB5" w:rsidRPr="001A4E91" w:rsidRDefault="3F9B9FB5" w:rsidP="3F9B9FB5">
            <w:pPr>
              <w:rPr>
                <w:rFonts w:ascii="Aptos" w:hAnsi="Aptos"/>
                <w:b/>
                <w:bCs/>
                <w:color w:val="006B54"/>
                <w:sz w:val="20"/>
                <w:szCs w:val="20"/>
              </w:rPr>
            </w:pPr>
          </w:p>
          <w:p w14:paraId="5B5D2655" w14:textId="77777777" w:rsidR="004909F5" w:rsidRPr="001A4E91" w:rsidRDefault="004909F5" w:rsidP="004909F5">
            <w:pPr>
              <w:pStyle w:val="NoSpacing"/>
              <w:rPr>
                <w:rFonts w:ascii="Aptos" w:hAnsi="Aptos" w:cs="Arial"/>
                <w:sz w:val="20"/>
                <w:szCs w:val="20"/>
                <w:lang w:val="en-IE" w:eastAsia="en-IE"/>
              </w:rPr>
            </w:pPr>
            <w:r w:rsidRPr="001A4E91">
              <w:rPr>
                <w:rFonts w:ascii="Aptos" w:hAnsi="Aptos" w:cs="Arial"/>
                <w:sz w:val="20"/>
                <w:szCs w:val="20"/>
                <w:lang w:val="en-IE" w:eastAsia="en-IE"/>
              </w:rPr>
              <w:t>We collect information on Irish language proficiency to support compliance with the Official Languages Act 2021 and to understand the Irish language capability of our workforce. This information is used for monitoring and reporting purposes only and will not affect your application unless Irish language skills are expressly required for the role</w:t>
            </w:r>
          </w:p>
          <w:p w14:paraId="1A0C4747" w14:textId="4D629E3B" w:rsidR="7CCEFF0D" w:rsidRPr="001A4E91" w:rsidRDefault="7CCEFF0D" w:rsidP="3F9B9FB5">
            <w:pPr>
              <w:rPr>
                <w:rFonts w:ascii="Aptos" w:hAnsi="Aptos"/>
                <w:sz w:val="20"/>
                <w:szCs w:val="20"/>
              </w:rPr>
            </w:pPr>
          </w:p>
        </w:tc>
        <w:tc>
          <w:tcPr>
            <w:tcW w:w="5154" w:type="dxa"/>
            <w:tcMar>
              <w:top w:w="100" w:type="dxa"/>
              <w:left w:w="120" w:type="dxa"/>
              <w:bottom w:w="100" w:type="dxa"/>
              <w:right w:w="120" w:type="dxa"/>
            </w:tcMar>
            <w:vAlign w:val="center"/>
          </w:tcPr>
          <w:p w14:paraId="03672365" w14:textId="2166FC1E" w:rsidR="3F9B9FB5" w:rsidRPr="001A4E91" w:rsidRDefault="3F9B9FB5" w:rsidP="3F9B9FB5">
            <w:pPr>
              <w:rPr>
                <w:rFonts w:ascii="Aptos" w:hAnsi="Aptos"/>
                <w:sz w:val="20"/>
                <w:szCs w:val="20"/>
              </w:rPr>
            </w:pPr>
          </w:p>
          <w:p w14:paraId="34CDC694" w14:textId="49A4AFB2" w:rsidR="29B2D129" w:rsidRPr="001A4E91" w:rsidRDefault="00000000" w:rsidP="3F9B9FB5">
            <w:pPr>
              <w:rPr>
                <w:rFonts w:ascii="Aptos" w:hAnsi="Aptos"/>
                <w:sz w:val="20"/>
                <w:szCs w:val="20"/>
              </w:rPr>
            </w:pPr>
            <w:sdt>
              <w:sdtPr>
                <w:rPr>
                  <w:rFonts w:ascii="Aptos" w:hAnsi="Aptos"/>
                  <w:color w:val="000000" w:themeColor="text1"/>
                  <w:sz w:val="20"/>
                  <w:szCs w:val="20"/>
                </w:rPr>
                <w:id w:val="1988202895"/>
                <w14:checkbox>
                  <w14:checked w14:val="0"/>
                  <w14:checkedState w14:val="2612" w14:font="MS Gothic"/>
                  <w14:uncheckedState w14:val="2610" w14:font="MS Gothic"/>
                </w14:checkbox>
              </w:sdtPr>
              <w:sdtContent>
                <w:r w:rsidR="3F51EFF0" w:rsidRPr="001A4E91">
                  <w:rPr>
                    <w:rFonts w:ascii="Aptos" w:eastAsia="MS Gothic" w:hAnsi="Aptos" w:cs="MS Gothic"/>
                    <w:color w:val="000000" w:themeColor="text1"/>
                    <w:sz w:val="20"/>
                    <w:szCs w:val="20"/>
                  </w:rPr>
                  <w:t>☐</w:t>
                </w:r>
              </w:sdtContent>
            </w:sdt>
            <w:r w:rsidR="36CC93D1" w:rsidRPr="001A4E91">
              <w:rPr>
                <w:rFonts w:ascii="Aptos" w:hAnsi="Aptos"/>
                <w:sz w:val="20"/>
                <w:szCs w:val="20"/>
              </w:rPr>
              <w:t xml:space="preserve"> Level 1 - I have little or no knowledge of the Irish Language</w:t>
            </w:r>
            <w:r w:rsidR="004D5A6C" w:rsidRPr="001A4E91">
              <w:rPr>
                <w:rFonts w:ascii="Aptos" w:hAnsi="Aptos"/>
                <w:sz w:val="20"/>
                <w:szCs w:val="20"/>
              </w:rPr>
              <w:t xml:space="preserve"> (e.g. I did not learn Irish in School)</w:t>
            </w:r>
          </w:p>
          <w:p w14:paraId="2CD3A466" w14:textId="7D5B5CF9" w:rsidR="29B2D129" w:rsidRPr="001A4E91" w:rsidRDefault="00000000" w:rsidP="3F9B9FB5">
            <w:pPr>
              <w:rPr>
                <w:rFonts w:ascii="Aptos" w:hAnsi="Aptos"/>
                <w:sz w:val="20"/>
                <w:szCs w:val="20"/>
              </w:rPr>
            </w:pPr>
            <w:sdt>
              <w:sdtPr>
                <w:rPr>
                  <w:rFonts w:ascii="Aptos" w:hAnsi="Aptos"/>
                  <w:color w:val="000000" w:themeColor="text1"/>
                  <w:sz w:val="20"/>
                  <w:szCs w:val="20"/>
                </w:rPr>
                <w:id w:val="-44353337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Level 2 </w:t>
            </w:r>
            <w:r w:rsidR="3AB6485F" w:rsidRPr="001A4E91">
              <w:rPr>
                <w:rFonts w:ascii="Aptos" w:hAnsi="Aptos"/>
                <w:sz w:val="20"/>
                <w:szCs w:val="20"/>
              </w:rPr>
              <w:t>-</w:t>
            </w:r>
            <w:r w:rsidR="29B2D129" w:rsidRPr="001A4E91">
              <w:rPr>
                <w:rFonts w:ascii="Aptos" w:hAnsi="Aptos"/>
                <w:sz w:val="20"/>
                <w:szCs w:val="20"/>
              </w:rPr>
              <w:t xml:space="preserve"> I am able to communicate at a very basic level on</w:t>
            </w:r>
            <w:r w:rsidR="303316B4" w:rsidRPr="001A4E91">
              <w:rPr>
                <w:rFonts w:ascii="Aptos" w:hAnsi="Aptos"/>
                <w:sz w:val="20"/>
                <w:szCs w:val="20"/>
              </w:rPr>
              <w:t xml:space="preserve"> Irish</w:t>
            </w:r>
            <w:r w:rsidR="29B2D129" w:rsidRPr="001A4E91">
              <w:rPr>
                <w:rFonts w:ascii="Aptos" w:hAnsi="Aptos"/>
                <w:sz w:val="20"/>
                <w:szCs w:val="20"/>
              </w:rPr>
              <w:t xml:space="preserve"> </w:t>
            </w:r>
            <w:r w:rsidR="004D5A6C" w:rsidRPr="001A4E91">
              <w:rPr>
                <w:rFonts w:ascii="Aptos" w:hAnsi="Aptos"/>
                <w:sz w:val="20"/>
                <w:szCs w:val="20"/>
              </w:rPr>
              <w:t xml:space="preserve">(e.g. I can talk </w:t>
            </w:r>
            <w:r w:rsidR="008A6B23" w:rsidRPr="001A4E91">
              <w:rPr>
                <w:rFonts w:ascii="Aptos" w:hAnsi="Aptos"/>
                <w:sz w:val="20"/>
                <w:szCs w:val="20"/>
              </w:rPr>
              <w:t>about my background, where I live etc.)</w:t>
            </w:r>
          </w:p>
          <w:p w14:paraId="61E7B18E" w14:textId="17798E9B" w:rsidR="29B2D129" w:rsidRPr="001A4E91" w:rsidRDefault="00000000" w:rsidP="3F9B9FB5">
            <w:pPr>
              <w:rPr>
                <w:rFonts w:ascii="Aptos" w:hAnsi="Aptos"/>
                <w:sz w:val="20"/>
                <w:szCs w:val="20"/>
              </w:rPr>
            </w:pPr>
            <w:sdt>
              <w:sdtPr>
                <w:rPr>
                  <w:rFonts w:ascii="Aptos" w:hAnsi="Aptos"/>
                  <w:color w:val="000000" w:themeColor="text1"/>
                  <w:sz w:val="20"/>
                  <w:szCs w:val="20"/>
                </w:rPr>
                <w:id w:val="-27016815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33DA5CE5" w:rsidRPr="001A4E91">
              <w:rPr>
                <w:rFonts w:ascii="Aptos" w:hAnsi="Aptos"/>
                <w:sz w:val="20"/>
                <w:szCs w:val="20"/>
              </w:rPr>
              <w:t xml:space="preserve">Level 3- I </w:t>
            </w:r>
            <w:r w:rsidR="00F37F2A" w:rsidRPr="001A4E91">
              <w:rPr>
                <w:rFonts w:ascii="Aptos" w:hAnsi="Aptos"/>
                <w:sz w:val="20"/>
                <w:szCs w:val="20"/>
              </w:rPr>
              <w:t xml:space="preserve">have studied Irish at school and </w:t>
            </w:r>
            <w:r w:rsidR="33DA5CE5" w:rsidRPr="001A4E91">
              <w:rPr>
                <w:rFonts w:ascii="Aptos" w:hAnsi="Aptos"/>
                <w:sz w:val="20"/>
                <w:szCs w:val="20"/>
              </w:rPr>
              <w:t>understand a good deal of the language but have had few opportunities to use in recent years</w:t>
            </w:r>
            <w:r w:rsidR="008A6B23" w:rsidRPr="001A4E91">
              <w:rPr>
                <w:rFonts w:ascii="Aptos" w:hAnsi="Aptos"/>
                <w:sz w:val="20"/>
                <w:szCs w:val="20"/>
              </w:rPr>
              <w:t xml:space="preserve"> </w:t>
            </w:r>
          </w:p>
          <w:p w14:paraId="71A34952" w14:textId="1D7EA2C0" w:rsidR="29B2D129" w:rsidRPr="001A4E91" w:rsidRDefault="00000000" w:rsidP="3F9B9FB5">
            <w:pPr>
              <w:rPr>
                <w:rFonts w:ascii="Aptos" w:hAnsi="Aptos"/>
                <w:sz w:val="20"/>
                <w:szCs w:val="20"/>
              </w:rPr>
            </w:pPr>
            <w:sdt>
              <w:sdtPr>
                <w:rPr>
                  <w:rFonts w:ascii="Aptos" w:hAnsi="Aptos"/>
                  <w:color w:val="000000" w:themeColor="text1"/>
                  <w:sz w:val="20"/>
                  <w:szCs w:val="20"/>
                </w:rPr>
                <w:id w:val="-22267478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52F5152A" w:rsidRPr="001A4E91">
              <w:rPr>
                <w:rFonts w:ascii="Aptos" w:hAnsi="Aptos"/>
                <w:sz w:val="20"/>
                <w:szCs w:val="20"/>
              </w:rPr>
              <w:t xml:space="preserve">Level 4 </w:t>
            </w:r>
            <w:r w:rsidR="7F3E0573" w:rsidRPr="001A4E91">
              <w:rPr>
                <w:rFonts w:ascii="Aptos" w:hAnsi="Aptos"/>
                <w:sz w:val="20"/>
                <w:szCs w:val="20"/>
              </w:rPr>
              <w:t>-</w:t>
            </w:r>
            <w:r w:rsidR="52F5152A" w:rsidRPr="001A4E91">
              <w:rPr>
                <w:rFonts w:ascii="Aptos" w:hAnsi="Aptos"/>
                <w:sz w:val="20"/>
                <w:szCs w:val="20"/>
              </w:rPr>
              <w:t xml:space="preserve"> I am comfortable speaking Irish and use the language from time to time</w:t>
            </w:r>
          </w:p>
          <w:p w14:paraId="3DFDF58C" w14:textId="0685C012" w:rsidR="29B2D129" w:rsidRPr="001A4E91" w:rsidRDefault="00000000" w:rsidP="3F9B9FB5">
            <w:pPr>
              <w:rPr>
                <w:rFonts w:ascii="Aptos" w:hAnsi="Aptos"/>
                <w:sz w:val="20"/>
                <w:szCs w:val="20"/>
              </w:rPr>
            </w:pPr>
            <w:sdt>
              <w:sdtPr>
                <w:rPr>
                  <w:rFonts w:ascii="Aptos" w:hAnsi="Aptos"/>
                  <w:color w:val="000000" w:themeColor="text1"/>
                  <w:sz w:val="20"/>
                  <w:szCs w:val="20"/>
                </w:rPr>
                <w:id w:val="137311789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78A28CC0" w:rsidRPr="001A4E91">
              <w:rPr>
                <w:rFonts w:ascii="Aptos" w:hAnsi="Aptos"/>
                <w:sz w:val="20"/>
                <w:szCs w:val="20"/>
              </w:rPr>
              <w:t>Level 5</w:t>
            </w:r>
            <w:r w:rsidR="28DEBC17" w:rsidRPr="001A4E91">
              <w:rPr>
                <w:rFonts w:ascii="Aptos" w:hAnsi="Aptos"/>
                <w:sz w:val="20"/>
                <w:szCs w:val="20"/>
              </w:rPr>
              <w:t xml:space="preserve"> </w:t>
            </w:r>
            <w:r w:rsidR="4F76FF56" w:rsidRPr="001A4E91">
              <w:rPr>
                <w:rFonts w:ascii="Aptos" w:hAnsi="Aptos"/>
                <w:sz w:val="20"/>
                <w:szCs w:val="20"/>
              </w:rPr>
              <w:t>-</w:t>
            </w:r>
            <w:r w:rsidR="28DEBC17" w:rsidRPr="001A4E91">
              <w:rPr>
                <w:rFonts w:ascii="Aptos" w:hAnsi="Aptos"/>
                <w:sz w:val="20"/>
                <w:szCs w:val="20"/>
              </w:rPr>
              <w:t xml:space="preserve"> I </w:t>
            </w:r>
            <w:r w:rsidR="650A679B" w:rsidRPr="001A4E91">
              <w:rPr>
                <w:rFonts w:ascii="Aptos" w:hAnsi="Aptos"/>
                <w:sz w:val="20"/>
                <w:szCs w:val="20"/>
              </w:rPr>
              <w:t>am fluent in Irish</w:t>
            </w:r>
          </w:p>
          <w:p w14:paraId="71B10245" w14:textId="50D69AFF" w:rsidR="3F9B9FB5" w:rsidRPr="001A4E91" w:rsidRDefault="3F9B9FB5" w:rsidP="3F9B9FB5">
            <w:pPr>
              <w:rPr>
                <w:rFonts w:ascii="Aptos" w:hAnsi="Aptos"/>
                <w:sz w:val="20"/>
                <w:szCs w:val="20"/>
              </w:rPr>
            </w:pPr>
          </w:p>
        </w:tc>
      </w:tr>
      <w:tr w:rsidR="00CF648B" w:rsidRPr="001A4E91" w14:paraId="0AE3899E" w14:textId="77777777" w:rsidTr="3443A52E">
        <w:tc>
          <w:tcPr>
            <w:tcW w:w="5159" w:type="dxa"/>
            <w:shd w:val="clear" w:color="auto" w:fill="F2F8F5"/>
            <w:tcMar>
              <w:top w:w="100" w:type="dxa"/>
              <w:left w:w="120" w:type="dxa"/>
              <w:bottom w:w="100" w:type="dxa"/>
              <w:right w:w="120" w:type="dxa"/>
            </w:tcMar>
            <w:vAlign w:val="center"/>
          </w:tcPr>
          <w:p w14:paraId="3F1FED91" w14:textId="5BCB2A6A" w:rsidR="00CF648B" w:rsidRPr="001A4E91" w:rsidRDefault="61F8660C" w:rsidP="3F9B9FB5">
            <w:pPr>
              <w:rPr>
                <w:rFonts w:ascii="Aptos" w:hAnsi="Aptos"/>
                <w:sz w:val="20"/>
                <w:szCs w:val="20"/>
              </w:rPr>
            </w:pPr>
            <w:r w:rsidRPr="001A4E91">
              <w:rPr>
                <w:rFonts w:ascii="Aptos" w:hAnsi="Aptos"/>
                <w:b/>
                <w:bCs/>
                <w:color w:val="006B54"/>
                <w:sz w:val="20"/>
                <w:szCs w:val="20"/>
              </w:rPr>
              <w:t>Do you require reasonable accommodation to be made at any stage of the selection process?</w:t>
            </w:r>
          </w:p>
          <w:p w14:paraId="1F05E2A9" w14:textId="66239D3E" w:rsidR="00CF648B" w:rsidRPr="001A4E91" w:rsidRDefault="00CF648B" w:rsidP="3F9B9FB5">
            <w:pPr>
              <w:rPr>
                <w:rFonts w:ascii="Aptos" w:hAnsi="Aptos"/>
                <w:b/>
                <w:bCs/>
                <w:color w:val="006B54"/>
                <w:sz w:val="20"/>
                <w:szCs w:val="20"/>
              </w:rPr>
            </w:pPr>
          </w:p>
          <w:p w14:paraId="295BE27D" w14:textId="448F2BBB" w:rsidR="00CF648B" w:rsidRPr="001A4E91" w:rsidRDefault="1AFA1D20" w:rsidP="3F9B9FB5">
            <w:pPr>
              <w:rPr>
                <w:rFonts w:ascii="Aptos" w:hAnsi="Aptos"/>
                <w:sz w:val="20"/>
                <w:szCs w:val="20"/>
              </w:rPr>
            </w:pPr>
            <w:r w:rsidRPr="001A4E91">
              <w:rPr>
                <w:rFonts w:ascii="Aptos" w:hAnsi="Aptos"/>
                <w:sz w:val="20"/>
                <w:szCs w:val="20"/>
              </w:rPr>
              <w:t>At Fáilte Ireland, we’re committed to fostering an inclusive workplace where diversity is valued and everyone is treated fairly and respectfully. This applies to everyone regardless of gender, civil status, family status, sexual orientation, age, disability, race, religion or membership of the Traveller community.</w:t>
            </w:r>
          </w:p>
        </w:tc>
        <w:tc>
          <w:tcPr>
            <w:tcW w:w="5159" w:type="dxa"/>
            <w:tcMar>
              <w:top w:w="100" w:type="dxa"/>
              <w:left w:w="120" w:type="dxa"/>
              <w:bottom w:w="100" w:type="dxa"/>
              <w:right w:w="120" w:type="dxa"/>
            </w:tcMar>
            <w:vAlign w:val="center"/>
          </w:tcPr>
          <w:p w14:paraId="3B445905" w14:textId="55C171E3" w:rsidR="00CF648B" w:rsidRPr="001A4E91" w:rsidRDefault="00000000" w:rsidP="3F9B9FB5">
            <w:pPr>
              <w:jc w:val="center"/>
              <w:rPr>
                <w:rFonts w:ascii="Aptos" w:hAnsi="Aptos"/>
                <w:sz w:val="20"/>
                <w:szCs w:val="20"/>
              </w:rPr>
            </w:pPr>
            <w:sdt>
              <w:sdtPr>
                <w:rPr>
                  <w:rFonts w:ascii="Aptos" w:hAnsi="Aptos"/>
                  <w:color w:val="000000" w:themeColor="text1"/>
                  <w:sz w:val="20"/>
                  <w:szCs w:val="20"/>
                </w:rPr>
                <w:id w:val="-1449231259"/>
                <w14:checkbox>
                  <w14:checked w14:val="0"/>
                  <w14:checkedState w14:val="2612" w14:font="MS Gothic"/>
                  <w14:uncheckedState w14:val="2610" w14:font="MS Gothic"/>
                </w14:checkbox>
              </w:sdtPr>
              <w:sdtContent>
                <w:r w:rsidR="7F9CF6DD" w:rsidRPr="001A4E91">
                  <w:rPr>
                    <w:rFonts w:ascii="Aptos" w:eastAsia="MS Gothic" w:hAnsi="Aptos" w:cs="MS Gothic"/>
                    <w:color w:val="000000" w:themeColor="text1"/>
                    <w:sz w:val="20"/>
                    <w:szCs w:val="20"/>
                  </w:rPr>
                  <w:t>☐</w:t>
                </w:r>
              </w:sdtContent>
            </w:sdt>
            <w:r w:rsidR="00DC0437" w:rsidRPr="001A4E91">
              <w:rPr>
                <w:rFonts w:ascii="Aptos" w:hAnsi="Aptos"/>
                <w:color w:val="000000" w:themeColor="text1"/>
                <w:sz w:val="20"/>
                <w:szCs w:val="20"/>
              </w:rPr>
              <w:t xml:space="preserve"> Yes    </w:t>
            </w:r>
            <w:sdt>
              <w:sdtPr>
                <w:rPr>
                  <w:rFonts w:ascii="Aptos" w:hAnsi="Aptos"/>
                  <w:color w:val="000000" w:themeColor="text1"/>
                  <w:sz w:val="20"/>
                  <w:szCs w:val="20"/>
                </w:rPr>
                <w:id w:val="-169799836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r w:rsidR="7A28EFE1" w:rsidRPr="001A4E91">
              <w:rPr>
                <w:rFonts w:ascii="Aptos" w:hAnsi="Aptos"/>
                <w:color w:val="000000" w:themeColor="text1"/>
                <w:sz w:val="20"/>
                <w:szCs w:val="20"/>
              </w:rPr>
              <w:t xml:space="preserve">   </w:t>
            </w:r>
            <w:sdt>
              <w:sdtPr>
                <w:rPr>
                  <w:rFonts w:ascii="Aptos" w:hAnsi="Aptos"/>
                  <w:color w:val="000000" w:themeColor="text1"/>
                  <w:sz w:val="20"/>
                  <w:szCs w:val="20"/>
                </w:rPr>
                <w:id w:val="209404347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A28EFE1" w:rsidRPr="001A4E91">
              <w:rPr>
                <w:rFonts w:ascii="Aptos" w:hAnsi="Aptos"/>
                <w:color w:val="000000" w:themeColor="text1"/>
                <w:sz w:val="20"/>
                <w:szCs w:val="20"/>
              </w:rPr>
              <w:t xml:space="preserve"> Do not wish to disclose</w:t>
            </w:r>
          </w:p>
        </w:tc>
      </w:tr>
    </w:tbl>
    <w:p w14:paraId="5A366DDD" w14:textId="77777777" w:rsidR="00CF648B" w:rsidRPr="001A4E91" w:rsidRDefault="00DC0437">
      <w:pPr>
        <w:rPr>
          <w:rFonts w:ascii="Aptos" w:hAnsi="Aptos"/>
          <w:sz w:val="20"/>
          <w:szCs w:val="20"/>
        </w:rPr>
      </w:pPr>
      <w:r w:rsidRPr="001A4E91">
        <w:rPr>
          <w:rFonts w:ascii="Aptos" w:hAnsi="Aptos"/>
          <w:sz w:val="20"/>
          <w:szCs w:val="20"/>
        </w:rPr>
        <w:t>By ticking yes to reasonable accommodation, you are giving consent for Fáilte Ireland to contact you to discuss the requirements and make the necessary arrangements. Eligibility to work will be verified. Irish-language information will only be used in relation to the Official Languages (Amendment) Act 2021.</w:t>
      </w:r>
    </w:p>
    <w:tbl>
      <w:tblPr>
        <w:tblStyle w:val="TableGrid"/>
        <w:tblW w:w="0" w:type="auto"/>
        <w:tblLook w:val="04A0" w:firstRow="1" w:lastRow="0" w:firstColumn="1" w:lastColumn="0" w:noHBand="0" w:noVBand="1"/>
      </w:tblPr>
      <w:tblGrid>
        <w:gridCol w:w="5154"/>
        <w:gridCol w:w="5154"/>
      </w:tblGrid>
      <w:tr w:rsidR="3F9B9FB5" w:rsidRPr="001A4E91" w14:paraId="45DE0BA5" w14:textId="77777777" w:rsidTr="3443A52E">
        <w:trPr>
          <w:trHeight w:val="300"/>
        </w:trPr>
        <w:tc>
          <w:tcPr>
            <w:tcW w:w="5154" w:type="dxa"/>
            <w:shd w:val="clear" w:color="auto" w:fill="F2F8F5"/>
            <w:tcMar>
              <w:top w:w="100" w:type="dxa"/>
              <w:left w:w="120" w:type="dxa"/>
              <w:bottom w:w="100" w:type="dxa"/>
              <w:right w:w="120" w:type="dxa"/>
            </w:tcMar>
            <w:vAlign w:val="center"/>
          </w:tcPr>
          <w:p w14:paraId="4143170E" w14:textId="6F2CCFB1" w:rsidR="6B13AFB4" w:rsidRPr="001A4E91" w:rsidRDefault="6B13AFB4" w:rsidP="3443A52E">
            <w:pPr>
              <w:rPr>
                <w:rFonts w:ascii="Aptos" w:hAnsi="Aptos"/>
                <w:b/>
                <w:bCs/>
                <w:color w:val="006B54"/>
                <w:sz w:val="20"/>
                <w:szCs w:val="20"/>
              </w:rPr>
            </w:pPr>
            <w:r w:rsidRPr="001A4E91">
              <w:rPr>
                <w:rFonts w:ascii="Aptos" w:hAnsi="Aptos"/>
                <w:b/>
                <w:bCs/>
                <w:color w:val="006B54"/>
                <w:sz w:val="20"/>
                <w:szCs w:val="20"/>
              </w:rPr>
              <w:t>Where did you hear about this vacancy?</w:t>
            </w:r>
          </w:p>
          <w:p w14:paraId="19FD0B60" w14:textId="2EAAFAC5" w:rsidR="3F9B9FB5" w:rsidRPr="001A4E91" w:rsidRDefault="3F9B9FB5">
            <w:pPr>
              <w:rPr>
                <w:rFonts w:ascii="Aptos" w:hAnsi="Aptos"/>
                <w:sz w:val="20"/>
                <w:szCs w:val="20"/>
              </w:rPr>
            </w:pPr>
          </w:p>
          <w:p w14:paraId="1CBC4548" w14:textId="0A8B5C21" w:rsidR="3F9B9FB5" w:rsidRPr="001A4E91" w:rsidRDefault="3F9B9FB5" w:rsidP="3F9B9FB5">
            <w:pPr>
              <w:rPr>
                <w:rFonts w:ascii="Aptos" w:hAnsi="Aptos"/>
                <w:b/>
                <w:bCs/>
                <w:color w:val="006B54"/>
                <w:sz w:val="20"/>
                <w:szCs w:val="20"/>
              </w:rPr>
            </w:pPr>
          </w:p>
        </w:tc>
        <w:tc>
          <w:tcPr>
            <w:tcW w:w="5154" w:type="dxa"/>
            <w:tcMar>
              <w:top w:w="100" w:type="dxa"/>
              <w:left w:w="120" w:type="dxa"/>
              <w:bottom w:w="100" w:type="dxa"/>
              <w:right w:w="120" w:type="dxa"/>
            </w:tcMar>
            <w:vAlign w:val="center"/>
          </w:tcPr>
          <w:p w14:paraId="33394C25" w14:textId="15E4500F" w:rsidR="3F9B9FB5" w:rsidRPr="001A4E91" w:rsidRDefault="00000000" w:rsidP="3F9B9FB5">
            <w:pPr>
              <w:rPr>
                <w:rFonts w:ascii="Aptos" w:hAnsi="Aptos"/>
                <w:sz w:val="20"/>
                <w:szCs w:val="20"/>
              </w:rPr>
            </w:pPr>
            <w:sdt>
              <w:sdtPr>
                <w:rPr>
                  <w:rFonts w:ascii="Aptos" w:hAnsi="Aptos"/>
                  <w:color w:val="000000" w:themeColor="text1"/>
                  <w:sz w:val="20"/>
                  <w:szCs w:val="20"/>
                </w:rPr>
                <w:id w:val="76041227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F9B9FB5" w:rsidRPr="001A4E91">
              <w:rPr>
                <w:rFonts w:ascii="Aptos" w:hAnsi="Aptos"/>
                <w:sz w:val="20"/>
                <w:szCs w:val="20"/>
              </w:rPr>
              <w:t xml:space="preserve"> </w:t>
            </w:r>
            <w:r w:rsidR="132D9D11" w:rsidRPr="001A4E91">
              <w:rPr>
                <w:rFonts w:ascii="Aptos" w:hAnsi="Aptos"/>
                <w:sz w:val="20"/>
                <w:szCs w:val="20"/>
              </w:rPr>
              <w:t>Fáilte Ireland Website</w:t>
            </w:r>
          </w:p>
          <w:p w14:paraId="0E630FC7" w14:textId="240C4232" w:rsidR="1B677B44" w:rsidRPr="001A4E91" w:rsidRDefault="00000000" w:rsidP="3F9B9FB5">
            <w:pPr>
              <w:rPr>
                <w:rFonts w:ascii="Aptos" w:hAnsi="Aptos"/>
                <w:sz w:val="20"/>
                <w:szCs w:val="20"/>
              </w:rPr>
            </w:pPr>
            <w:sdt>
              <w:sdtPr>
                <w:rPr>
                  <w:rFonts w:ascii="Aptos" w:hAnsi="Aptos"/>
                  <w:color w:val="000000" w:themeColor="text1"/>
                  <w:sz w:val="20"/>
                  <w:szCs w:val="20"/>
                </w:rPr>
                <w:id w:val="79726986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1B677B44" w:rsidRPr="001A4E91">
              <w:rPr>
                <w:rFonts w:ascii="Aptos" w:hAnsi="Aptos"/>
                <w:sz w:val="20"/>
                <w:szCs w:val="20"/>
              </w:rPr>
              <w:t xml:space="preserve"> </w:t>
            </w:r>
            <w:r w:rsidR="132D9D11" w:rsidRPr="001A4E91">
              <w:rPr>
                <w:rFonts w:ascii="Aptos" w:hAnsi="Aptos"/>
                <w:sz w:val="20"/>
                <w:szCs w:val="20"/>
              </w:rPr>
              <w:t>PublicJobs.ie</w:t>
            </w:r>
          </w:p>
          <w:p w14:paraId="408A9F4E" w14:textId="586A1D82" w:rsidR="7F211E71" w:rsidRPr="001A4E91" w:rsidRDefault="00000000" w:rsidP="3F9B9FB5">
            <w:pPr>
              <w:rPr>
                <w:rFonts w:ascii="Aptos" w:hAnsi="Aptos"/>
                <w:sz w:val="20"/>
                <w:szCs w:val="20"/>
              </w:rPr>
            </w:pPr>
            <w:sdt>
              <w:sdtPr>
                <w:rPr>
                  <w:rFonts w:ascii="Aptos" w:hAnsi="Aptos"/>
                  <w:color w:val="000000" w:themeColor="text1"/>
                  <w:sz w:val="20"/>
                  <w:szCs w:val="20"/>
                </w:rPr>
                <w:id w:val="31985405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F211E71" w:rsidRPr="001A4E91">
              <w:rPr>
                <w:rFonts w:ascii="Aptos" w:hAnsi="Aptos"/>
                <w:sz w:val="20"/>
                <w:szCs w:val="20"/>
              </w:rPr>
              <w:t xml:space="preserve"> </w:t>
            </w:r>
            <w:r w:rsidR="132D9D11" w:rsidRPr="001A4E91">
              <w:rPr>
                <w:rFonts w:ascii="Aptos" w:hAnsi="Aptos"/>
                <w:sz w:val="20"/>
                <w:szCs w:val="20"/>
              </w:rPr>
              <w:t xml:space="preserve">Open Doors Initiative </w:t>
            </w:r>
          </w:p>
          <w:p w14:paraId="750281D0" w14:textId="7DA308EF" w:rsidR="5108E578" w:rsidRPr="001A4E91" w:rsidRDefault="00000000" w:rsidP="3F9B9FB5">
            <w:pPr>
              <w:rPr>
                <w:rFonts w:ascii="Aptos" w:hAnsi="Aptos"/>
                <w:sz w:val="20"/>
                <w:szCs w:val="20"/>
              </w:rPr>
            </w:pPr>
            <w:sdt>
              <w:sdtPr>
                <w:rPr>
                  <w:rFonts w:ascii="Aptos" w:hAnsi="Aptos"/>
                  <w:color w:val="000000" w:themeColor="text1"/>
                  <w:sz w:val="20"/>
                  <w:szCs w:val="20"/>
                </w:rPr>
                <w:id w:val="137503835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sz w:val="20"/>
                <w:szCs w:val="20"/>
              </w:rPr>
              <w:t xml:space="preserve"> </w:t>
            </w:r>
            <w:r w:rsidR="61E274A4" w:rsidRPr="001A4E91">
              <w:rPr>
                <w:rFonts w:ascii="Aptos" w:hAnsi="Aptos"/>
                <w:sz w:val="20"/>
                <w:szCs w:val="20"/>
              </w:rPr>
              <w:t>LinkedIn</w:t>
            </w:r>
          </w:p>
          <w:p w14:paraId="5CAB7DAF" w14:textId="3692FEF9" w:rsidR="5108E578" w:rsidRPr="001A4E91" w:rsidRDefault="00000000" w:rsidP="3F9B9FB5">
            <w:pPr>
              <w:rPr>
                <w:rFonts w:ascii="Aptos" w:hAnsi="Aptos"/>
                <w:sz w:val="20"/>
                <w:szCs w:val="20"/>
              </w:rPr>
            </w:pPr>
            <w:sdt>
              <w:sdtPr>
                <w:rPr>
                  <w:rFonts w:ascii="Aptos" w:hAnsi="Aptos"/>
                  <w:color w:val="000000" w:themeColor="text1"/>
                  <w:sz w:val="20"/>
                  <w:szCs w:val="20"/>
                </w:rPr>
                <w:id w:val="173819934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b/>
                <w:bCs/>
                <w:sz w:val="20"/>
                <w:szCs w:val="20"/>
              </w:rPr>
              <w:t xml:space="preserve"> </w:t>
            </w:r>
            <w:r w:rsidR="132D9D11" w:rsidRPr="001A4E91">
              <w:rPr>
                <w:rFonts w:ascii="Aptos" w:hAnsi="Aptos"/>
                <w:sz w:val="20"/>
                <w:szCs w:val="20"/>
              </w:rPr>
              <w:t xml:space="preserve">Conscia </w:t>
            </w:r>
            <w:r w:rsidR="00F37F2A" w:rsidRPr="001A4E91">
              <w:rPr>
                <w:rFonts w:ascii="Aptos" w:hAnsi="Aptos"/>
                <w:sz w:val="20"/>
                <w:szCs w:val="20"/>
              </w:rPr>
              <w:t xml:space="preserve">Talent </w:t>
            </w:r>
          </w:p>
          <w:p w14:paraId="07FC2FD4" w14:textId="5AB0236C" w:rsidR="7E035450" w:rsidRPr="001A4E91" w:rsidRDefault="00000000" w:rsidP="3F9B9FB5">
            <w:pPr>
              <w:rPr>
                <w:rFonts w:ascii="Aptos" w:hAnsi="Aptos"/>
                <w:sz w:val="20"/>
                <w:szCs w:val="20"/>
              </w:rPr>
            </w:pPr>
            <w:sdt>
              <w:sdtPr>
                <w:rPr>
                  <w:rFonts w:ascii="Aptos" w:hAnsi="Aptos"/>
                  <w:color w:val="000000" w:themeColor="text1"/>
                  <w:sz w:val="20"/>
                  <w:szCs w:val="20"/>
                </w:rPr>
                <w:id w:val="-22129342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E035450" w:rsidRPr="001A4E91">
              <w:rPr>
                <w:rFonts w:ascii="Aptos" w:hAnsi="Aptos"/>
                <w:sz w:val="20"/>
                <w:szCs w:val="20"/>
              </w:rPr>
              <w:t xml:space="preserve"> </w:t>
            </w:r>
            <w:r w:rsidR="132D9D11" w:rsidRPr="001A4E91">
              <w:rPr>
                <w:rFonts w:ascii="Aptos" w:hAnsi="Aptos"/>
                <w:sz w:val="20"/>
                <w:szCs w:val="20"/>
              </w:rPr>
              <w:t>Word of Mouth</w:t>
            </w:r>
          </w:p>
          <w:p w14:paraId="270BB5C2" w14:textId="63981732" w:rsidR="5D29FD70" w:rsidRPr="001A4E91" w:rsidRDefault="00000000" w:rsidP="3F9B9FB5">
            <w:pPr>
              <w:rPr>
                <w:rFonts w:ascii="Aptos" w:hAnsi="Aptos"/>
                <w:sz w:val="20"/>
                <w:szCs w:val="20"/>
              </w:rPr>
            </w:pPr>
            <w:sdt>
              <w:sdtPr>
                <w:rPr>
                  <w:rFonts w:ascii="Aptos" w:hAnsi="Aptos"/>
                  <w:color w:val="000000" w:themeColor="text1"/>
                  <w:sz w:val="20"/>
                  <w:szCs w:val="20"/>
                </w:rPr>
                <w:id w:val="101912266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D29FD70" w:rsidRPr="001A4E91">
              <w:rPr>
                <w:rFonts w:ascii="Aptos" w:hAnsi="Aptos"/>
                <w:sz w:val="20"/>
                <w:szCs w:val="20"/>
              </w:rPr>
              <w:t xml:space="preserve"> </w:t>
            </w:r>
            <w:r w:rsidR="132D9D11" w:rsidRPr="001A4E91">
              <w:rPr>
                <w:rFonts w:ascii="Aptos" w:hAnsi="Aptos"/>
                <w:sz w:val="20"/>
                <w:szCs w:val="20"/>
              </w:rPr>
              <w:t>Other</w:t>
            </w:r>
          </w:p>
          <w:p w14:paraId="7A16B70D" w14:textId="410E92B0" w:rsidR="3F9B9FB5" w:rsidRPr="001A4E91" w:rsidRDefault="3F9B9FB5" w:rsidP="3F9B9FB5">
            <w:pPr>
              <w:rPr>
                <w:rFonts w:ascii="Aptos" w:hAnsi="Aptos"/>
                <w:sz w:val="20"/>
                <w:szCs w:val="20"/>
              </w:rPr>
            </w:pPr>
          </w:p>
          <w:p w14:paraId="4AC5AFBE" w14:textId="134EBAFF" w:rsidR="132D9D11" w:rsidRPr="001A4E91" w:rsidRDefault="132D9D11" w:rsidP="3F9B9FB5">
            <w:pPr>
              <w:rPr>
                <w:rFonts w:ascii="Aptos" w:hAnsi="Aptos"/>
                <w:sz w:val="20"/>
                <w:szCs w:val="20"/>
              </w:rPr>
            </w:pPr>
            <w:r w:rsidRPr="001A4E91">
              <w:rPr>
                <w:rFonts w:ascii="Aptos" w:hAnsi="Aptos"/>
                <w:sz w:val="20"/>
                <w:szCs w:val="20"/>
              </w:rPr>
              <w:t>If Other, please give details</w:t>
            </w:r>
            <w:r w:rsidR="13F1FC16" w:rsidRPr="001A4E91">
              <w:rPr>
                <w:rFonts w:ascii="Aptos" w:hAnsi="Aptos"/>
                <w:sz w:val="20"/>
                <w:szCs w:val="20"/>
              </w:rPr>
              <w:t>:</w:t>
            </w:r>
          </w:p>
          <w:tbl>
            <w:tblPr>
              <w:tblStyle w:val="TableGrid"/>
              <w:tblW w:w="0" w:type="auto"/>
              <w:tblLook w:val="06A0" w:firstRow="1" w:lastRow="0" w:firstColumn="1" w:lastColumn="0" w:noHBand="1" w:noVBand="1"/>
            </w:tblPr>
            <w:tblGrid>
              <w:gridCol w:w="4904"/>
            </w:tblGrid>
            <w:tr w:rsidR="3F9B9FB5" w:rsidRPr="001A4E91" w14:paraId="214BF54D" w14:textId="77777777" w:rsidTr="3F9B9FB5">
              <w:trPr>
                <w:trHeight w:val="300"/>
              </w:trPr>
              <w:tc>
                <w:tcPr>
                  <w:tcW w:w="4905" w:type="dxa"/>
                </w:tcPr>
                <w:p w14:paraId="1F992CA7" w14:textId="2761DF7E" w:rsidR="3F9B9FB5" w:rsidRPr="001A4E91" w:rsidRDefault="3F9B9FB5" w:rsidP="3F9B9FB5">
                  <w:pPr>
                    <w:rPr>
                      <w:rFonts w:ascii="Aptos" w:hAnsi="Aptos"/>
                      <w:sz w:val="20"/>
                      <w:szCs w:val="20"/>
                    </w:rPr>
                  </w:pPr>
                </w:p>
              </w:tc>
            </w:tr>
          </w:tbl>
          <w:p w14:paraId="77D96BDC" w14:textId="0516B65F" w:rsidR="3F9B9FB5" w:rsidRPr="001A4E91" w:rsidRDefault="3F9B9FB5" w:rsidP="3F9B9FB5">
            <w:pPr>
              <w:jc w:val="center"/>
              <w:rPr>
                <w:rFonts w:ascii="Aptos" w:hAnsi="Aptos"/>
                <w:sz w:val="20"/>
                <w:szCs w:val="20"/>
              </w:rPr>
            </w:pPr>
          </w:p>
          <w:p w14:paraId="7FB8B49B" w14:textId="471ED7D6" w:rsidR="3F9B9FB5" w:rsidRPr="001A4E91" w:rsidRDefault="3F9B9FB5" w:rsidP="3F9B9FB5">
            <w:pPr>
              <w:jc w:val="center"/>
              <w:rPr>
                <w:rFonts w:ascii="Aptos" w:hAnsi="Aptos"/>
                <w:sz w:val="20"/>
                <w:szCs w:val="20"/>
              </w:rPr>
            </w:pPr>
          </w:p>
          <w:p w14:paraId="7E0E5690" w14:textId="1F5DB1BB" w:rsidR="3F9B9FB5" w:rsidRPr="001A4E91" w:rsidRDefault="3F9B9FB5" w:rsidP="3F9B9FB5">
            <w:pPr>
              <w:jc w:val="center"/>
              <w:rPr>
                <w:rFonts w:ascii="Aptos" w:hAnsi="Aptos"/>
                <w:sz w:val="20"/>
                <w:szCs w:val="20"/>
              </w:rPr>
            </w:pPr>
            <w:r w:rsidRPr="001A4E91">
              <w:rPr>
                <w:rFonts w:ascii="Aptos" w:hAnsi="Aptos"/>
                <w:color w:val="000000" w:themeColor="text1"/>
                <w:sz w:val="20"/>
                <w:szCs w:val="20"/>
              </w:rPr>
              <w:t xml:space="preserve">    </w:t>
            </w:r>
          </w:p>
        </w:tc>
      </w:tr>
    </w:tbl>
    <w:p w14:paraId="3B786237" w14:textId="3EEC7983" w:rsidR="3F9B9FB5" w:rsidRPr="001A4E91" w:rsidRDefault="3F9B9FB5" w:rsidP="3F9B9FB5">
      <w:pPr>
        <w:rPr>
          <w:rFonts w:ascii="Aptos" w:hAnsi="Aptos"/>
          <w:sz w:val="20"/>
          <w:szCs w:val="20"/>
        </w:rPr>
      </w:pPr>
    </w:p>
    <w:p w14:paraId="53128261"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3F472068" w14:textId="77777777" w:rsidTr="3F9B9FB5">
        <w:trPr>
          <w:jc w:val="center"/>
        </w:trPr>
        <w:tc>
          <w:tcPr>
            <w:tcW w:w="5159" w:type="dxa"/>
            <w:tcMar>
              <w:top w:w="100" w:type="dxa"/>
              <w:left w:w="120" w:type="dxa"/>
              <w:bottom w:w="100" w:type="dxa"/>
              <w:right w:w="120" w:type="dxa"/>
            </w:tcMar>
            <w:vAlign w:val="center"/>
          </w:tcPr>
          <w:p w14:paraId="0397B3FD"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62486C05" w14:textId="4AC6F091" w:rsidR="00CF648B" w:rsidRPr="001A4E91" w:rsidRDefault="00CF648B">
            <w:pPr>
              <w:jc w:val="right"/>
              <w:rPr>
                <w:rFonts w:ascii="Aptos" w:hAnsi="Aptos"/>
                <w:sz w:val="20"/>
                <w:szCs w:val="20"/>
              </w:rPr>
            </w:pPr>
          </w:p>
        </w:tc>
      </w:tr>
      <w:tr w:rsidR="00CF648B" w:rsidRPr="001A4E91" w14:paraId="2000918E"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36CED9E1" w14:textId="389CEFEB" w:rsidR="00CF648B" w:rsidRPr="001A4E91" w:rsidRDefault="006D710E">
            <w:pPr>
              <w:spacing w:after="0"/>
              <w:rPr>
                <w:rFonts w:ascii="Aptos" w:hAnsi="Aptos"/>
                <w:sz w:val="20"/>
                <w:szCs w:val="20"/>
              </w:rPr>
            </w:pPr>
            <w:r w:rsidRPr="001A4E91">
              <w:rPr>
                <w:rFonts w:ascii="Aptos" w:hAnsi="Aptos"/>
                <w:b/>
                <w:color w:val="FFFFFF"/>
                <w:sz w:val="20"/>
                <w:szCs w:val="20"/>
              </w:rPr>
              <w:t xml:space="preserve">QUALIFICATION DETAILS </w:t>
            </w:r>
          </w:p>
        </w:tc>
      </w:tr>
    </w:tbl>
    <w:p w14:paraId="4101652C" w14:textId="77777777" w:rsidR="00CF648B" w:rsidRPr="001A4E91" w:rsidRDefault="00CF648B">
      <w:pPr>
        <w:spacing w:after="0"/>
        <w:rPr>
          <w:rFonts w:ascii="Aptos" w:hAnsi="Aptos"/>
          <w:sz w:val="20"/>
          <w:szCs w:val="20"/>
        </w:rPr>
      </w:pPr>
    </w:p>
    <w:p w14:paraId="2B29B7D5" w14:textId="77777777" w:rsidR="00CF648B" w:rsidRPr="001A4E91" w:rsidRDefault="00DC0437">
      <w:pPr>
        <w:rPr>
          <w:rFonts w:ascii="Aptos" w:hAnsi="Aptos"/>
          <w:sz w:val="20"/>
          <w:szCs w:val="20"/>
        </w:rPr>
      </w:pPr>
      <w:r w:rsidRPr="001A4E91">
        <w:rPr>
          <w:rFonts w:ascii="Aptos" w:hAnsi="Aptos"/>
          <w:sz w:val="20"/>
          <w:szCs w:val="20"/>
        </w:rPr>
        <w:t>Please list colleges/universities/professional bodies attended and qualifications obtained, together with any relevant training/development courses.</w:t>
      </w:r>
    </w:p>
    <w:tbl>
      <w:tblPr>
        <w:tblStyle w:val="TableGrid"/>
        <w:tblW w:w="0" w:type="auto"/>
        <w:tblLook w:val="04A0" w:firstRow="1" w:lastRow="0" w:firstColumn="1" w:lastColumn="0" w:noHBand="0" w:noVBand="1"/>
      </w:tblPr>
      <w:tblGrid>
        <w:gridCol w:w="3162"/>
        <w:gridCol w:w="2400"/>
        <w:gridCol w:w="2564"/>
        <w:gridCol w:w="2182"/>
      </w:tblGrid>
      <w:tr w:rsidR="006D7F69" w:rsidRPr="001A4E91" w14:paraId="360E4511" w14:textId="40C7B4B4" w:rsidTr="006D7F69">
        <w:tc>
          <w:tcPr>
            <w:tcW w:w="3129" w:type="dxa"/>
            <w:shd w:val="clear" w:color="auto" w:fill="006B54"/>
            <w:tcMar>
              <w:top w:w="100" w:type="dxa"/>
              <w:left w:w="120" w:type="dxa"/>
              <w:bottom w:w="100" w:type="dxa"/>
              <w:right w:w="120" w:type="dxa"/>
            </w:tcMar>
            <w:vAlign w:val="center"/>
          </w:tcPr>
          <w:p w14:paraId="646D8035" w14:textId="77777777" w:rsidR="006D7F69" w:rsidRPr="001A4E91" w:rsidRDefault="006D7F69">
            <w:pPr>
              <w:jc w:val="center"/>
              <w:rPr>
                <w:rFonts w:ascii="Aptos" w:hAnsi="Aptos"/>
                <w:sz w:val="20"/>
                <w:szCs w:val="20"/>
              </w:rPr>
            </w:pPr>
            <w:r w:rsidRPr="001A4E91">
              <w:rPr>
                <w:rFonts w:ascii="Aptos" w:hAnsi="Aptos"/>
                <w:b/>
                <w:color w:val="FFFFFF"/>
                <w:sz w:val="20"/>
                <w:szCs w:val="20"/>
              </w:rPr>
              <w:t>College/University/Professional Bodies</w:t>
            </w:r>
          </w:p>
        </w:tc>
        <w:tc>
          <w:tcPr>
            <w:tcW w:w="2413" w:type="dxa"/>
            <w:shd w:val="clear" w:color="auto" w:fill="006B54"/>
            <w:tcMar>
              <w:top w:w="100" w:type="dxa"/>
              <w:left w:w="120" w:type="dxa"/>
              <w:bottom w:w="100" w:type="dxa"/>
              <w:right w:w="120" w:type="dxa"/>
            </w:tcMar>
            <w:vAlign w:val="center"/>
          </w:tcPr>
          <w:p w14:paraId="38D93C5A" w14:textId="2B6AB825" w:rsidR="006D7F69" w:rsidRPr="001A4E91" w:rsidRDefault="006D7F69">
            <w:pPr>
              <w:jc w:val="center"/>
              <w:rPr>
                <w:rFonts w:ascii="Aptos" w:hAnsi="Aptos"/>
                <w:sz w:val="20"/>
                <w:szCs w:val="20"/>
              </w:rPr>
            </w:pPr>
            <w:r w:rsidRPr="001A4E91">
              <w:rPr>
                <w:rFonts w:ascii="Aptos" w:hAnsi="Aptos"/>
                <w:b/>
                <w:color w:val="FFFFFF"/>
                <w:sz w:val="20"/>
                <w:szCs w:val="20"/>
              </w:rPr>
              <w:t xml:space="preserve">Course Name </w:t>
            </w:r>
          </w:p>
        </w:tc>
        <w:tc>
          <w:tcPr>
            <w:tcW w:w="2574" w:type="dxa"/>
            <w:shd w:val="clear" w:color="auto" w:fill="006B54"/>
            <w:tcMar>
              <w:top w:w="100" w:type="dxa"/>
              <w:left w:w="120" w:type="dxa"/>
              <w:bottom w:w="100" w:type="dxa"/>
              <w:right w:w="120" w:type="dxa"/>
            </w:tcMar>
            <w:vAlign w:val="center"/>
          </w:tcPr>
          <w:p w14:paraId="795D9AA1" w14:textId="1B04BBCD" w:rsidR="006D7F69" w:rsidRPr="001A4E91" w:rsidRDefault="006D7F69">
            <w:pPr>
              <w:jc w:val="center"/>
              <w:rPr>
                <w:rFonts w:ascii="Aptos" w:hAnsi="Aptos"/>
                <w:sz w:val="20"/>
                <w:szCs w:val="20"/>
              </w:rPr>
            </w:pPr>
            <w:r w:rsidRPr="001A4E91">
              <w:rPr>
                <w:rFonts w:ascii="Aptos" w:hAnsi="Aptos"/>
                <w:b/>
                <w:color w:val="FFFFFF"/>
                <w:sz w:val="20"/>
                <w:szCs w:val="20"/>
              </w:rPr>
              <w:t>Qualification Type / Level</w:t>
            </w:r>
          </w:p>
        </w:tc>
        <w:tc>
          <w:tcPr>
            <w:tcW w:w="2192" w:type="dxa"/>
            <w:shd w:val="clear" w:color="auto" w:fill="006B54"/>
          </w:tcPr>
          <w:p w14:paraId="2811CA70" w14:textId="77777777" w:rsidR="006D7F69" w:rsidRPr="001A4E91" w:rsidRDefault="006D7F69">
            <w:pPr>
              <w:jc w:val="center"/>
              <w:rPr>
                <w:rFonts w:ascii="Aptos" w:hAnsi="Aptos"/>
                <w:b/>
                <w:color w:val="FFFFFF"/>
                <w:sz w:val="20"/>
                <w:szCs w:val="20"/>
              </w:rPr>
            </w:pPr>
            <w:r w:rsidRPr="001A4E91">
              <w:rPr>
                <w:rFonts w:ascii="Aptos" w:hAnsi="Aptos"/>
                <w:b/>
                <w:color w:val="FFFFFF"/>
                <w:sz w:val="20"/>
                <w:szCs w:val="20"/>
              </w:rPr>
              <w:t>Duration of Course</w:t>
            </w:r>
          </w:p>
          <w:p w14:paraId="486C3FC5" w14:textId="5329BFBF" w:rsidR="006D7F69" w:rsidRPr="001A4E91" w:rsidRDefault="006D7F69">
            <w:pPr>
              <w:jc w:val="center"/>
              <w:rPr>
                <w:rFonts w:ascii="Aptos" w:hAnsi="Aptos"/>
                <w:b/>
                <w:color w:val="FFFFFF"/>
                <w:sz w:val="20"/>
                <w:szCs w:val="20"/>
              </w:rPr>
            </w:pPr>
            <w:r w:rsidRPr="001A4E91">
              <w:rPr>
                <w:rFonts w:ascii="Aptos" w:hAnsi="Aptos"/>
                <w:b/>
                <w:color w:val="FFFFFF"/>
                <w:sz w:val="20"/>
                <w:szCs w:val="20"/>
              </w:rPr>
              <w:t>(in years)</w:t>
            </w:r>
          </w:p>
        </w:tc>
      </w:tr>
      <w:tr w:rsidR="006D7F69" w:rsidRPr="001A4E91" w14:paraId="4B99056E" w14:textId="0D0D1EF2" w:rsidTr="006D7F69">
        <w:tc>
          <w:tcPr>
            <w:tcW w:w="3129" w:type="dxa"/>
            <w:tcMar>
              <w:top w:w="100" w:type="dxa"/>
              <w:left w:w="120" w:type="dxa"/>
              <w:bottom w:w="100" w:type="dxa"/>
              <w:right w:w="120" w:type="dxa"/>
            </w:tcMar>
            <w:vAlign w:val="center"/>
          </w:tcPr>
          <w:p w14:paraId="1299C43A"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4DDBEF00"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3461D779"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4B68EACD" w14:textId="77777777" w:rsidR="006D7F69" w:rsidRPr="001A4E91" w:rsidRDefault="006D7F69">
            <w:pPr>
              <w:rPr>
                <w:rFonts w:ascii="Aptos" w:hAnsi="Aptos"/>
                <w:color w:val="000000"/>
                <w:sz w:val="20"/>
                <w:szCs w:val="20"/>
              </w:rPr>
            </w:pPr>
          </w:p>
        </w:tc>
      </w:tr>
      <w:tr w:rsidR="006D7F69" w:rsidRPr="001A4E91" w14:paraId="3CF2D8B6" w14:textId="33F7C2D9" w:rsidTr="006D7F69">
        <w:tc>
          <w:tcPr>
            <w:tcW w:w="3129" w:type="dxa"/>
            <w:tcMar>
              <w:top w:w="100" w:type="dxa"/>
              <w:left w:w="120" w:type="dxa"/>
              <w:bottom w:w="100" w:type="dxa"/>
              <w:right w:w="120" w:type="dxa"/>
            </w:tcMar>
            <w:vAlign w:val="center"/>
          </w:tcPr>
          <w:p w14:paraId="0FB78278"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1FC39945"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0562CB0E"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42FAE064" w14:textId="77777777" w:rsidR="006D7F69" w:rsidRPr="001A4E91" w:rsidRDefault="006D7F69">
            <w:pPr>
              <w:rPr>
                <w:rFonts w:ascii="Aptos" w:hAnsi="Aptos"/>
                <w:color w:val="000000"/>
                <w:sz w:val="20"/>
                <w:szCs w:val="20"/>
              </w:rPr>
            </w:pPr>
          </w:p>
        </w:tc>
      </w:tr>
      <w:tr w:rsidR="006D7F69" w:rsidRPr="001A4E91" w14:paraId="34CE0A41" w14:textId="17D21BD9" w:rsidTr="006D7F69">
        <w:tc>
          <w:tcPr>
            <w:tcW w:w="3129" w:type="dxa"/>
            <w:tcMar>
              <w:top w:w="100" w:type="dxa"/>
              <w:left w:w="120" w:type="dxa"/>
              <w:bottom w:w="100" w:type="dxa"/>
              <w:right w:w="120" w:type="dxa"/>
            </w:tcMar>
            <w:vAlign w:val="center"/>
          </w:tcPr>
          <w:p w14:paraId="62EBF3C5"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6D98A12B"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2946DB82"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72830E20" w14:textId="77777777" w:rsidR="006D7F69" w:rsidRPr="001A4E91" w:rsidRDefault="006D7F69">
            <w:pPr>
              <w:rPr>
                <w:rFonts w:ascii="Aptos" w:hAnsi="Aptos"/>
                <w:color w:val="000000"/>
                <w:sz w:val="20"/>
                <w:szCs w:val="20"/>
              </w:rPr>
            </w:pPr>
          </w:p>
        </w:tc>
      </w:tr>
      <w:tr w:rsidR="006D7F69" w:rsidRPr="001A4E91" w14:paraId="5997CC1D" w14:textId="75EC689D" w:rsidTr="006D7F69">
        <w:tc>
          <w:tcPr>
            <w:tcW w:w="3129" w:type="dxa"/>
            <w:tcMar>
              <w:top w:w="100" w:type="dxa"/>
              <w:left w:w="120" w:type="dxa"/>
              <w:bottom w:w="100" w:type="dxa"/>
              <w:right w:w="120" w:type="dxa"/>
            </w:tcMar>
            <w:vAlign w:val="center"/>
          </w:tcPr>
          <w:p w14:paraId="110FFD37"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6B699379"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3FE9F23F"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097653BD" w14:textId="77777777" w:rsidR="006D7F69" w:rsidRPr="001A4E91" w:rsidRDefault="006D7F69">
            <w:pPr>
              <w:rPr>
                <w:rFonts w:ascii="Aptos" w:hAnsi="Aptos"/>
                <w:color w:val="000000"/>
                <w:sz w:val="20"/>
                <w:szCs w:val="20"/>
              </w:rPr>
            </w:pPr>
          </w:p>
        </w:tc>
      </w:tr>
    </w:tbl>
    <w:tbl>
      <w:tblPr>
        <w:tblW w:w="0" w:type="auto"/>
        <w:jc w:val="center"/>
        <w:tblLook w:val="04A0" w:firstRow="1" w:lastRow="0" w:firstColumn="1" w:lastColumn="0" w:noHBand="0" w:noVBand="1"/>
      </w:tblPr>
      <w:tblGrid>
        <w:gridCol w:w="10318"/>
      </w:tblGrid>
      <w:tr w:rsidR="00CF648B" w:rsidRPr="001A4E91" w14:paraId="28A095EF" w14:textId="77777777">
        <w:trPr>
          <w:jc w:val="center"/>
        </w:trPr>
        <w:tc>
          <w:tcPr>
            <w:tcW w:w="10318" w:type="dxa"/>
            <w:shd w:val="clear" w:color="auto" w:fill="006B54"/>
            <w:tcMar>
              <w:top w:w="100" w:type="dxa"/>
              <w:left w:w="120" w:type="dxa"/>
              <w:bottom w:w="100" w:type="dxa"/>
              <w:right w:w="120" w:type="dxa"/>
            </w:tcMar>
            <w:vAlign w:val="center"/>
          </w:tcPr>
          <w:p w14:paraId="165DC215" w14:textId="037D52B7" w:rsidR="00CF648B" w:rsidRPr="001A4E91" w:rsidRDefault="00DB0165">
            <w:pPr>
              <w:spacing w:after="0"/>
              <w:rPr>
                <w:rFonts w:ascii="Aptos" w:hAnsi="Aptos"/>
                <w:sz w:val="20"/>
                <w:szCs w:val="20"/>
              </w:rPr>
            </w:pPr>
            <w:r w:rsidRPr="001A4E91">
              <w:rPr>
                <w:rFonts w:ascii="Aptos" w:hAnsi="Aptos"/>
                <w:b/>
                <w:color w:val="FFFFFF"/>
                <w:sz w:val="20"/>
                <w:szCs w:val="20"/>
              </w:rPr>
              <w:t xml:space="preserve"> PROFESSIONAL BODIES &amp; </w:t>
            </w:r>
            <w:r w:rsidR="00DC0437" w:rsidRPr="001A4E91">
              <w:rPr>
                <w:rFonts w:ascii="Aptos" w:hAnsi="Aptos"/>
                <w:b/>
                <w:color w:val="FFFFFF"/>
                <w:sz w:val="20"/>
                <w:szCs w:val="20"/>
              </w:rPr>
              <w:t>OTHER TRAINING COURSES</w:t>
            </w:r>
          </w:p>
        </w:tc>
      </w:tr>
    </w:tbl>
    <w:p w14:paraId="1F72F646" w14:textId="77777777" w:rsidR="00CF648B" w:rsidRPr="001A4E91" w:rsidRDefault="00CF648B">
      <w:pPr>
        <w:spacing w:after="0"/>
        <w:rPr>
          <w:rFonts w:ascii="Aptos" w:hAnsi="Aptos"/>
          <w:sz w:val="20"/>
          <w:szCs w:val="20"/>
        </w:rPr>
      </w:pPr>
    </w:p>
    <w:p w14:paraId="71105374" w14:textId="77777777" w:rsidR="00CF648B" w:rsidRPr="001A4E91" w:rsidRDefault="00DC0437">
      <w:pPr>
        <w:rPr>
          <w:rFonts w:ascii="Aptos" w:hAnsi="Aptos"/>
          <w:sz w:val="20"/>
          <w:szCs w:val="20"/>
        </w:rPr>
      </w:pPr>
      <w:r w:rsidRPr="001A4E91">
        <w:rPr>
          <w:rFonts w:ascii="Aptos" w:hAnsi="Aptos"/>
          <w:sz w:val="20"/>
          <w:szCs w:val="20"/>
        </w:rPr>
        <w:t>Please list any relevant training/development courses attended with dates.</w:t>
      </w:r>
    </w:p>
    <w:tbl>
      <w:tblPr>
        <w:tblStyle w:val="TableGrid"/>
        <w:tblW w:w="0" w:type="auto"/>
        <w:tblLook w:val="04A0" w:firstRow="1" w:lastRow="0" w:firstColumn="1" w:lastColumn="0" w:noHBand="0" w:noVBand="1"/>
      </w:tblPr>
      <w:tblGrid>
        <w:gridCol w:w="10308"/>
      </w:tblGrid>
      <w:tr w:rsidR="00CF648B" w:rsidRPr="001A4E91" w14:paraId="08CE6F91" w14:textId="77777777">
        <w:tc>
          <w:tcPr>
            <w:tcW w:w="10318" w:type="dxa"/>
            <w:tcMar>
              <w:top w:w="100" w:type="dxa"/>
              <w:left w:w="120" w:type="dxa"/>
              <w:bottom w:w="100" w:type="dxa"/>
              <w:right w:w="120" w:type="dxa"/>
            </w:tcMar>
            <w:vAlign w:val="center"/>
          </w:tcPr>
          <w:p w14:paraId="61CDCEAD"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6BB9E253" w14:textId="77777777">
        <w:tc>
          <w:tcPr>
            <w:tcW w:w="10318" w:type="dxa"/>
            <w:tcMar>
              <w:top w:w="100" w:type="dxa"/>
              <w:left w:w="120" w:type="dxa"/>
              <w:bottom w:w="100" w:type="dxa"/>
              <w:right w:w="120" w:type="dxa"/>
            </w:tcMar>
            <w:vAlign w:val="center"/>
          </w:tcPr>
          <w:p w14:paraId="23DE523C"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2E56223" w14:textId="77777777">
        <w:tc>
          <w:tcPr>
            <w:tcW w:w="10318" w:type="dxa"/>
            <w:tcMar>
              <w:top w:w="100" w:type="dxa"/>
              <w:left w:w="120" w:type="dxa"/>
              <w:bottom w:w="100" w:type="dxa"/>
              <w:right w:w="120" w:type="dxa"/>
            </w:tcMar>
            <w:vAlign w:val="center"/>
          </w:tcPr>
          <w:p w14:paraId="07547A01"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043CB0F" w14:textId="77777777">
        <w:tc>
          <w:tcPr>
            <w:tcW w:w="10318" w:type="dxa"/>
            <w:tcMar>
              <w:top w:w="100" w:type="dxa"/>
              <w:left w:w="120" w:type="dxa"/>
              <w:bottom w:w="100" w:type="dxa"/>
              <w:right w:w="120" w:type="dxa"/>
            </w:tcMar>
            <w:vAlign w:val="center"/>
          </w:tcPr>
          <w:p w14:paraId="07459315" w14:textId="77777777" w:rsidR="00CF648B" w:rsidRPr="001A4E91" w:rsidRDefault="00DC0437">
            <w:pPr>
              <w:rPr>
                <w:rFonts w:ascii="Aptos" w:hAnsi="Aptos"/>
                <w:sz w:val="20"/>
                <w:szCs w:val="20"/>
              </w:rPr>
            </w:pPr>
            <w:r w:rsidRPr="001A4E91">
              <w:rPr>
                <w:rFonts w:ascii="Aptos" w:hAnsi="Aptos"/>
                <w:color w:val="000000"/>
                <w:sz w:val="20"/>
                <w:szCs w:val="20"/>
              </w:rPr>
              <w:br/>
            </w:r>
          </w:p>
        </w:tc>
      </w:tr>
    </w:tbl>
    <w:tbl>
      <w:tblPr>
        <w:tblW w:w="0" w:type="auto"/>
        <w:jc w:val="center"/>
        <w:tblLook w:val="04A0" w:firstRow="1" w:lastRow="0" w:firstColumn="1" w:lastColumn="0" w:noHBand="0" w:noVBand="1"/>
      </w:tblPr>
      <w:tblGrid>
        <w:gridCol w:w="10318"/>
      </w:tblGrid>
      <w:tr w:rsidR="00CF648B" w:rsidRPr="001A4E91" w14:paraId="57BAD784" w14:textId="77777777">
        <w:trPr>
          <w:jc w:val="center"/>
        </w:trPr>
        <w:tc>
          <w:tcPr>
            <w:tcW w:w="10318" w:type="dxa"/>
            <w:shd w:val="clear" w:color="auto" w:fill="006B54"/>
            <w:tcMar>
              <w:top w:w="100" w:type="dxa"/>
              <w:left w:w="120" w:type="dxa"/>
              <w:bottom w:w="100" w:type="dxa"/>
              <w:right w:w="120" w:type="dxa"/>
            </w:tcMar>
            <w:vAlign w:val="center"/>
          </w:tcPr>
          <w:p w14:paraId="4A40F299" w14:textId="79DADD84" w:rsidR="00CF648B" w:rsidRPr="001A4E91" w:rsidRDefault="00CF648B">
            <w:pPr>
              <w:spacing w:after="0"/>
              <w:rPr>
                <w:rFonts w:ascii="Aptos" w:hAnsi="Aptos"/>
                <w:sz w:val="20"/>
                <w:szCs w:val="20"/>
              </w:rPr>
            </w:pPr>
          </w:p>
        </w:tc>
      </w:tr>
    </w:tbl>
    <w:p w14:paraId="6537F28F" w14:textId="77777777" w:rsidR="00CF648B" w:rsidRPr="001A4E91" w:rsidRDefault="00CF648B">
      <w:pPr>
        <w:spacing w:after="0"/>
        <w:rPr>
          <w:rFonts w:ascii="Aptos" w:hAnsi="Aptos"/>
          <w:sz w:val="20"/>
          <w:szCs w:val="20"/>
        </w:rPr>
      </w:pPr>
    </w:p>
    <w:p w14:paraId="44E871BC"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12E04C3E" w14:textId="77777777" w:rsidTr="3F9B9FB5">
        <w:trPr>
          <w:jc w:val="center"/>
        </w:trPr>
        <w:tc>
          <w:tcPr>
            <w:tcW w:w="5159" w:type="dxa"/>
            <w:tcMar>
              <w:top w:w="100" w:type="dxa"/>
              <w:left w:w="120" w:type="dxa"/>
              <w:bottom w:w="100" w:type="dxa"/>
              <w:right w:w="120" w:type="dxa"/>
            </w:tcMar>
            <w:vAlign w:val="center"/>
          </w:tcPr>
          <w:p w14:paraId="28CA03F9"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144A5D23" w14:textId="766BA795" w:rsidR="00CF648B" w:rsidRPr="001A4E91" w:rsidRDefault="00CF648B">
            <w:pPr>
              <w:jc w:val="right"/>
              <w:rPr>
                <w:rFonts w:ascii="Aptos" w:hAnsi="Aptos"/>
                <w:sz w:val="20"/>
                <w:szCs w:val="20"/>
              </w:rPr>
            </w:pPr>
          </w:p>
        </w:tc>
      </w:tr>
      <w:tr w:rsidR="00CF648B" w:rsidRPr="001A4E91" w14:paraId="6B8D62B0"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1E5BE367"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738610E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F44C9E9" w14:textId="77777777">
        <w:tc>
          <w:tcPr>
            <w:tcW w:w="5159" w:type="dxa"/>
            <w:shd w:val="clear" w:color="auto" w:fill="DDEFE8"/>
            <w:tcMar>
              <w:top w:w="100" w:type="dxa"/>
              <w:left w:w="120" w:type="dxa"/>
              <w:bottom w:w="100" w:type="dxa"/>
              <w:right w:w="120" w:type="dxa"/>
            </w:tcMar>
            <w:vAlign w:val="center"/>
          </w:tcPr>
          <w:p w14:paraId="643E27E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07263F0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4C6E847" w14:textId="77777777">
        <w:tc>
          <w:tcPr>
            <w:tcW w:w="5159" w:type="dxa"/>
            <w:shd w:val="clear" w:color="auto" w:fill="DDEFE8"/>
            <w:tcMar>
              <w:top w:w="100" w:type="dxa"/>
              <w:left w:w="120" w:type="dxa"/>
              <w:bottom w:w="100" w:type="dxa"/>
              <w:right w:w="120" w:type="dxa"/>
            </w:tcMar>
            <w:vAlign w:val="center"/>
          </w:tcPr>
          <w:p w14:paraId="082C0D9F"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A8A13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65001577" w14:textId="77777777">
        <w:tc>
          <w:tcPr>
            <w:tcW w:w="10318" w:type="dxa"/>
            <w:gridSpan w:val="2"/>
            <w:shd w:val="clear" w:color="auto" w:fill="F2F8F5"/>
            <w:tcMar>
              <w:top w:w="100" w:type="dxa"/>
              <w:left w:w="120" w:type="dxa"/>
              <w:bottom w:w="100" w:type="dxa"/>
              <w:right w:w="120" w:type="dxa"/>
            </w:tcMar>
            <w:vAlign w:val="center"/>
          </w:tcPr>
          <w:p w14:paraId="1C12CB3F"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37805D2"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4B3B167" w14:textId="77777777">
        <w:tc>
          <w:tcPr>
            <w:tcW w:w="5159" w:type="dxa"/>
            <w:shd w:val="clear" w:color="auto" w:fill="DDEFE8"/>
            <w:tcMar>
              <w:top w:w="100" w:type="dxa"/>
              <w:left w:w="120" w:type="dxa"/>
              <w:bottom w:w="100" w:type="dxa"/>
              <w:right w:w="120" w:type="dxa"/>
            </w:tcMar>
            <w:vAlign w:val="center"/>
          </w:tcPr>
          <w:p w14:paraId="2791D43F"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73D0C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426F3C01" w14:textId="77777777">
        <w:tc>
          <w:tcPr>
            <w:tcW w:w="5159" w:type="dxa"/>
            <w:shd w:val="clear" w:color="auto" w:fill="DDEFE8"/>
            <w:tcMar>
              <w:top w:w="100" w:type="dxa"/>
              <w:left w:w="120" w:type="dxa"/>
              <w:bottom w:w="100" w:type="dxa"/>
              <w:right w:w="120" w:type="dxa"/>
            </w:tcMar>
            <w:vAlign w:val="center"/>
          </w:tcPr>
          <w:p w14:paraId="5D09F4CD"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B1D8A4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74825FE4" w14:textId="77777777">
        <w:tc>
          <w:tcPr>
            <w:tcW w:w="10318" w:type="dxa"/>
            <w:gridSpan w:val="2"/>
            <w:shd w:val="clear" w:color="auto" w:fill="F2F8F5"/>
            <w:tcMar>
              <w:top w:w="100" w:type="dxa"/>
              <w:left w:w="120" w:type="dxa"/>
              <w:bottom w:w="100" w:type="dxa"/>
              <w:right w:w="120" w:type="dxa"/>
            </w:tcMar>
            <w:vAlign w:val="center"/>
          </w:tcPr>
          <w:p w14:paraId="41BFD97D"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463F29E8" w14:textId="77777777" w:rsidR="00CF648B" w:rsidRPr="001A4E91" w:rsidRDefault="00CF648B">
      <w:pPr>
        <w:spacing w:after="60"/>
        <w:rPr>
          <w:rFonts w:ascii="Aptos" w:hAnsi="Aptos"/>
          <w:sz w:val="20"/>
          <w:szCs w:val="20"/>
        </w:rPr>
      </w:pPr>
    </w:p>
    <w:p w14:paraId="3B7B4B86"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5C57A25A" w14:textId="77777777" w:rsidTr="3F9B9FB5">
        <w:trPr>
          <w:jc w:val="center"/>
        </w:trPr>
        <w:tc>
          <w:tcPr>
            <w:tcW w:w="5159" w:type="dxa"/>
            <w:tcMar>
              <w:top w:w="100" w:type="dxa"/>
              <w:left w:w="120" w:type="dxa"/>
              <w:bottom w:w="100" w:type="dxa"/>
              <w:right w:w="120" w:type="dxa"/>
            </w:tcMar>
            <w:vAlign w:val="center"/>
          </w:tcPr>
          <w:p w14:paraId="59079538"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3A0FF5F2" w14:textId="4A8A6C30" w:rsidR="00CF648B" w:rsidRPr="001A4E91" w:rsidRDefault="00CF648B">
            <w:pPr>
              <w:jc w:val="right"/>
              <w:rPr>
                <w:rFonts w:ascii="Aptos" w:hAnsi="Aptos"/>
                <w:sz w:val="20"/>
                <w:szCs w:val="20"/>
              </w:rPr>
            </w:pPr>
          </w:p>
        </w:tc>
      </w:tr>
      <w:tr w:rsidR="00CF648B" w:rsidRPr="001A4E91" w14:paraId="3BBF888B"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49352701"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5630AD66"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896B6D8" w14:textId="77777777">
        <w:tc>
          <w:tcPr>
            <w:tcW w:w="5159" w:type="dxa"/>
            <w:shd w:val="clear" w:color="auto" w:fill="DDEFE8"/>
            <w:tcMar>
              <w:top w:w="100" w:type="dxa"/>
              <w:left w:w="120" w:type="dxa"/>
              <w:bottom w:w="100" w:type="dxa"/>
              <w:right w:w="120" w:type="dxa"/>
            </w:tcMar>
            <w:vAlign w:val="center"/>
          </w:tcPr>
          <w:p w14:paraId="74B9C3C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F16CBF1"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5C6241A" w14:textId="77777777">
        <w:tc>
          <w:tcPr>
            <w:tcW w:w="5159" w:type="dxa"/>
            <w:shd w:val="clear" w:color="auto" w:fill="DDEFE8"/>
            <w:tcMar>
              <w:top w:w="100" w:type="dxa"/>
              <w:left w:w="120" w:type="dxa"/>
              <w:bottom w:w="100" w:type="dxa"/>
              <w:right w:w="120" w:type="dxa"/>
            </w:tcMar>
            <w:vAlign w:val="center"/>
          </w:tcPr>
          <w:p w14:paraId="0EF8007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C07F0D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30BEFFE1" w14:textId="77777777">
        <w:tc>
          <w:tcPr>
            <w:tcW w:w="10318" w:type="dxa"/>
            <w:gridSpan w:val="2"/>
            <w:shd w:val="clear" w:color="auto" w:fill="F2F8F5"/>
            <w:tcMar>
              <w:top w:w="100" w:type="dxa"/>
              <w:left w:w="120" w:type="dxa"/>
              <w:bottom w:w="100" w:type="dxa"/>
              <w:right w:w="120" w:type="dxa"/>
            </w:tcMar>
            <w:vAlign w:val="center"/>
          </w:tcPr>
          <w:p w14:paraId="4597DA7A"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1829076"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30BC5FB" w14:textId="77777777">
        <w:tc>
          <w:tcPr>
            <w:tcW w:w="5159" w:type="dxa"/>
            <w:shd w:val="clear" w:color="auto" w:fill="DDEFE8"/>
            <w:tcMar>
              <w:top w:w="100" w:type="dxa"/>
              <w:left w:w="120" w:type="dxa"/>
              <w:bottom w:w="100" w:type="dxa"/>
              <w:right w:w="120" w:type="dxa"/>
            </w:tcMar>
            <w:vAlign w:val="center"/>
          </w:tcPr>
          <w:p w14:paraId="0A2A72D8"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5BC253"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2D4A1C43" w14:textId="77777777">
        <w:tc>
          <w:tcPr>
            <w:tcW w:w="5159" w:type="dxa"/>
            <w:shd w:val="clear" w:color="auto" w:fill="DDEFE8"/>
            <w:tcMar>
              <w:top w:w="100" w:type="dxa"/>
              <w:left w:w="120" w:type="dxa"/>
              <w:bottom w:w="100" w:type="dxa"/>
              <w:right w:w="120" w:type="dxa"/>
            </w:tcMar>
            <w:vAlign w:val="center"/>
          </w:tcPr>
          <w:p w14:paraId="2D0651E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3A0BC237"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42F2A786" w14:textId="77777777">
        <w:tc>
          <w:tcPr>
            <w:tcW w:w="10318" w:type="dxa"/>
            <w:gridSpan w:val="2"/>
            <w:shd w:val="clear" w:color="auto" w:fill="F2F8F5"/>
            <w:tcMar>
              <w:top w:w="100" w:type="dxa"/>
              <w:left w:w="120" w:type="dxa"/>
              <w:bottom w:w="100" w:type="dxa"/>
              <w:right w:w="120" w:type="dxa"/>
            </w:tcMar>
            <w:vAlign w:val="center"/>
          </w:tcPr>
          <w:p w14:paraId="7D447025"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BA226A1" w14:textId="77777777" w:rsidR="00CF648B" w:rsidRPr="001A4E91" w:rsidRDefault="00CF648B">
      <w:pPr>
        <w:spacing w:after="60"/>
        <w:rPr>
          <w:rFonts w:ascii="Aptos" w:hAnsi="Aptos"/>
          <w:sz w:val="20"/>
          <w:szCs w:val="20"/>
        </w:rPr>
      </w:pPr>
    </w:p>
    <w:p w14:paraId="17AD93B2"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4739E1CD" w14:textId="77777777" w:rsidTr="3F9B9FB5">
        <w:trPr>
          <w:jc w:val="center"/>
        </w:trPr>
        <w:tc>
          <w:tcPr>
            <w:tcW w:w="5159" w:type="dxa"/>
            <w:tcMar>
              <w:top w:w="100" w:type="dxa"/>
              <w:left w:w="120" w:type="dxa"/>
              <w:bottom w:w="100" w:type="dxa"/>
              <w:right w:w="120" w:type="dxa"/>
            </w:tcMar>
            <w:vAlign w:val="center"/>
          </w:tcPr>
          <w:p w14:paraId="40A840BB"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0DE4B5B7" w14:textId="26338EAC" w:rsidR="00CF648B" w:rsidRPr="001A4E91" w:rsidRDefault="00CF648B">
            <w:pPr>
              <w:jc w:val="right"/>
              <w:rPr>
                <w:rFonts w:ascii="Aptos" w:hAnsi="Aptos"/>
                <w:sz w:val="20"/>
                <w:szCs w:val="20"/>
              </w:rPr>
            </w:pPr>
          </w:p>
        </w:tc>
      </w:tr>
      <w:tr w:rsidR="00CF648B" w:rsidRPr="001A4E91" w14:paraId="266D5D06"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029D36D0" w14:textId="77777777" w:rsidR="00CF648B" w:rsidRPr="009A77A6" w:rsidRDefault="00DC0437">
            <w:pPr>
              <w:spacing w:after="0"/>
              <w:rPr>
                <w:rFonts w:ascii="Aptos" w:hAnsi="Aptos"/>
                <w:sz w:val="24"/>
                <w:szCs w:val="24"/>
              </w:rPr>
            </w:pPr>
            <w:r w:rsidRPr="009A77A6">
              <w:rPr>
                <w:rFonts w:ascii="Aptos" w:hAnsi="Aptos"/>
                <w:b/>
                <w:color w:val="FFFFFF"/>
                <w:sz w:val="24"/>
                <w:szCs w:val="24"/>
              </w:rPr>
              <w:t>EMPLOYMENT HISTORY</w:t>
            </w:r>
          </w:p>
        </w:tc>
      </w:tr>
    </w:tbl>
    <w:p w14:paraId="66204FF1"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1ACB849" w14:textId="77777777">
        <w:tc>
          <w:tcPr>
            <w:tcW w:w="5159" w:type="dxa"/>
            <w:shd w:val="clear" w:color="auto" w:fill="DDEFE8"/>
            <w:tcMar>
              <w:top w:w="100" w:type="dxa"/>
              <w:left w:w="120" w:type="dxa"/>
              <w:bottom w:w="100" w:type="dxa"/>
              <w:right w:w="120" w:type="dxa"/>
            </w:tcMar>
            <w:vAlign w:val="center"/>
          </w:tcPr>
          <w:p w14:paraId="6FE00986"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85AC3FE"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B107590" w14:textId="77777777">
        <w:tc>
          <w:tcPr>
            <w:tcW w:w="5159" w:type="dxa"/>
            <w:shd w:val="clear" w:color="auto" w:fill="DDEFE8"/>
            <w:tcMar>
              <w:top w:w="100" w:type="dxa"/>
              <w:left w:w="120" w:type="dxa"/>
              <w:bottom w:w="100" w:type="dxa"/>
              <w:right w:w="120" w:type="dxa"/>
            </w:tcMar>
            <w:vAlign w:val="center"/>
          </w:tcPr>
          <w:p w14:paraId="202DAFBA"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D7F8A9"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38673E1" w14:textId="77777777">
        <w:tc>
          <w:tcPr>
            <w:tcW w:w="10318" w:type="dxa"/>
            <w:gridSpan w:val="2"/>
            <w:shd w:val="clear" w:color="auto" w:fill="F2F8F5"/>
            <w:tcMar>
              <w:top w:w="100" w:type="dxa"/>
              <w:left w:w="120" w:type="dxa"/>
              <w:bottom w:w="100" w:type="dxa"/>
              <w:right w:w="120" w:type="dxa"/>
            </w:tcMar>
            <w:vAlign w:val="center"/>
          </w:tcPr>
          <w:p w14:paraId="42114AC0"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DBF0D7D"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138CC87" w14:textId="77777777">
        <w:tc>
          <w:tcPr>
            <w:tcW w:w="5159" w:type="dxa"/>
            <w:shd w:val="clear" w:color="auto" w:fill="DDEFE8"/>
            <w:tcMar>
              <w:top w:w="100" w:type="dxa"/>
              <w:left w:w="120" w:type="dxa"/>
              <w:bottom w:w="100" w:type="dxa"/>
              <w:right w:w="120" w:type="dxa"/>
            </w:tcMar>
            <w:vAlign w:val="center"/>
          </w:tcPr>
          <w:p w14:paraId="26318634"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CD3B037"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3ED9DF97" w14:textId="77777777">
        <w:tc>
          <w:tcPr>
            <w:tcW w:w="5159" w:type="dxa"/>
            <w:shd w:val="clear" w:color="auto" w:fill="DDEFE8"/>
            <w:tcMar>
              <w:top w:w="100" w:type="dxa"/>
              <w:left w:w="120" w:type="dxa"/>
              <w:bottom w:w="100" w:type="dxa"/>
              <w:right w:w="120" w:type="dxa"/>
            </w:tcMar>
            <w:vAlign w:val="center"/>
          </w:tcPr>
          <w:p w14:paraId="45BD63B6"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3E06E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A678356" w14:textId="77777777">
        <w:tc>
          <w:tcPr>
            <w:tcW w:w="10318" w:type="dxa"/>
            <w:gridSpan w:val="2"/>
            <w:shd w:val="clear" w:color="auto" w:fill="F2F8F5"/>
            <w:tcMar>
              <w:top w:w="100" w:type="dxa"/>
              <w:left w:w="120" w:type="dxa"/>
              <w:bottom w:w="100" w:type="dxa"/>
              <w:right w:w="120" w:type="dxa"/>
            </w:tcMar>
            <w:vAlign w:val="center"/>
          </w:tcPr>
          <w:p w14:paraId="2502E8C9"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B62F1B3" w14:textId="77777777" w:rsidR="00CF648B" w:rsidRPr="001A4E91" w:rsidRDefault="00CF648B">
      <w:pPr>
        <w:spacing w:after="60"/>
        <w:rPr>
          <w:rFonts w:ascii="Aptos" w:hAnsi="Aptos"/>
          <w:sz w:val="20"/>
          <w:szCs w:val="20"/>
        </w:rPr>
      </w:pPr>
    </w:p>
    <w:p w14:paraId="02F2C34E"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7023CB38" w14:textId="77777777" w:rsidTr="3F9B9FB5">
        <w:trPr>
          <w:jc w:val="center"/>
        </w:trPr>
        <w:tc>
          <w:tcPr>
            <w:tcW w:w="5159" w:type="dxa"/>
            <w:tcMar>
              <w:top w:w="100" w:type="dxa"/>
              <w:left w:w="120" w:type="dxa"/>
              <w:bottom w:w="100" w:type="dxa"/>
              <w:right w:w="120" w:type="dxa"/>
            </w:tcMar>
            <w:vAlign w:val="center"/>
          </w:tcPr>
          <w:p w14:paraId="7CBE6F3E"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680A4E5D" w14:textId="4346E8CD" w:rsidR="00CF648B" w:rsidRPr="001A4E91" w:rsidRDefault="00CF648B">
            <w:pPr>
              <w:jc w:val="right"/>
              <w:rPr>
                <w:rFonts w:ascii="Aptos" w:hAnsi="Aptos"/>
                <w:sz w:val="20"/>
                <w:szCs w:val="20"/>
              </w:rPr>
            </w:pPr>
          </w:p>
        </w:tc>
      </w:tr>
      <w:tr w:rsidR="00CF648B" w:rsidRPr="001A4E91" w14:paraId="3B31CA9F"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54517775" w14:textId="77777777" w:rsidR="00CF648B" w:rsidRPr="00D92A8F" w:rsidRDefault="00DC0437">
            <w:pPr>
              <w:spacing w:after="0"/>
              <w:rPr>
                <w:rFonts w:ascii="Aptos" w:hAnsi="Aptos"/>
                <w:sz w:val="28"/>
                <w:szCs w:val="28"/>
              </w:rPr>
            </w:pPr>
            <w:r w:rsidRPr="00D92A8F">
              <w:rPr>
                <w:rFonts w:ascii="Aptos" w:hAnsi="Aptos"/>
                <w:b/>
                <w:color w:val="FFFFFF"/>
                <w:sz w:val="28"/>
                <w:szCs w:val="28"/>
              </w:rPr>
              <w:t>KEY COMPETENCIES - Candidate must provide evidence of the following:</w:t>
            </w:r>
          </w:p>
        </w:tc>
      </w:tr>
    </w:tbl>
    <w:p w14:paraId="19219836" w14:textId="77777777" w:rsidR="00CF648B" w:rsidRPr="001A4E91" w:rsidRDefault="00CF648B">
      <w:pPr>
        <w:spacing w:after="0"/>
        <w:rPr>
          <w:rFonts w:ascii="Aptos" w:hAnsi="Aptos"/>
          <w:sz w:val="20"/>
          <w:szCs w:val="20"/>
        </w:rPr>
      </w:pPr>
    </w:p>
    <w:p w14:paraId="6ACCC50A" w14:textId="44DBE420" w:rsidR="7041137D" w:rsidRPr="00D92A8F" w:rsidRDefault="7041137D" w:rsidP="401D4E06">
      <w:pPr>
        <w:pStyle w:val="Heading4"/>
        <w:shd w:val="clear" w:color="auto" w:fill="E6F0EC"/>
        <w:spacing w:before="0" w:after="240"/>
        <w:rPr>
          <w:rFonts w:ascii="Aptos" w:eastAsia="Arial" w:hAnsi="Aptos" w:cs="Arial"/>
          <w:i w:val="0"/>
          <w:iCs w:val="0"/>
          <w:color w:val="006443"/>
          <w:sz w:val="24"/>
          <w:szCs w:val="24"/>
        </w:rPr>
      </w:pPr>
      <w:r w:rsidRPr="00D92A8F">
        <w:rPr>
          <w:rFonts w:ascii="Aptos" w:eastAsia="Arial" w:hAnsi="Aptos" w:cs="Arial"/>
          <w:i w:val="0"/>
          <w:iCs w:val="0"/>
          <w:color w:val="006443"/>
          <w:sz w:val="24"/>
          <w:szCs w:val="24"/>
        </w:rPr>
        <w:t>Vacancy Specific &amp; Competency Questions (Please note there is a max of 350 words per question – anything above not being recorded after submission).</w:t>
      </w:r>
    </w:p>
    <w:tbl>
      <w:tblPr>
        <w:tblStyle w:val="TableGrid"/>
        <w:tblW w:w="0" w:type="auto"/>
        <w:tblLook w:val="04A0" w:firstRow="1" w:lastRow="0" w:firstColumn="1" w:lastColumn="0" w:noHBand="0" w:noVBand="1"/>
      </w:tblPr>
      <w:tblGrid>
        <w:gridCol w:w="10308"/>
      </w:tblGrid>
      <w:tr w:rsidR="3F9B9FB5" w:rsidRPr="001A4E91" w14:paraId="57B14DA5" w14:textId="77777777" w:rsidTr="437BC99B">
        <w:trPr>
          <w:trHeight w:val="300"/>
        </w:trPr>
        <w:tc>
          <w:tcPr>
            <w:tcW w:w="10308" w:type="dxa"/>
            <w:shd w:val="clear" w:color="auto" w:fill="DDEFE8"/>
            <w:tcMar>
              <w:top w:w="100" w:type="dxa"/>
              <w:left w:w="120" w:type="dxa"/>
              <w:bottom w:w="100" w:type="dxa"/>
              <w:right w:w="120" w:type="dxa"/>
            </w:tcMar>
            <w:vAlign w:val="center"/>
          </w:tcPr>
          <w:p w14:paraId="14DF5199" w14:textId="6C3C3246" w:rsidR="7041137D" w:rsidRPr="009A77A6" w:rsidRDefault="7041137D" w:rsidP="437BC99B">
            <w:pPr>
              <w:rPr>
                <w:rFonts w:ascii="Aptos" w:eastAsia="Arial" w:hAnsi="Aptos" w:cs="Arial"/>
                <w:b/>
                <w:bCs/>
                <w:color w:val="006B54"/>
                <w:sz w:val="22"/>
              </w:rPr>
            </w:pPr>
            <w:r w:rsidRPr="437BC99B">
              <w:rPr>
                <w:rFonts w:ascii="Aptos" w:eastAsia="Arial" w:hAnsi="Aptos" w:cs="Arial"/>
                <w:b/>
                <w:bCs/>
                <w:color w:val="006B54"/>
                <w:sz w:val="22"/>
              </w:rPr>
              <w:t>Please give your reasons for making this application, relating your experience, achievements and abilities to the post for which you are applying. Make any points of particular interest, such as practical experience in specialised areas and notable achievements.</w:t>
            </w:r>
          </w:p>
        </w:tc>
      </w:tr>
      <w:tr w:rsidR="3F9B9FB5" w:rsidRPr="001A4E91" w14:paraId="0B9C91AB" w14:textId="77777777" w:rsidTr="437BC99B">
        <w:trPr>
          <w:trHeight w:val="300"/>
        </w:trPr>
        <w:tc>
          <w:tcPr>
            <w:tcW w:w="10308" w:type="dxa"/>
            <w:tcMar>
              <w:top w:w="100" w:type="dxa"/>
              <w:left w:w="120" w:type="dxa"/>
              <w:bottom w:w="100" w:type="dxa"/>
              <w:right w:w="120" w:type="dxa"/>
            </w:tcMar>
            <w:vAlign w:val="center"/>
          </w:tcPr>
          <w:p w14:paraId="354493E8" w14:textId="77777777" w:rsidR="3F9B9FB5" w:rsidRPr="001A4E91" w:rsidRDefault="3F9B9FB5" w:rsidP="3F9B9FB5">
            <w:pPr>
              <w:rPr>
                <w:rFonts w:ascii="Aptos" w:hAnsi="Aptos"/>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r w:rsidR="3443A52E" w:rsidRPr="001A4E91" w14:paraId="23F4E72F" w14:textId="77777777" w:rsidTr="437BC99B">
        <w:tblPrEx>
          <w:tblLook w:val="06A0" w:firstRow="1" w:lastRow="0" w:firstColumn="1" w:lastColumn="0" w:noHBand="1" w:noVBand="1"/>
        </w:tblPrEx>
        <w:trPr>
          <w:trHeight w:val="300"/>
        </w:trPr>
        <w:tc>
          <w:tcPr>
            <w:tcW w:w="10305" w:type="dxa"/>
          </w:tcPr>
          <w:p w14:paraId="2D49EB8E" w14:textId="53BCC4A2" w:rsidR="3443A52E" w:rsidRPr="001A4E91" w:rsidRDefault="3443A52E" w:rsidP="3443A52E">
            <w:pPr>
              <w:spacing w:line="276" w:lineRule="auto"/>
              <w:rPr>
                <w:rFonts w:ascii="Aptos" w:hAnsi="Aptos"/>
                <w:sz w:val="20"/>
                <w:szCs w:val="20"/>
              </w:rPr>
            </w:pPr>
          </w:p>
          <w:p w14:paraId="06F26E59" w14:textId="0B623690" w:rsidR="09AF46E9" w:rsidRPr="001A4E91" w:rsidRDefault="09AF46E9" w:rsidP="3443A52E">
            <w:pPr>
              <w:rPr>
                <w:rFonts w:ascii="Aptos" w:hAnsi="Aptos"/>
                <w:sz w:val="20"/>
                <w:szCs w:val="20"/>
              </w:rPr>
            </w:pPr>
            <w:r w:rsidRPr="001A4E91">
              <w:rPr>
                <w:rFonts w:ascii="Aptos" w:eastAsia="Arial" w:hAnsi="Aptos" w:cs="Arial"/>
                <w:sz w:val="20"/>
                <w:szCs w:val="20"/>
              </w:rPr>
              <w:t xml:space="preserve">Are you proficient in the use of Microsoft Office applications (e.g. Outlook, Word, Excel, </w:t>
            </w:r>
            <w:r w:rsidR="07918B2D" w:rsidRPr="001A4E91">
              <w:rPr>
                <w:rFonts w:ascii="Aptos" w:eastAsia="Arial" w:hAnsi="Aptos" w:cs="Arial"/>
                <w:sz w:val="20"/>
                <w:szCs w:val="20"/>
              </w:rPr>
              <w:t>PowerPoint,</w:t>
            </w:r>
            <w:r w:rsidRPr="001A4E91">
              <w:rPr>
                <w:rFonts w:ascii="Aptos" w:eastAsia="Arial" w:hAnsi="Aptos" w:cs="Arial"/>
                <w:sz w:val="20"/>
                <w:szCs w:val="20"/>
              </w:rPr>
              <w:t xml:space="preserve"> and Teams) required to perform the duties of this role?</w:t>
            </w:r>
          </w:p>
          <w:p w14:paraId="79728924" w14:textId="706A33C2" w:rsidR="3443A52E" w:rsidRPr="001A4E91" w:rsidRDefault="3443A52E" w:rsidP="3443A52E">
            <w:pPr>
              <w:rPr>
                <w:rFonts w:ascii="Aptos" w:eastAsia="Arial" w:hAnsi="Aptos" w:cs="Arial"/>
                <w:sz w:val="20"/>
                <w:szCs w:val="20"/>
              </w:rPr>
            </w:pPr>
          </w:p>
          <w:p w14:paraId="0E875CE4" w14:textId="1E3A9F45" w:rsidR="0827A3FD" w:rsidRPr="001A4E91" w:rsidRDefault="00000000" w:rsidP="3443A52E">
            <w:pPr>
              <w:rPr>
                <w:rFonts w:ascii="Aptos" w:hAnsi="Aptos"/>
                <w:color w:val="000000" w:themeColor="text1"/>
                <w:sz w:val="20"/>
                <w:szCs w:val="20"/>
              </w:rPr>
            </w:pPr>
            <w:sdt>
              <w:sdtPr>
                <w:rPr>
                  <w:rFonts w:ascii="Aptos" w:hAnsi="Aptos"/>
                  <w:color w:val="000000" w:themeColor="text1"/>
                  <w:sz w:val="20"/>
                  <w:szCs w:val="20"/>
                </w:rPr>
                <w:id w:val="1356394933"/>
                <w14:checkbox>
                  <w14:checked w14:val="0"/>
                  <w14:checkedState w14:val="2612" w14:font="MS Gothic"/>
                  <w14:uncheckedState w14:val="2610" w14:font="MS Gothic"/>
                </w14:checkbox>
              </w:sdtPr>
              <w:sdtContent>
                <w:r w:rsidR="0827A3FD" w:rsidRPr="001A4E91">
                  <w:rPr>
                    <w:rFonts w:ascii="Aptos" w:eastAsia="MS Gothic" w:hAnsi="Aptos" w:cs="MS Gothic"/>
                    <w:color w:val="000000" w:themeColor="text1"/>
                    <w:sz w:val="20"/>
                    <w:szCs w:val="20"/>
                  </w:rPr>
                  <w:t>☐</w:t>
                </w:r>
              </w:sdtContent>
            </w:sdt>
            <w:r w:rsidR="7A5352C1" w:rsidRPr="001A4E91">
              <w:rPr>
                <w:rFonts w:ascii="Aptos" w:hAnsi="Aptos"/>
                <w:color w:val="000000" w:themeColor="text1"/>
                <w:sz w:val="20"/>
                <w:szCs w:val="20"/>
              </w:rPr>
              <w:t xml:space="preserve"> Yes    </w:t>
            </w:r>
            <w:sdt>
              <w:sdtPr>
                <w:rPr>
                  <w:rFonts w:ascii="Aptos" w:hAnsi="Aptos"/>
                  <w:color w:val="000000" w:themeColor="text1"/>
                  <w:sz w:val="20"/>
                  <w:szCs w:val="20"/>
                </w:rPr>
                <w:id w:val="209717674"/>
                <w14:checkbox>
                  <w14:checked w14:val="0"/>
                  <w14:checkedState w14:val="2612" w14:font="MS Gothic"/>
                  <w14:uncheckedState w14:val="2610" w14:font="MS Gothic"/>
                </w14:checkbox>
              </w:sdtPr>
              <w:sdtContent>
                <w:r w:rsidR="7A5352C1" w:rsidRPr="001A4E91">
                  <w:rPr>
                    <w:rFonts w:ascii="Aptos" w:eastAsia="MS Gothic" w:hAnsi="Aptos"/>
                    <w:color w:val="000000" w:themeColor="text1"/>
                    <w:sz w:val="20"/>
                    <w:szCs w:val="20"/>
                  </w:rPr>
                  <w:t>☐</w:t>
                </w:r>
              </w:sdtContent>
            </w:sdt>
            <w:r w:rsidR="7A5352C1" w:rsidRPr="001A4E91">
              <w:rPr>
                <w:rFonts w:ascii="Aptos" w:hAnsi="Aptos"/>
                <w:color w:val="000000" w:themeColor="text1"/>
                <w:sz w:val="20"/>
                <w:szCs w:val="20"/>
              </w:rPr>
              <w:t xml:space="preserve"> No</w:t>
            </w:r>
          </w:p>
          <w:p w14:paraId="14CA9383" w14:textId="6F014BDA" w:rsidR="3443A52E" w:rsidRPr="001A4E91" w:rsidRDefault="3443A52E" w:rsidP="3443A52E">
            <w:pPr>
              <w:rPr>
                <w:rFonts w:ascii="Aptos" w:hAnsi="Aptos"/>
                <w:sz w:val="20"/>
                <w:szCs w:val="20"/>
              </w:rPr>
            </w:pPr>
          </w:p>
        </w:tc>
      </w:tr>
    </w:tbl>
    <w:p w14:paraId="609C731C" w14:textId="56029E3B" w:rsidR="3443A52E" w:rsidRPr="001A4E91" w:rsidRDefault="3443A52E" w:rsidP="3443A52E">
      <w:pPr>
        <w:spacing w:after="0"/>
        <w:rPr>
          <w:rFonts w:ascii="Aptos" w:hAnsi="Aptos"/>
          <w:sz w:val="20"/>
          <w:szCs w:val="20"/>
        </w:rPr>
      </w:pPr>
    </w:p>
    <w:tbl>
      <w:tblPr>
        <w:tblStyle w:val="TableGrid"/>
        <w:tblW w:w="0" w:type="auto"/>
        <w:tblLook w:val="04A0" w:firstRow="1" w:lastRow="0" w:firstColumn="1" w:lastColumn="0" w:noHBand="0" w:noVBand="1"/>
      </w:tblPr>
      <w:tblGrid>
        <w:gridCol w:w="10308"/>
      </w:tblGrid>
      <w:tr w:rsidR="00CF648B" w:rsidRPr="001A4E91" w14:paraId="1FB14324" w14:textId="77777777" w:rsidTr="17C126FE">
        <w:tc>
          <w:tcPr>
            <w:tcW w:w="10318" w:type="dxa"/>
            <w:shd w:val="clear" w:color="auto" w:fill="DDEFE8"/>
            <w:tcMar>
              <w:top w:w="100" w:type="dxa"/>
              <w:left w:w="120" w:type="dxa"/>
              <w:bottom w:w="100" w:type="dxa"/>
              <w:right w:w="120" w:type="dxa"/>
            </w:tcMar>
            <w:vAlign w:val="center"/>
          </w:tcPr>
          <w:p w14:paraId="1B14FEDC" w14:textId="77777777" w:rsidR="0090238B" w:rsidRDefault="0090238B" w:rsidP="17C126FE">
            <w:pPr>
              <w:rPr>
                <w:rFonts w:ascii="Aptos" w:eastAsia="Arial" w:hAnsi="Aptos" w:cs="Arial"/>
                <w:b/>
                <w:bCs/>
                <w:color w:val="006B54"/>
                <w:sz w:val="22"/>
              </w:rPr>
            </w:pPr>
            <w:r w:rsidRPr="0090238B">
              <w:rPr>
                <w:rFonts w:ascii="Aptos" w:eastAsia="Arial" w:hAnsi="Aptos" w:cs="Arial"/>
                <w:b/>
                <w:bCs/>
                <w:color w:val="006B54"/>
                <w:sz w:val="22"/>
              </w:rPr>
              <w:t>Managing Relationships</w:t>
            </w:r>
            <w:r>
              <w:rPr>
                <w:rFonts w:ascii="Aptos" w:eastAsia="Arial" w:hAnsi="Aptos" w:cs="Arial"/>
                <w:b/>
                <w:bCs/>
                <w:color w:val="006B54"/>
                <w:sz w:val="22"/>
              </w:rPr>
              <w:t>:</w:t>
            </w:r>
            <w:r>
              <w:rPr>
                <w:rFonts w:ascii="Aptos" w:eastAsia="Arial" w:hAnsi="Aptos" w:cs="Arial"/>
                <w:b/>
                <w:bCs/>
                <w:color w:val="006B54"/>
                <w:sz w:val="22"/>
              </w:rPr>
              <w:br/>
            </w:r>
          </w:p>
          <w:p w14:paraId="32BAA4F2" w14:textId="5488B1AC" w:rsidR="00D92A8F" w:rsidRDefault="0090238B" w:rsidP="17C126FE">
            <w:pPr>
              <w:rPr>
                <w:rFonts w:ascii="Aptos" w:eastAsia="Arial" w:hAnsi="Aptos" w:cs="Arial"/>
                <w:b/>
                <w:bCs/>
                <w:color w:val="006B54"/>
                <w:sz w:val="20"/>
                <w:szCs w:val="20"/>
                <w:lang w:val="en-IE"/>
              </w:rPr>
            </w:pPr>
            <w:r w:rsidRPr="0090238B">
              <w:rPr>
                <w:rFonts w:ascii="Aptos" w:eastAsia="Arial" w:hAnsi="Aptos" w:cs="Arial"/>
                <w:b/>
                <w:bCs/>
                <w:color w:val="006B54"/>
                <w:sz w:val="22"/>
              </w:rPr>
              <w:t>Please provide an example of when you built a collaborative relationship with clients or stakeholders in the context of designing and delivering a service, outlining how you engaged with them to better understand and capture their needs and the outcome.</w:t>
            </w:r>
            <w:r w:rsidR="00264C48">
              <w:rPr>
                <w:rFonts w:ascii="Aptos" w:eastAsia="Arial" w:hAnsi="Aptos" w:cs="Arial"/>
                <w:b/>
                <w:bCs/>
                <w:color w:val="006B54"/>
                <w:sz w:val="22"/>
              </w:rPr>
              <w:br/>
            </w:r>
            <w:r w:rsidR="00264C48">
              <w:rPr>
                <w:rFonts w:ascii="Aptos" w:eastAsia="Arial" w:hAnsi="Aptos" w:cs="Arial"/>
                <w:b/>
                <w:bCs/>
                <w:color w:val="006B54"/>
                <w:sz w:val="22"/>
              </w:rPr>
              <w:br/>
            </w:r>
          </w:p>
          <w:p w14:paraId="46B311D1" w14:textId="4592FB2C" w:rsidR="00CF648B" w:rsidRPr="001A4E91" w:rsidRDefault="00DC0437" w:rsidP="17C126FE">
            <w:pPr>
              <w:rPr>
                <w:rFonts w:ascii="Aptos" w:eastAsia="Arial" w:hAnsi="Aptos" w:cs="Arial"/>
                <w:color w:val="006B54"/>
                <w:sz w:val="20"/>
                <w:szCs w:val="20"/>
              </w:rPr>
            </w:pPr>
            <w:r w:rsidRPr="001A4E91">
              <w:rPr>
                <w:rFonts w:ascii="Aptos" w:eastAsia="Arial" w:hAnsi="Aptos" w:cs="Arial"/>
                <w:color w:val="006B54"/>
                <w:sz w:val="20"/>
                <w:szCs w:val="20"/>
              </w:rPr>
              <w:t>Please give one specific example of where you demonstrated strong skills in this area (max 3</w:t>
            </w:r>
            <w:r w:rsidR="7C5BE92A" w:rsidRPr="001A4E91">
              <w:rPr>
                <w:rFonts w:ascii="Aptos" w:eastAsia="Arial" w:hAnsi="Aptos" w:cs="Arial"/>
                <w:color w:val="006B54"/>
                <w:sz w:val="20"/>
                <w:szCs w:val="20"/>
              </w:rPr>
              <w:t>5</w:t>
            </w:r>
            <w:r w:rsidRPr="001A4E91">
              <w:rPr>
                <w:rFonts w:ascii="Aptos" w:eastAsia="Arial" w:hAnsi="Aptos" w:cs="Arial"/>
                <w:color w:val="006B54"/>
                <w:sz w:val="20"/>
                <w:szCs w:val="20"/>
              </w:rPr>
              <w:t>0 words - anything above may disqualify).</w:t>
            </w:r>
          </w:p>
        </w:tc>
      </w:tr>
      <w:tr w:rsidR="00CF648B" w:rsidRPr="001A4E91" w14:paraId="296FEF7D" w14:textId="77777777" w:rsidTr="17C126FE">
        <w:tc>
          <w:tcPr>
            <w:tcW w:w="10318" w:type="dxa"/>
            <w:tcMar>
              <w:top w:w="100" w:type="dxa"/>
              <w:left w:w="120" w:type="dxa"/>
              <w:bottom w:w="100" w:type="dxa"/>
              <w:right w:w="120" w:type="dxa"/>
            </w:tcMar>
            <w:vAlign w:val="center"/>
          </w:tcPr>
          <w:p w14:paraId="5923831E" w14:textId="77777777" w:rsidR="00CF648B" w:rsidRDefault="00DC0437"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783853A3" w14:textId="77777777" w:rsidR="00264C48" w:rsidRDefault="00264C48" w:rsidP="17C126FE">
            <w:pPr>
              <w:rPr>
                <w:rFonts w:ascii="Aptos" w:eastAsia="Arial" w:hAnsi="Aptos" w:cs="Arial"/>
                <w:sz w:val="20"/>
                <w:szCs w:val="20"/>
              </w:rPr>
            </w:pPr>
          </w:p>
          <w:p w14:paraId="68980A54" w14:textId="77777777" w:rsidR="00264C48" w:rsidRDefault="00264C48" w:rsidP="17C126FE">
            <w:pPr>
              <w:rPr>
                <w:rFonts w:ascii="Aptos" w:eastAsia="Arial" w:hAnsi="Aptos" w:cs="Arial"/>
                <w:sz w:val="20"/>
                <w:szCs w:val="20"/>
              </w:rPr>
            </w:pPr>
          </w:p>
          <w:p w14:paraId="117A3F0C" w14:textId="77777777" w:rsidR="00264C48" w:rsidRDefault="00264C48" w:rsidP="17C126FE">
            <w:pPr>
              <w:rPr>
                <w:rFonts w:ascii="Aptos" w:eastAsia="Arial" w:hAnsi="Aptos" w:cs="Arial"/>
                <w:sz w:val="20"/>
                <w:szCs w:val="20"/>
              </w:rPr>
            </w:pPr>
          </w:p>
          <w:p w14:paraId="14A3710F" w14:textId="77777777" w:rsidR="00264C48" w:rsidRDefault="00264C48" w:rsidP="17C126FE">
            <w:pPr>
              <w:rPr>
                <w:rFonts w:ascii="Aptos" w:eastAsia="Arial" w:hAnsi="Aptos" w:cs="Arial"/>
                <w:sz w:val="20"/>
                <w:szCs w:val="20"/>
              </w:rPr>
            </w:pPr>
          </w:p>
          <w:p w14:paraId="7194DBDC" w14:textId="77777777" w:rsidR="00264C48" w:rsidRPr="001A4E91" w:rsidRDefault="00264C48" w:rsidP="17C126FE">
            <w:pPr>
              <w:rPr>
                <w:rFonts w:ascii="Aptos" w:eastAsia="Arial" w:hAnsi="Aptos" w:cs="Arial"/>
                <w:sz w:val="20"/>
                <w:szCs w:val="20"/>
              </w:rPr>
            </w:pPr>
          </w:p>
        </w:tc>
      </w:tr>
    </w:tbl>
    <w:p w14:paraId="769D0D3C"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00CF648B" w:rsidRPr="001A4E91" w14:paraId="62FA3B99" w14:textId="77777777" w:rsidTr="437BC99B">
        <w:tc>
          <w:tcPr>
            <w:tcW w:w="10318" w:type="dxa"/>
            <w:shd w:val="clear" w:color="auto" w:fill="DDEFE8"/>
            <w:tcMar>
              <w:top w:w="100" w:type="dxa"/>
              <w:left w:w="120" w:type="dxa"/>
              <w:bottom w:w="100" w:type="dxa"/>
              <w:right w:w="120" w:type="dxa"/>
            </w:tcMar>
            <w:vAlign w:val="center"/>
          </w:tcPr>
          <w:p w14:paraId="3E848124" w14:textId="0C848FE2" w:rsidR="00CF648B" w:rsidRPr="001A4E91" w:rsidRDefault="002054B3" w:rsidP="17C126FE">
            <w:pPr>
              <w:rPr>
                <w:rFonts w:ascii="Aptos" w:eastAsia="Arial" w:hAnsi="Aptos" w:cs="Arial"/>
                <w:b/>
                <w:bCs/>
                <w:color w:val="006B54"/>
                <w:sz w:val="20"/>
                <w:szCs w:val="20"/>
              </w:rPr>
            </w:pPr>
            <w:r w:rsidRPr="002054B3">
              <w:rPr>
                <w:rFonts w:ascii="Aptos" w:eastAsia="Arial" w:hAnsi="Aptos" w:cs="Arial"/>
                <w:b/>
                <w:bCs/>
                <w:color w:val="006B54"/>
                <w:sz w:val="22"/>
              </w:rPr>
              <w:lastRenderedPageBreak/>
              <w:t>Communicating Effectively</w:t>
            </w:r>
            <w:r>
              <w:rPr>
                <w:rFonts w:ascii="Aptos" w:eastAsia="Arial" w:hAnsi="Aptos" w:cs="Arial"/>
                <w:b/>
                <w:bCs/>
                <w:color w:val="006B54"/>
                <w:sz w:val="22"/>
              </w:rPr>
              <w:t>:</w:t>
            </w:r>
            <w:r>
              <w:rPr>
                <w:rFonts w:ascii="Aptos" w:eastAsia="Arial" w:hAnsi="Aptos" w:cs="Arial"/>
                <w:b/>
                <w:bCs/>
                <w:color w:val="006B54"/>
                <w:sz w:val="22"/>
              </w:rPr>
              <w:br/>
            </w:r>
            <w:r>
              <w:rPr>
                <w:rFonts w:ascii="Aptos" w:eastAsia="Arial" w:hAnsi="Aptos" w:cs="Arial"/>
                <w:b/>
                <w:bCs/>
                <w:color w:val="006B54"/>
                <w:sz w:val="22"/>
              </w:rPr>
              <w:br/>
            </w:r>
            <w:r w:rsidRPr="002054B3">
              <w:rPr>
                <w:rFonts w:ascii="Aptos" w:eastAsia="Arial" w:hAnsi="Aptos" w:cs="Arial"/>
                <w:b/>
                <w:bCs/>
                <w:color w:val="006B54"/>
                <w:sz w:val="22"/>
              </w:rPr>
              <w:t>Please provide an example of when and how you communicated complex or technical information in a clear simplified manner to different audiences, outlining your approach and the outcome.</w:t>
            </w:r>
            <w:r w:rsidR="00264C48">
              <w:br/>
            </w:r>
            <w:r w:rsidR="00264C48">
              <w:br/>
            </w:r>
            <w:r w:rsidR="00264C48">
              <w:br/>
            </w:r>
            <w:r w:rsidR="00DC0437" w:rsidRPr="437BC99B">
              <w:rPr>
                <w:rFonts w:ascii="Aptos" w:eastAsia="Arial" w:hAnsi="Aptos" w:cs="Arial"/>
                <w:color w:val="006B54"/>
                <w:sz w:val="20"/>
                <w:szCs w:val="20"/>
              </w:rPr>
              <w:t>Please give one specific example of where you demonstrated strong skills in this area (max 3</w:t>
            </w:r>
            <w:r w:rsidR="59496FC4" w:rsidRPr="437BC99B">
              <w:rPr>
                <w:rFonts w:ascii="Aptos" w:eastAsia="Arial" w:hAnsi="Aptos" w:cs="Arial"/>
                <w:color w:val="006B54"/>
                <w:sz w:val="20"/>
                <w:szCs w:val="20"/>
              </w:rPr>
              <w:t>5</w:t>
            </w:r>
            <w:r w:rsidR="00DC0437" w:rsidRPr="437BC99B">
              <w:rPr>
                <w:rFonts w:ascii="Aptos" w:eastAsia="Arial" w:hAnsi="Aptos" w:cs="Arial"/>
                <w:color w:val="006B54"/>
                <w:sz w:val="20"/>
                <w:szCs w:val="20"/>
              </w:rPr>
              <w:t>0 words - anything above may disqualify).</w:t>
            </w:r>
          </w:p>
        </w:tc>
      </w:tr>
      <w:tr w:rsidR="00CF648B" w:rsidRPr="001A4E91" w14:paraId="54CD245A" w14:textId="77777777" w:rsidTr="437BC99B">
        <w:tc>
          <w:tcPr>
            <w:tcW w:w="10318" w:type="dxa"/>
            <w:tcMar>
              <w:top w:w="100" w:type="dxa"/>
              <w:left w:w="120" w:type="dxa"/>
              <w:bottom w:w="100" w:type="dxa"/>
              <w:right w:w="120" w:type="dxa"/>
            </w:tcMar>
            <w:vAlign w:val="center"/>
          </w:tcPr>
          <w:p w14:paraId="76E74AFA" w14:textId="741C5A55" w:rsidR="00CF648B" w:rsidRPr="001A4E91" w:rsidRDefault="00DC0437"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1231BE67" w14:textId="19A4A746" w:rsidR="00CF648B" w:rsidRPr="001A4E91" w:rsidRDefault="00DC0437" w:rsidP="17C126FE">
            <w:pPr>
              <w:rPr>
                <w:rFonts w:ascii="Aptos" w:eastAsia="Arial" w:hAnsi="Aptos" w:cs="Arial"/>
                <w:sz w:val="20"/>
                <w:szCs w:val="20"/>
              </w:rPr>
            </w:pPr>
            <w:r w:rsidRPr="001A4E91">
              <w:rPr>
                <w:rFonts w:ascii="Aptos" w:hAnsi="Aptos"/>
                <w:sz w:val="20"/>
                <w:szCs w:val="20"/>
              </w:rPr>
              <w:br/>
            </w:r>
          </w:p>
        </w:tc>
      </w:tr>
    </w:tbl>
    <w:p w14:paraId="08831F03" w14:textId="77777777" w:rsidR="00CF648B" w:rsidRPr="001A4E91" w:rsidRDefault="00CF648B" w:rsidP="17C126FE">
      <w:pPr>
        <w:spacing w:after="0"/>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7A5198BA" w:rsidRPr="001A4E91" w14:paraId="4C3C51E1" w14:textId="77777777" w:rsidTr="437BC99B">
        <w:trPr>
          <w:trHeight w:val="300"/>
        </w:trPr>
        <w:tc>
          <w:tcPr>
            <w:tcW w:w="10308" w:type="dxa"/>
            <w:shd w:val="clear" w:color="auto" w:fill="DDEFE8"/>
            <w:tcMar>
              <w:top w:w="100" w:type="dxa"/>
              <w:left w:w="120" w:type="dxa"/>
              <w:bottom w:w="100" w:type="dxa"/>
              <w:right w:w="120" w:type="dxa"/>
            </w:tcMar>
            <w:vAlign w:val="center"/>
          </w:tcPr>
          <w:p w14:paraId="51D31CB8" w14:textId="17231951" w:rsidR="002054B3" w:rsidRPr="002054B3" w:rsidRDefault="002054B3" w:rsidP="002054B3">
            <w:pPr>
              <w:rPr>
                <w:rFonts w:ascii="Aptos" w:eastAsia="Arial" w:hAnsi="Aptos" w:cs="Arial"/>
                <w:b/>
                <w:bCs/>
                <w:color w:val="006B54"/>
                <w:sz w:val="22"/>
                <w:lang w:val="en-GB"/>
              </w:rPr>
            </w:pPr>
            <w:r w:rsidRPr="002054B3">
              <w:rPr>
                <w:rFonts w:ascii="Aptos" w:eastAsia="Arial" w:hAnsi="Aptos" w:cs="Arial"/>
                <w:b/>
                <w:bCs/>
                <w:color w:val="006B54"/>
                <w:sz w:val="22"/>
                <w:lang w:val="en-GB"/>
              </w:rPr>
              <w:t>Commercial Awareness</w:t>
            </w:r>
            <w:r>
              <w:rPr>
                <w:rFonts w:ascii="Aptos" w:eastAsia="Arial" w:hAnsi="Aptos" w:cs="Arial"/>
                <w:b/>
                <w:bCs/>
                <w:color w:val="006B54"/>
                <w:sz w:val="22"/>
                <w:lang w:val="en-GB"/>
              </w:rPr>
              <w:t>:</w:t>
            </w:r>
            <w:r>
              <w:rPr>
                <w:rFonts w:ascii="Aptos" w:eastAsia="Arial" w:hAnsi="Aptos" w:cs="Arial"/>
                <w:b/>
                <w:bCs/>
                <w:color w:val="006B54"/>
                <w:sz w:val="22"/>
                <w:lang w:val="en-GB"/>
              </w:rPr>
              <w:br/>
            </w:r>
            <w:r w:rsidRPr="002054B3">
              <w:rPr>
                <w:rFonts w:ascii="Aptos" w:eastAsia="Arial" w:hAnsi="Aptos" w:cs="Arial"/>
                <w:b/>
                <w:bCs/>
                <w:color w:val="006B54"/>
                <w:sz w:val="22"/>
                <w:lang w:val="en-GB"/>
              </w:rPr>
              <w:t> </w:t>
            </w:r>
          </w:p>
          <w:p w14:paraId="2B01B130" w14:textId="388EE8FB" w:rsidR="002054B3" w:rsidRPr="002054B3" w:rsidRDefault="002054B3" w:rsidP="002054B3">
            <w:pPr>
              <w:rPr>
                <w:rFonts w:ascii="Aptos" w:eastAsia="Arial" w:hAnsi="Aptos" w:cs="Arial"/>
                <w:b/>
                <w:bCs/>
                <w:color w:val="006B54"/>
                <w:sz w:val="22"/>
                <w:lang w:val="en-GB"/>
              </w:rPr>
            </w:pPr>
            <w:r w:rsidRPr="002054B3">
              <w:rPr>
                <w:rFonts w:ascii="Aptos" w:eastAsia="Arial" w:hAnsi="Aptos" w:cs="Arial"/>
                <w:b/>
                <w:bCs/>
                <w:color w:val="006B54"/>
                <w:sz w:val="22"/>
                <w:lang w:val="en-GB"/>
              </w:rPr>
              <w:t>Please provide an example of when you used commercial awareness in critiquing a grant proposal from an applicant demonstrating how you used information and applied your commercial knowledge, critical thinking to objectively assess the proposal to either validate the proposal or identify risks, inconsistencies and conflicts. Outline your approach and the outcome. </w:t>
            </w:r>
          </w:p>
          <w:p w14:paraId="795D7D77" w14:textId="31A99558" w:rsidR="7A5198BA" w:rsidRPr="001A4E91" w:rsidRDefault="009F3AC6" w:rsidP="17C126FE">
            <w:pPr>
              <w:rPr>
                <w:rFonts w:ascii="Aptos" w:eastAsia="Arial" w:hAnsi="Aptos" w:cs="Arial"/>
                <w:color w:val="006B54"/>
                <w:sz w:val="20"/>
                <w:szCs w:val="20"/>
              </w:rPr>
            </w:pPr>
            <w:r>
              <w:br/>
            </w:r>
            <w:r>
              <w:br/>
            </w:r>
            <w:r>
              <w:br/>
            </w:r>
            <w:r w:rsidR="308C5763" w:rsidRPr="437BC99B">
              <w:rPr>
                <w:rFonts w:ascii="Aptos" w:eastAsia="Arial" w:hAnsi="Aptos" w:cs="Arial"/>
                <w:color w:val="006B54"/>
                <w:sz w:val="20"/>
                <w:szCs w:val="20"/>
              </w:rPr>
              <w:t>Please give one specific example of where you demonstrated strong skills in this area (max 350 words - anything above may disqualify).</w:t>
            </w:r>
          </w:p>
        </w:tc>
      </w:tr>
      <w:tr w:rsidR="7A5198BA" w:rsidRPr="001A4E91" w14:paraId="2C68086D" w14:textId="77777777" w:rsidTr="437BC99B">
        <w:trPr>
          <w:trHeight w:val="300"/>
        </w:trPr>
        <w:tc>
          <w:tcPr>
            <w:tcW w:w="10308" w:type="dxa"/>
            <w:tcMar>
              <w:top w:w="100" w:type="dxa"/>
              <w:left w:w="120" w:type="dxa"/>
              <w:bottom w:w="100" w:type="dxa"/>
              <w:right w:w="120" w:type="dxa"/>
            </w:tcMar>
            <w:vAlign w:val="center"/>
          </w:tcPr>
          <w:p w14:paraId="44958D69" w14:textId="77777777" w:rsidR="7A5198BA" w:rsidRPr="001A4E91" w:rsidRDefault="7A5198BA"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14:paraId="117A5A5B"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401D4E06" w:rsidRPr="001A4E91" w14:paraId="138ABF21" w14:textId="77777777" w:rsidTr="17C126FE">
        <w:trPr>
          <w:trHeight w:val="300"/>
        </w:trPr>
        <w:tc>
          <w:tcPr>
            <w:tcW w:w="10308" w:type="dxa"/>
            <w:shd w:val="clear" w:color="auto" w:fill="DDEFE8"/>
            <w:tcMar>
              <w:top w:w="100" w:type="dxa"/>
              <w:left w:w="120" w:type="dxa"/>
              <w:bottom w:w="100" w:type="dxa"/>
              <w:right w:w="120" w:type="dxa"/>
            </w:tcMar>
            <w:vAlign w:val="center"/>
          </w:tcPr>
          <w:p w14:paraId="40848C7C" w14:textId="6CD09583" w:rsidR="401D4E06" w:rsidRPr="001A4E91" w:rsidRDefault="008B4B9D" w:rsidP="17C126FE">
            <w:pPr>
              <w:rPr>
                <w:rFonts w:ascii="Aptos" w:eastAsia="Arial" w:hAnsi="Aptos" w:cs="Arial"/>
                <w:color w:val="006B54"/>
                <w:sz w:val="20"/>
                <w:szCs w:val="20"/>
              </w:rPr>
            </w:pPr>
            <w:r w:rsidRPr="008B4B9D">
              <w:rPr>
                <w:rFonts w:ascii="Aptos" w:eastAsia="Arial" w:hAnsi="Aptos" w:cs="Arial"/>
                <w:b/>
                <w:bCs/>
                <w:color w:val="006B54"/>
                <w:sz w:val="22"/>
              </w:rPr>
              <w:t>Leverages Technology</w:t>
            </w:r>
            <w:r>
              <w:rPr>
                <w:rFonts w:ascii="Aptos" w:eastAsia="Arial" w:hAnsi="Aptos" w:cs="Arial"/>
                <w:b/>
                <w:bCs/>
                <w:color w:val="006B54"/>
                <w:sz w:val="22"/>
              </w:rPr>
              <w:t>:</w:t>
            </w:r>
            <w:r>
              <w:rPr>
                <w:rFonts w:ascii="Aptos" w:eastAsia="Arial" w:hAnsi="Aptos" w:cs="Arial"/>
                <w:b/>
                <w:bCs/>
                <w:color w:val="006B54"/>
                <w:sz w:val="22"/>
              </w:rPr>
              <w:br/>
            </w:r>
            <w:r>
              <w:rPr>
                <w:rFonts w:ascii="Aptos" w:eastAsia="Arial" w:hAnsi="Aptos" w:cs="Arial"/>
                <w:b/>
                <w:bCs/>
                <w:color w:val="006B54"/>
                <w:sz w:val="22"/>
              </w:rPr>
              <w:br/>
            </w:r>
            <w:r w:rsidRPr="008B4B9D">
              <w:rPr>
                <w:rFonts w:ascii="Aptos" w:eastAsia="Arial" w:hAnsi="Aptos" w:cs="Arial"/>
                <w:b/>
                <w:bCs/>
                <w:color w:val="006B54"/>
                <w:sz w:val="22"/>
              </w:rPr>
              <w:t>Please provide an example of  how  you used technology/technologies to help you be more effective in managing grant schemes, either to help streamline processes, governance and reporting. What technology did you use and why, what was your role, describe how you innovated or gained efficiencies/improvements using technology and the outcome.  </w:t>
            </w:r>
            <w:r w:rsidR="004637A7">
              <w:rPr>
                <w:rFonts w:ascii="Aptos" w:eastAsia="Arial" w:hAnsi="Aptos" w:cs="Arial"/>
                <w:b/>
                <w:bCs/>
                <w:color w:val="006B54"/>
                <w:sz w:val="22"/>
              </w:rPr>
              <w:br/>
            </w:r>
            <w:r w:rsidR="006B059D">
              <w:rPr>
                <w:rFonts w:ascii="Aptos" w:eastAsia="Arial" w:hAnsi="Aptos" w:cs="Arial"/>
                <w:b/>
                <w:bCs/>
                <w:color w:val="006B54"/>
                <w:sz w:val="22"/>
              </w:rPr>
              <w:br/>
            </w:r>
            <w:r w:rsidR="401D4E06" w:rsidRPr="001A4E91">
              <w:rPr>
                <w:rFonts w:ascii="Aptos" w:hAnsi="Aptos"/>
                <w:sz w:val="20"/>
                <w:szCs w:val="20"/>
              </w:rPr>
              <w:br/>
            </w:r>
            <w:r w:rsidR="401D4E06" w:rsidRPr="001A4E91">
              <w:rPr>
                <w:rFonts w:ascii="Aptos" w:eastAsia="Arial" w:hAnsi="Aptos" w:cs="Arial"/>
                <w:color w:val="006B54"/>
                <w:sz w:val="20"/>
                <w:szCs w:val="20"/>
              </w:rPr>
              <w:t>Please give one specific example of where you demonstrated strong skills in this area (max 350 words - anything above may disqualify).</w:t>
            </w:r>
          </w:p>
        </w:tc>
      </w:tr>
      <w:tr w:rsidR="401D4E06" w:rsidRPr="001A4E91" w14:paraId="7D9B4706" w14:textId="77777777" w:rsidTr="17C126FE">
        <w:trPr>
          <w:trHeight w:val="300"/>
        </w:trPr>
        <w:tc>
          <w:tcPr>
            <w:tcW w:w="10308" w:type="dxa"/>
            <w:tcMar>
              <w:top w:w="100" w:type="dxa"/>
              <w:left w:w="120" w:type="dxa"/>
              <w:bottom w:w="100" w:type="dxa"/>
              <w:right w:w="120" w:type="dxa"/>
            </w:tcMar>
            <w:vAlign w:val="center"/>
          </w:tcPr>
          <w:p w14:paraId="43D95FAD" w14:textId="77777777" w:rsidR="401D4E06" w:rsidRPr="001A4E91" w:rsidRDefault="401D4E06" w:rsidP="17C126FE">
            <w:pPr>
              <w:rPr>
                <w:rFonts w:ascii="Aptos" w:eastAsia="Arial" w:hAnsi="Aptos" w:cs="Arial"/>
                <w:sz w:val="20"/>
                <w:szCs w:val="20"/>
              </w:rPr>
            </w:pPr>
            <w:r w:rsidRPr="001A4E91">
              <w:rPr>
                <w:rFonts w:ascii="Aptos" w:hAnsi="Aptos"/>
                <w:sz w:val="20"/>
                <w:szCs w:val="20"/>
              </w:rPr>
              <w:lastRenderedPageBreak/>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14:paraId="7601D09C" w14:textId="77777777" w:rsidR="00CF648B" w:rsidRPr="001A4E91" w:rsidRDefault="00DC0437">
      <w:pPr>
        <w:spacing w:before="500"/>
        <w:rPr>
          <w:rFonts w:ascii="Aptos" w:hAnsi="Aptos"/>
          <w:sz w:val="20"/>
          <w:szCs w:val="20"/>
        </w:rPr>
      </w:pPr>
      <w:r w:rsidRPr="001A4E91">
        <w:rPr>
          <w:rFonts w:ascii="Aptos" w:hAnsi="Aptos"/>
          <w:b/>
          <w:color w:val="006B54"/>
          <w:sz w:val="20"/>
          <w:szCs w:val="20"/>
        </w:rPr>
        <w:t>Fáilte Ireland is an equal opportunities employer and is committed to fostering an inclusive workplace which values and benefits from the diversity of the workforce. We encourage you to reach out directly at recruitment@failteireland.ie should you require assistance or reasonable accommodation during the recruitment process.</w:t>
      </w:r>
    </w:p>
    <w:tbl>
      <w:tblPr>
        <w:tblW w:w="0" w:type="auto"/>
        <w:jc w:val="center"/>
        <w:tblLook w:val="04A0" w:firstRow="1" w:lastRow="0" w:firstColumn="1" w:lastColumn="0" w:noHBand="0" w:noVBand="1"/>
      </w:tblPr>
      <w:tblGrid>
        <w:gridCol w:w="10318"/>
      </w:tblGrid>
      <w:tr w:rsidR="00CF648B" w:rsidRPr="001A4E91" w14:paraId="02D7FBF6" w14:textId="77777777">
        <w:trPr>
          <w:jc w:val="center"/>
        </w:trPr>
        <w:tc>
          <w:tcPr>
            <w:tcW w:w="10318" w:type="dxa"/>
            <w:shd w:val="clear" w:color="auto" w:fill="006B54"/>
            <w:tcMar>
              <w:top w:w="100" w:type="dxa"/>
              <w:left w:w="120" w:type="dxa"/>
              <w:bottom w:w="100" w:type="dxa"/>
              <w:right w:w="120" w:type="dxa"/>
            </w:tcMar>
            <w:vAlign w:val="center"/>
          </w:tcPr>
          <w:p w14:paraId="076F2304" w14:textId="77777777" w:rsidR="00CF648B" w:rsidRPr="009A77A6" w:rsidRDefault="00DC0437">
            <w:pPr>
              <w:spacing w:after="0"/>
              <w:rPr>
                <w:rFonts w:ascii="Aptos" w:hAnsi="Aptos"/>
                <w:sz w:val="24"/>
                <w:szCs w:val="24"/>
              </w:rPr>
            </w:pPr>
            <w:r w:rsidRPr="009A77A6">
              <w:rPr>
                <w:rFonts w:ascii="Aptos" w:hAnsi="Aptos"/>
                <w:b/>
                <w:color w:val="FFFFFF"/>
                <w:sz w:val="24"/>
                <w:szCs w:val="24"/>
              </w:rPr>
              <w:t>DECLARATION</w:t>
            </w:r>
          </w:p>
        </w:tc>
      </w:tr>
    </w:tbl>
    <w:p w14:paraId="4B1F511A" w14:textId="77777777" w:rsidR="00CF648B" w:rsidRPr="001A4E91" w:rsidRDefault="00CF648B">
      <w:pPr>
        <w:spacing w:after="0"/>
        <w:rPr>
          <w:rFonts w:ascii="Aptos" w:hAnsi="Aptos"/>
          <w:sz w:val="20"/>
          <w:szCs w:val="20"/>
        </w:rPr>
      </w:pPr>
    </w:p>
    <w:p w14:paraId="11613342" w14:textId="4FC905E1" w:rsidR="00CF648B" w:rsidRPr="001A4E91" w:rsidRDefault="00DC0437">
      <w:pPr>
        <w:spacing w:after="500"/>
        <w:rPr>
          <w:rFonts w:ascii="Aptos" w:hAnsi="Aptos"/>
          <w:sz w:val="20"/>
          <w:szCs w:val="20"/>
        </w:rPr>
      </w:pPr>
      <w:r w:rsidRPr="001A4E91">
        <w:rPr>
          <w:rFonts w:ascii="Aptos" w:hAnsi="Aptos"/>
          <w:sz w:val="20"/>
          <w:szCs w:val="20"/>
        </w:rPr>
        <w:t>I declare that by submitting this application form, the foregoing particulars are complete and correct to the best of my knowledge and belief, and I consent to my personal details being used to process my employment application.</w:t>
      </w:r>
      <w:r w:rsidRPr="001A4E91">
        <w:rPr>
          <w:rFonts w:ascii="Aptos" w:hAnsi="Aptos"/>
          <w:sz w:val="20"/>
          <w:szCs w:val="20"/>
        </w:rPr>
        <w:br/>
      </w:r>
      <w:r w:rsidRPr="001A4E91">
        <w:rPr>
          <w:rFonts w:ascii="Aptos" w:hAnsi="Aptos"/>
          <w:sz w:val="20"/>
          <w:szCs w:val="20"/>
        </w:rPr>
        <w:br/>
        <w:t>Any candidate found to have knowingly given false information, or to have wil</w:t>
      </w:r>
      <w:r w:rsidR="298FE48A" w:rsidRPr="001A4E91">
        <w:rPr>
          <w:rFonts w:ascii="Aptos" w:hAnsi="Aptos"/>
          <w:sz w:val="20"/>
          <w:szCs w:val="20"/>
        </w:rPr>
        <w:t>l f</w:t>
      </w:r>
      <w:r w:rsidRPr="001A4E91">
        <w:rPr>
          <w:rFonts w:ascii="Aptos" w:hAnsi="Aptos"/>
          <w:sz w:val="20"/>
          <w:szCs w:val="20"/>
        </w:rPr>
        <w:t>ully suppressed any material fact will be liable to disqualification, or if appointed, to dismissal.</w:t>
      </w:r>
    </w:p>
    <w:tbl>
      <w:tblPr>
        <w:tblStyle w:val="TableGrid"/>
        <w:tblW w:w="0" w:type="auto"/>
        <w:tblLook w:val="04A0" w:firstRow="1" w:lastRow="0" w:firstColumn="1" w:lastColumn="0" w:noHBand="0" w:noVBand="1"/>
      </w:tblPr>
      <w:tblGrid>
        <w:gridCol w:w="5154"/>
        <w:gridCol w:w="5154"/>
      </w:tblGrid>
      <w:tr w:rsidR="00CF648B" w:rsidRPr="001A4E91" w14:paraId="72F253A9" w14:textId="77777777">
        <w:tc>
          <w:tcPr>
            <w:tcW w:w="5159" w:type="dxa"/>
            <w:shd w:val="clear" w:color="auto" w:fill="DDEFE8"/>
            <w:tcMar>
              <w:top w:w="100" w:type="dxa"/>
              <w:left w:w="120" w:type="dxa"/>
              <w:bottom w:w="100" w:type="dxa"/>
              <w:right w:w="120" w:type="dxa"/>
            </w:tcMar>
            <w:vAlign w:val="center"/>
          </w:tcPr>
          <w:p w14:paraId="3F6D6C16" w14:textId="77777777" w:rsidR="00CF648B" w:rsidRPr="001A4E91" w:rsidRDefault="00DC0437">
            <w:pPr>
              <w:rPr>
                <w:rFonts w:ascii="Aptos" w:hAnsi="Aptos"/>
                <w:sz w:val="20"/>
                <w:szCs w:val="20"/>
              </w:rPr>
            </w:pPr>
            <w:r w:rsidRPr="001A4E91">
              <w:rPr>
                <w:rFonts w:ascii="Aptos" w:hAnsi="Aptos"/>
                <w:b/>
                <w:color w:val="006B54"/>
                <w:sz w:val="20"/>
                <w:szCs w:val="20"/>
              </w:rPr>
              <w:t>Signature:</w:t>
            </w:r>
          </w:p>
        </w:tc>
        <w:tc>
          <w:tcPr>
            <w:tcW w:w="5159" w:type="dxa"/>
            <w:shd w:val="clear" w:color="auto" w:fill="DDEFE8"/>
            <w:tcMar>
              <w:top w:w="100" w:type="dxa"/>
              <w:left w:w="120" w:type="dxa"/>
              <w:bottom w:w="100" w:type="dxa"/>
              <w:right w:w="120" w:type="dxa"/>
            </w:tcMar>
            <w:vAlign w:val="center"/>
          </w:tcPr>
          <w:p w14:paraId="3101716D" w14:textId="77777777" w:rsidR="00CF648B" w:rsidRPr="001A4E91" w:rsidRDefault="00DC0437">
            <w:pPr>
              <w:rPr>
                <w:rFonts w:ascii="Aptos" w:hAnsi="Aptos"/>
                <w:sz w:val="20"/>
                <w:szCs w:val="20"/>
              </w:rPr>
            </w:pPr>
            <w:r w:rsidRPr="001A4E91">
              <w:rPr>
                <w:rFonts w:ascii="Aptos" w:hAnsi="Aptos"/>
                <w:b/>
                <w:color w:val="006B54"/>
                <w:sz w:val="20"/>
                <w:szCs w:val="20"/>
              </w:rPr>
              <w:t>Date:</w:t>
            </w:r>
          </w:p>
        </w:tc>
      </w:tr>
      <w:tr w:rsidR="00CF648B" w:rsidRPr="001A4E91" w14:paraId="65F9C3DC" w14:textId="77777777">
        <w:tc>
          <w:tcPr>
            <w:tcW w:w="5159" w:type="dxa"/>
            <w:tcMar>
              <w:top w:w="100" w:type="dxa"/>
              <w:left w:w="120" w:type="dxa"/>
              <w:bottom w:w="100" w:type="dxa"/>
              <w:right w:w="120" w:type="dxa"/>
            </w:tcMar>
            <w:vAlign w:val="center"/>
          </w:tcPr>
          <w:p w14:paraId="5023141B" w14:textId="77777777" w:rsidR="00CF648B" w:rsidRPr="001A4E91" w:rsidRDefault="00DC0437">
            <w:pPr>
              <w:rPr>
                <w:rFonts w:ascii="Aptos" w:hAnsi="Aptos"/>
                <w:sz w:val="20"/>
                <w:szCs w:val="20"/>
              </w:rPr>
            </w:pPr>
            <w:r w:rsidRPr="001A4E91">
              <w:rPr>
                <w:rFonts w:ascii="Aptos" w:hAnsi="Aptos"/>
                <w:color w:val="000000"/>
                <w:sz w:val="20"/>
                <w:szCs w:val="20"/>
              </w:rPr>
              <w:br/>
            </w:r>
          </w:p>
        </w:tc>
        <w:tc>
          <w:tcPr>
            <w:tcW w:w="5159" w:type="dxa"/>
            <w:tcMar>
              <w:top w:w="100" w:type="dxa"/>
              <w:left w:w="120" w:type="dxa"/>
              <w:bottom w:w="100" w:type="dxa"/>
              <w:right w:w="120" w:type="dxa"/>
            </w:tcMar>
            <w:vAlign w:val="center"/>
          </w:tcPr>
          <w:p w14:paraId="1F3B1409" w14:textId="77777777" w:rsidR="00CF648B" w:rsidRPr="001A4E91" w:rsidRDefault="00DC0437">
            <w:pPr>
              <w:rPr>
                <w:rFonts w:ascii="Aptos" w:hAnsi="Aptos"/>
                <w:sz w:val="20"/>
                <w:szCs w:val="20"/>
              </w:rPr>
            </w:pPr>
            <w:r w:rsidRPr="001A4E91">
              <w:rPr>
                <w:rFonts w:ascii="Aptos" w:hAnsi="Aptos"/>
                <w:color w:val="000000"/>
                <w:sz w:val="20"/>
                <w:szCs w:val="20"/>
              </w:rPr>
              <w:br/>
            </w:r>
          </w:p>
        </w:tc>
      </w:tr>
    </w:tbl>
    <w:p w14:paraId="12AD40EC" w14:textId="77777777" w:rsidR="00DC0437" w:rsidRPr="001A4E91" w:rsidRDefault="00DC0437">
      <w:pPr>
        <w:rPr>
          <w:rFonts w:ascii="Aptos" w:hAnsi="Aptos"/>
          <w:sz w:val="20"/>
          <w:szCs w:val="20"/>
        </w:rPr>
      </w:pPr>
    </w:p>
    <w:sectPr w:rsidR="00DC0437" w:rsidRPr="001A4E91" w:rsidSect="00034616">
      <w:footerReference w:type="even" r:id="rId12"/>
      <w:footerReference w:type="default" r:id="rId13"/>
      <w:footerReference w:type="first" r:id="rId14"/>
      <w:pgSz w:w="11906" w:h="16838"/>
      <w:pgMar w:top="680" w:right="794" w:bottom="680"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272F4" w14:textId="77777777" w:rsidR="0012500C" w:rsidRDefault="0012500C" w:rsidP="00986640">
      <w:pPr>
        <w:spacing w:after="0" w:line="240" w:lineRule="auto"/>
      </w:pPr>
      <w:r>
        <w:separator/>
      </w:r>
    </w:p>
  </w:endnote>
  <w:endnote w:type="continuationSeparator" w:id="0">
    <w:p w14:paraId="7AF680A9" w14:textId="77777777" w:rsidR="0012500C" w:rsidRDefault="0012500C" w:rsidP="00986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23CA" w14:textId="77777777" w:rsidR="00936385" w:rsidRDefault="00936385">
    <w:pPr>
      <w:pStyle w:val="Footer"/>
    </w:pPr>
    <w:r>
      <w:rPr>
        <w:noProof/>
      </w:rPr>
      <mc:AlternateContent>
        <mc:Choice Requires="wps">
          <w:drawing>
            <wp:anchor distT="0" distB="0" distL="0" distR="0" simplePos="0" relativeHeight="251658241" behindDoc="0" locked="0" layoutInCell="1" allowOverlap="1" wp14:anchorId="244D80DA" wp14:editId="4C55014A">
              <wp:simplePos x="635" y="635"/>
              <wp:positionH relativeFrom="page">
                <wp:align>left</wp:align>
              </wp:positionH>
              <wp:positionV relativeFrom="page">
                <wp:align>bottom</wp:align>
              </wp:positionV>
              <wp:extent cx="1825625" cy="361950"/>
              <wp:effectExtent l="0" t="0" r="3175" b="0"/>
              <wp:wrapNone/>
              <wp:docPr id="1828453712" name="Text Box 2" descr="Fáilte Ireland Internal Content">
                <a:extLst xmlns:a="http://schemas.openxmlformats.org/drawingml/2006/main">
                  <a:ext uri="{FF2B5EF4-FFF2-40B4-BE49-F238E27FC236}">
                    <a16:creationId xmlns:a16="http://schemas.microsoft.com/office/drawing/2014/main" id="{FCA3F247-E6E4-4848-B7AC-04BF7227DA0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4D80DA" id="_x0000_t202" coordsize="21600,21600" o:spt="202" path="m,l,21600r21600,l21600,xe">
              <v:stroke joinstyle="miter"/>
              <v:path gradientshapeok="t" o:connecttype="rect"/>
            </v:shapetype>
            <v:shape id="Text Box 2" o:spid="_x0000_s1026" type="#_x0000_t202" alt="Fáilte Ireland Internal Content" style="position:absolute;margin-left:0;margin-top:0;width:143.75pt;height:28.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" filled="f" stroked="f">
              <v:textbox style="mso-fit-shape-to-text:t" inset="20pt,0,0,15pt">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33572" w14:textId="77777777" w:rsidR="00936385" w:rsidRDefault="00936385">
    <w:pPr>
      <w:pStyle w:val="Footer"/>
    </w:pPr>
    <w:r>
      <w:rPr>
        <w:noProof/>
      </w:rPr>
      <mc:AlternateContent>
        <mc:Choice Requires="wps">
          <w:drawing>
            <wp:anchor distT="0" distB="0" distL="0" distR="0" simplePos="0" relativeHeight="251658242" behindDoc="0" locked="0" layoutInCell="1" allowOverlap="1" wp14:anchorId="741F4268" wp14:editId="6E437768">
              <wp:simplePos x="635" y="635"/>
              <wp:positionH relativeFrom="page">
                <wp:align>left</wp:align>
              </wp:positionH>
              <wp:positionV relativeFrom="page">
                <wp:align>bottom</wp:align>
              </wp:positionV>
              <wp:extent cx="1825625" cy="361950"/>
              <wp:effectExtent l="0" t="0" r="3175" b="0"/>
              <wp:wrapNone/>
              <wp:docPr id="1840570931" name="Text Box 3" descr="Fáilte Ireland Internal Content">
                <a:extLst xmlns:a="http://schemas.openxmlformats.org/drawingml/2006/main">
                  <a:ext uri="{FF2B5EF4-FFF2-40B4-BE49-F238E27FC236}">
                    <a16:creationId xmlns:a16="http://schemas.microsoft.com/office/drawing/2014/main" id="{56AFEE78-1170-476C-B887-D8B147E6F74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1F4268" id="_x0000_t202" coordsize="21600,21600" o:spt="202" path="m,l,21600r21600,l21600,xe">
              <v:stroke joinstyle="miter"/>
              <v:path gradientshapeok="t" o:connecttype="rect"/>
            </v:shapetype>
            <v:shape id="Text Box 3" o:spid="_x0000_s1027" type="#_x0000_t202" alt="Fáilte Ireland Internal Content" style="position:absolute;margin-left:0;margin-top:0;width:143.75pt;height:28.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" filled="f" stroked="f">
              <v:textbox style="mso-fit-shape-to-text:t" inset="20pt,0,0,15pt">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CEA9" w14:textId="77777777" w:rsidR="00936385" w:rsidRDefault="00936385">
    <w:pPr>
      <w:pStyle w:val="Footer"/>
    </w:pPr>
    <w:r>
      <w:rPr>
        <w:noProof/>
      </w:rPr>
      <mc:AlternateContent>
        <mc:Choice Requires="wps">
          <w:drawing>
            <wp:anchor distT="0" distB="0" distL="0" distR="0" simplePos="0" relativeHeight="251658240" behindDoc="0" locked="0" layoutInCell="1" allowOverlap="1" wp14:anchorId="2D48B2B7" wp14:editId="58FCD98A">
              <wp:simplePos x="635" y="635"/>
              <wp:positionH relativeFrom="page">
                <wp:align>left</wp:align>
              </wp:positionH>
              <wp:positionV relativeFrom="page">
                <wp:align>bottom</wp:align>
              </wp:positionV>
              <wp:extent cx="1825625" cy="361950"/>
              <wp:effectExtent l="0" t="0" r="3175" b="0"/>
              <wp:wrapNone/>
              <wp:docPr id="1172753823" name="Text Box 1" descr="Fáilte Ireland Internal Content">
                <a:extLst xmlns:a="http://schemas.openxmlformats.org/drawingml/2006/main">
                  <a:ext uri="{FF2B5EF4-FFF2-40B4-BE49-F238E27FC236}">
                    <a16:creationId xmlns:a16="http://schemas.microsoft.com/office/drawing/2014/main" id="{857B708C-95E1-42FA-8024-7AA1CC635E9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48B2B7" id="_x0000_t202" coordsize="21600,21600" o:spt="202" path="m,l,21600r21600,l21600,xe">
              <v:stroke joinstyle="miter"/>
              <v:path gradientshapeok="t" o:connecttype="rect"/>
            </v:shapetype>
            <v:shape id="Text Box 1" o:spid="_x0000_s1028" type="#_x0000_t202" alt="Fáilte Ireland Internal Content" style="position:absolute;margin-left:0;margin-top:0;width:143.75pt;height:28.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" filled="f" stroked="f">
              <v:textbox style="mso-fit-shape-to-text:t" inset="20pt,0,0,15pt">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6960F" w14:textId="77777777" w:rsidR="0012500C" w:rsidRDefault="0012500C" w:rsidP="00986640">
      <w:pPr>
        <w:spacing w:after="0" w:line="240" w:lineRule="auto"/>
      </w:pPr>
      <w:r>
        <w:separator/>
      </w:r>
    </w:p>
  </w:footnote>
  <w:footnote w:type="continuationSeparator" w:id="0">
    <w:p w14:paraId="17494923" w14:textId="77777777" w:rsidR="0012500C" w:rsidRDefault="0012500C" w:rsidP="00986640">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FXArT6fvLtOOK0" int2:id="R90W75Hp">
      <int2:state int2:value="Rejected" int2:type="spell"/>
    </int2:textHash>
    <int2:textHash int2:hashCode="LOKXXXnn8FfYIs" int2:id="gHFwr0K7">
      <int2:state int2:value="Rejected" int2:type="spell"/>
    </int2:textHash>
    <int2:textHash int2:hashCode="kv4UVae7TQCfC0" int2:id="dNGGYKPR">
      <int2:state int2:value="Rejected" int2:type="spell"/>
    </int2:textHash>
    <int2:textHash int2:hashCode="m/C6mGJeQTWOW1" int2:id="cE8RbyMT">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317A70"/>
    <w:multiLevelType w:val="hybridMultilevel"/>
    <w:tmpl w:val="377620D4"/>
    <w:lvl w:ilvl="0" w:tplc="BA90A4B4">
      <w:start w:val="1"/>
      <w:numFmt w:val="bullet"/>
      <w:lvlText w:val=""/>
      <w:lvlJc w:val="left"/>
      <w:pPr>
        <w:ind w:left="720" w:hanging="360"/>
      </w:pPr>
      <w:rPr>
        <w:rFonts w:ascii="Symbol" w:hAnsi="Symbol" w:hint="default"/>
      </w:rPr>
    </w:lvl>
    <w:lvl w:ilvl="1" w:tplc="FB86FD8C">
      <w:start w:val="1"/>
      <w:numFmt w:val="bullet"/>
      <w:lvlText w:val="o"/>
      <w:lvlJc w:val="left"/>
      <w:pPr>
        <w:ind w:left="1440" w:hanging="360"/>
      </w:pPr>
      <w:rPr>
        <w:rFonts w:ascii="Courier New" w:hAnsi="Courier New" w:hint="default"/>
      </w:rPr>
    </w:lvl>
    <w:lvl w:ilvl="2" w:tplc="881063C0">
      <w:start w:val="1"/>
      <w:numFmt w:val="bullet"/>
      <w:lvlText w:val=""/>
      <w:lvlJc w:val="left"/>
      <w:pPr>
        <w:ind w:left="2160" w:hanging="360"/>
      </w:pPr>
      <w:rPr>
        <w:rFonts w:ascii="Wingdings" w:hAnsi="Wingdings" w:hint="default"/>
      </w:rPr>
    </w:lvl>
    <w:lvl w:ilvl="3" w:tplc="53262E84">
      <w:start w:val="1"/>
      <w:numFmt w:val="bullet"/>
      <w:lvlText w:val=""/>
      <w:lvlJc w:val="left"/>
      <w:pPr>
        <w:ind w:left="2880" w:hanging="360"/>
      </w:pPr>
      <w:rPr>
        <w:rFonts w:ascii="Symbol" w:hAnsi="Symbol" w:hint="default"/>
      </w:rPr>
    </w:lvl>
    <w:lvl w:ilvl="4" w:tplc="E690D31E">
      <w:start w:val="1"/>
      <w:numFmt w:val="bullet"/>
      <w:lvlText w:val="o"/>
      <w:lvlJc w:val="left"/>
      <w:pPr>
        <w:ind w:left="3600" w:hanging="360"/>
      </w:pPr>
      <w:rPr>
        <w:rFonts w:ascii="Courier New" w:hAnsi="Courier New" w:hint="default"/>
      </w:rPr>
    </w:lvl>
    <w:lvl w:ilvl="5" w:tplc="C8C484F2">
      <w:start w:val="1"/>
      <w:numFmt w:val="bullet"/>
      <w:lvlText w:val=""/>
      <w:lvlJc w:val="left"/>
      <w:pPr>
        <w:ind w:left="4320" w:hanging="360"/>
      </w:pPr>
      <w:rPr>
        <w:rFonts w:ascii="Wingdings" w:hAnsi="Wingdings" w:hint="default"/>
      </w:rPr>
    </w:lvl>
    <w:lvl w:ilvl="6" w:tplc="DCD2F02A">
      <w:start w:val="1"/>
      <w:numFmt w:val="bullet"/>
      <w:lvlText w:val=""/>
      <w:lvlJc w:val="left"/>
      <w:pPr>
        <w:ind w:left="5040" w:hanging="360"/>
      </w:pPr>
      <w:rPr>
        <w:rFonts w:ascii="Symbol" w:hAnsi="Symbol" w:hint="default"/>
      </w:rPr>
    </w:lvl>
    <w:lvl w:ilvl="7" w:tplc="1C205E5E">
      <w:start w:val="1"/>
      <w:numFmt w:val="bullet"/>
      <w:lvlText w:val="o"/>
      <w:lvlJc w:val="left"/>
      <w:pPr>
        <w:ind w:left="5760" w:hanging="360"/>
      </w:pPr>
      <w:rPr>
        <w:rFonts w:ascii="Courier New" w:hAnsi="Courier New" w:hint="default"/>
      </w:rPr>
    </w:lvl>
    <w:lvl w:ilvl="8" w:tplc="C41860C8">
      <w:start w:val="1"/>
      <w:numFmt w:val="bullet"/>
      <w:lvlText w:val=""/>
      <w:lvlJc w:val="left"/>
      <w:pPr>
        <w:ind w:left="6480" w:hanging="360"/>
      </w:pPr>
      <w:rPr>
        <w:rFonts w:ascii="Wingdings" w:hAnsi="Wingdings" w:hint="default"/>
      </w:rPr>
    </w:lvl>
  </w:abstractNum>
  <w:abstractNum w:abstractNumId="10" w15:restartNumberingAfterBreak="0">
    <w:nsid w:val="0BB29D58"/>
    <w:multiLevelType w:val="hybridMultilevel"/>
    <w:tmpl w:val="E8AED800"/>
    <w:lvl w:ilvl="0" w:tplc="0B840342">
      <w:start w:val="1"/>
      <w:numFmt w:val="bullet"/>
      <w:lvlText w:val=""/>
      <w:lvlJc w:val="left"/>
      <w:pPr>
        <w:ind w:left="720" w:hanging="360"/>
      </w:pPr>
      <w:rPr>
        <w:rFonts w:ascii="Symbol" w:hAnsi="Symbol" w:hint="default"/>
      </w:rPr>
    </w:lvl>
    <w:lvl w:ilvl="1" w:tplc="4412D5D0">
      <w:start w:val="1"/>
      <w:numFmt w:val="bullet"/>
      <w:lvlText w:val="o"/>
      <w:lvlJc w:val="left"/>
      <w:pPr>
        <w:ind w:left="1440" w:hanging="360"/>
      </w:pPr>
      <w:rPr>
        <w:rFonts w:ascii="Courier New" w:hAnsi="Courier New" w:hint="default"/>
      </w:rPr>
    </w:lvl>
    <w:lvl w:ilvl="2" w:tplc="13C26918">
      <w:start w:val="1"/>
      <w:numFmt w:val="bullet"/>
      <w:lvlText w:val=""/>
      <w:lvlJc w:val="left"/>
      <w:pPr>
        <w:ind w:left="2160" w:hanging="360"/>
      </w:pPr>
      <w:rPr>
        <w:rFonts w:ascii="Wingdings" w:hAnsi="Wingdings" w:hint="default"/>
      </w:rPr>
    </w:lvl>
    <w:lvl w:ilvl="3" w:tplc="4DFAE3D6">
      <w:start w:val="1"/>
      <w:numFmt w:val="bullet"/>
      <w:lvlText w:val=""/>
      <w:lvlJc w:val="left"/>
      <w:pPr>
        <w:ind w:left="2880" w:hanging="360"/>
      </w:pPr>
      <w:rPr>
        <w:rFonts w:ascii="Symbol" w:hAnsi="Symbol" w:hint="default"/>
      </w:rPr>
    </w:lvl>
    <w:lvl w:ilvl="4" w:tplc="4D760F32">
      <w:start w:val="1"/>
      <w:numFmt w:val="bullet"/>
      <w:lvlText w:val="o"/>
      <w:lvlJc w:val="left"/>
      <w:pPr>
        <w:ind w:left="3600" w:hanging="360"/>
      </w:pPr>
      <w:rPr>
        <w:rFonts w:ascii="Courier New" w:hAnsi="Courier New" w:hint="default"/>
      </w:rPr>
    </w:lvl>
    <w:lvl w:ilvl="5" w:tplc="6764F778">
      <w:start w:val="1"/>
      <w:numFmt w:val="bullet"/>
      <w:lvlText w:val=""/>
      <w:lvlJc w:val="left"/>
      <w:pPr>
        <w:ind w:left="4320" w:hanging="360"/>
      </w:pPr>
      <w:rPr>
        <w:rFonts w:ascii="Wingdings" w:hAnsi="Wingdings" w:hint="default"/>
      </w:rPr>
    </w:lvl>
    <w:lvl w:ilvl="6" w:tplc="7264D6AC">
      <w:start w:val="1"/>
      <w:numFmt w:val="bullet"/>
      <w:lvlText w:val=""/>
      <w:lvlJc w:val="left"/>
      <w:pPr>
        <w:ind w:left="5040" w:hanging="360"/>
      </w:pPr>
      <w:rPr>
        <w:rFonts w:ascii="Symbol" w:hAnsi="Symbol" w:hint="default"/>
      </w:rPr>
    </w:lvl>
    <w:lvl w:ilvl="7" w:tplc="182A49AC">
      <w:start w:val="1"/>
      <w:numFmt w:val="bullet"/>
      <w:lvlText w:val="o"/>
      <w:lvlJc w:val="left"/>
      <w:pPr>
        <w:ind w:left="5760" w:hanging="360"/>
      </w:pPr>
      <w:rPr>
        <w:rFonts w:ascii="Courier New" w:hAnsi="Courier New" w:hint="default"/>
      </w:rPr>
    </w:lvl>
    <w:lvl w:ilvl="8" w:tplc="C6961FA8">
      <w:start w:val="1"/>
      <w:numFmt w:val="bullet"/>
      <w:lvlText w:val=""/>
      <w:lvlJc w:val="left"/>
      <w:pPr>
        <w:ind w:left="6480" w:hanging="360"/>
      </w:pPr>
      <w:rPr>
        <w:rFonts w:ascii="Wingdings" w:hAnsi="Wingdings" w:hint="default"/>
      </w:rPr>
    </w:lvl>
  </w:abstractNum>
  <w:abstractNum w:abstractNumId="11" w15:restartNumberingAfterBreak="0">
    <w:nsid w:val="0D4867BC"/>
    <w:multiLevelType w:val="hybridMultilevel"/>
    <w:tmpl w:val="5A445442"/>
    <w:lvl w:ilvl="0" w:tplc="DF6AA720">
      <w:start w:val="1"/>
      <w:numFmt w:val="bullet"/>
      <w:lvlText w:val=""/>
      <w:lvlJc w:val="left"/>
      <w:pPr>
        <w:ind w:left="720" w:hanging="360"/>
      </w:pPr>
      <w:rPr>
        <w:rFonts w:ascii="Symbol" w:hAnsi="Symbol" w:hint="default"/>
      </w:rPr>
    </w:lvl>
    <w:lvl w:ilvl="1" w:tplc="01289C54">
      <w:start w:val="1"/>
      <w:numFmt w:val="bullet"/>
      <w:lvlText w:val="o"/>
      <w:lvlJc w:val="left"/>
      <w:pPr>
        <w:ind w:left="1440" w:hanging="360"/>
      </w:pPr>
      <w:rPr>
        <w:rFonts w:ascii="Courier New" w:hAnsi="Courier New" w:hint="default"/>
      </w:rPr>
    </w:lvl>
    <w:lvl w:ilvl="2" w:tplc="DBA49BA0">
      <w:start w:val="1"/>
      <w:numFmt w:val="bullet"/>
      <w:lvlText w:val=""/>
      <w:lvlJc w:val="left"/>
      <w:pPr>
        <w:ind w:left="2160" w:hanging="360"/>
      </w:pPr>
      <w:rPr>
        <w:rFonts w:ascii="Wingdings" w:hAnsi="Wingdings" w:hint="default"/>
      </w:rPr>
    </w:lvl>
    <w:lvl w:ilvl="3" w:tplc="B1EE9A64">
      <w:start w:val="1"/>
      <w:numFmt w:val="bullet"/>
      <w:lvlText w:val=""/>
      <w:lvlJc w:val="left"/>
      <w:pPr>
        <w:ind w:left="2880" w:hanging="360"/>
      </w:pPr>
      <w:rPr>
        <w:rFonts w:ascii="Symbol" w:hAnsi="Symbol" w:hint="default"/>
      </w:rPr>
    </w:lvl>
    <w:lvl w:ilvl="4" w:tplc="6DB2C68E">
      <w:start w:val="1"/>
      <w:numFmt w:val="bullet"/>
      <w:lvlText w:val="o"/>
      <w:lvlJc w:val="left"/>
      <w:pPr>
        <w:ind w:left="3600" w:hanging="360"/>
      </w:pPr>
      <w:rPr>
        <w:rFonts w:ascii="Courier New" w:hAnsi="Courier New" w:hint="default"/>
      </w:rPr>
    </w:lvl>
    <w:lvl w:ilvl="5" w:tplc="A8C6430E">
      <w:start w:val="1"/>
      <w:numFmt w:val="bullet"/>
      <w:lvlText w:val=""/>
      <w:lvlJc w:val="left"/>
      <w:pPr>
        <w:ind w:left="4320" w:hanging="360"/>
      </w:pPr>
      <w:rPr>
        <w:rFonts w:ascii="Wingdings" w:hAnsi="Wingdings" w:hint="default"/>
      </w:rPr>
    </w:lvl>
    <w:lvl w:ilvl="6" w:tplc="F6F25AC6">
      <w:start w:val="1"/>
      <w:numFmt w:val="bullet"/>
      <w:lvlText w:val=""/>
      <w:lvlJc w:val="left"/>
      <w:pPr>
        <w:ind w:left="5040" w:hanging="360"/>
      </w:pPr>
      <w:rPr>
        <w:rFonts w:ascii="Symbol" w:hAnsi="Symbol" w:hint="default"/>
      </w:rPr>
    </w:lvl>
    <w:lvl w:ilvl="7" w:tplc="D1FEAEE8">
      <w:start w:val="1"/>
      <w:numFmt w:val="bullet"/>
      <w:lvlText w:val="o"/>
      <w:lvlJc w:val="left"/>
      <w:pPr>
        <w:ind w:left="5760" w:hanging="360"/>
      </w:pPr>
      <w:rPr>
        <w:rFonts w:ascii="Courier New" w:hAnsi="Courier New" w:hint="default"/>
      </w:rPr>
    </w:lvl>
    <w:lvl w:ilvl="8" w:tplc="A0C63D3A">
      <w:start w:val="1"/>
      <w:numFmt w:val="bullet"/>
      <w:lvlText w:val=""/>
      <w:lvlJc w:val="left"/>
      <w:pPr>
        <w:ind w:left="6480" w:hanging="360"/>
      </w:pPr>
      <w:rPr>
        <w:rFonts w:ascii="Wingdings" w:hAnsi="Wingdings" w:hint="default"/>
      </w:rPr>
    </w:lvl>
  </w:abstractNum>
  <w:abstractNum w:abstractNumId="12" w15:restartNumberingAfterBreak="0">
    <w:nsid w:val="1E2C1F83"/>
    <w:multiLevelType w:val="hybridMultilevel"/>
    <w:tmpl w:val="7BD2872E"/>
    <w:lvl w:ilvl="0" w:tplc="6DBEA004">
      <w:start w:val="1"/>
      <w:numFmt w:val="bullet"/>
      <w:lvlText w:val=""/>
      <w:lvlJc w:val="left"/>
      <w:pPr>
        <w:ind w:left="720" w:hanging="360"/>
      </w:pPr>
      <w:rPr>
        <w:rFonts w:ascii="Symbol" w:hAnsi="Symbol" w:hint="default"/>
      </w:rPr>
    </w:lvl>
    <w:lvl w:ilvl="1" w:tplc="644C2A44">
      <w:start w:val="1"/>
      <w:numFmt w:val="bullet"/>
      <w:lvlText w:val="o"/>
      <w:lvlJc w:val="left"/>
      <w:pPr>
        <w:ind w:left="1440" w:hanging="360"/>
      </w:pPr>
      <w:rPr>
        <w:rFonts w:ascii="Courier New" w:hAnsi="Courier New" w:hint="default"/>
      </w:rPr>
    </w:lvl>
    <w:lvl w:ilvl="2" w:tplc="D51C36B4">
      <w:start w:val="1"/>
      <w:numFmt w:val="bullet"/>
      <w:lvlText w:val=""/>
      <w:lvlJc w:val="left"/>
      <w:pPr>
        <w:ind w:left="2160" w:hanging="360"/>
      </w:pPr>
      <w:rPr>
        <w:rFonts w:ascii="Wingdings" w:hAnsi="Wingdings" w:hint="default"/>
      </w:rPr>
    </w:lvl>
    <w:lvl w:ilvl="3" w:tplc="FFDE7AD2">
      <w:start w:val="1"/>
      <w:numFmt w:val="bullet"/>
      <w:lvlText w:val=""/>
      <w:lvlJc w:val="left"/>
      <w:pPr>
        <w:ind w:left="2880" w:hanging="360"/>
      </w:pPr>
      <w:rPr>
        <w:rFonts w:ascii="Symbol" w:hAnsi="Symbol" w:hint="default"/>
      </w:rPr>
    </w:lvl>
    <w:lvl w:ilvl="4" w:tplc="3446F0CE">
      <w:start w:val="1"/>
      <w:numFmt w:val="bullet"/>
      <w:lvlText w:val="o"/>
      <w:lvlJc w:val="left"/>
      <w:pPr>
        <w:ind w:left="3600" w:hanging="360"/>
      </w:pPr>
      <w:rPr>
        <w:rFonts w:ascii="Courier New" w:hAnsi="Courier New" w:hint="default"/>
      </w:rPr>
    </w:lvl>
    <w:lvl w:ilvl="5" w:tplc="A656BB98">
      <w:start w:val="1"/>
      <w:numFmt w:val="bullet"/>
      <w:lvlText w:val=""/>
      <w:lvlJc w:val="left"/>
      <w:pPr>
        <w:ind w:left="4320" w:hanging="360"/>
      </w:pPr>
      <w:rPr>
        <w:rFonts w:ascii="Wingdings" w:hAnsi="Wingdings" w:hint="default"/>
      </w:rPr>
    </w:lvl>
    <w:lvl w:ilvl="6" w:tplc="5E2E9A6A">
      <w:start w:val="1"/>
      <w:numFmt w:val="bullet"/>
      <w:lvlText w:val=""/>
      <w:lvlJc w:val="left"/>
      <w:pPr>
        <w:ind w:left="5040" w:hanging="360"/>
      </w:pPr>
      <w:rPr>
        <w:rFonts w:ascii="Symbol" w:hAnsi="Symbol" w:hint="default"/>
      </w:rPr>
    </w:lvl>
    <w:lvl w:ilvl="7" w:tplc="493E4034">
      <w:start w:val="1"/>
      <w:numFmt w:val="bullet"/>
      <w:lvlText w:val="o"/>
      <w:lvlJc w:val="left"/>
      <w:pPr>
        <w:ind w:left="5760" w:hanging="360"/>
      </w:pPr>
      <w:rPr>
        <w:rFonts w:ascii="Courier New" w:hAnsi="Courier New" w:hint="default"/>
      </w:rPr>
    </w:lvl>
    <w:lvl w:ilvl="8" w:tplc="703886DC">
      <w:start w:val="1"/>
      <w:numFmt w:val="bullet"/>
      <w:lvlText w:val=""/>
      <w:lvlJc w:val="left"/>
      <w:pPr>
        <w:ind w:left="6480" w:hanging="360"/>
      </w:pPr>
      <w:rPr>
        <w:rFonts w:ascii="Wingdings" w:hAnsi="Wingdings" w:hint="default"/>
      </w:rPr>
    </w:lvl>
  </w:abstractNum>
  <w:abstractNum w:abstractNumId="13" w15:restartNumberingAfterBreak="0">
    <w:nsid w:val="2651438E"/>
    <w:multiLevelType w:val="hybridMultilevel"/>
    <w:tmpl w:val="2012A44A"/>
    <w:lvl w:ilvl="0" w:tplc="4F6C5816">
      <w:start w:val="1"/>
      <w:numFmt w:val="bullet"/>
      <w:lvlText w:val=""/>
      <w:lvlJc w:val="left"/>
      <w:pPr>
        <w:ind w:left="720" w:hanging="360"/>
      </w:pPr>
      <w:rPr>
        <w:rFonts w:ascii="Symbol" w:hAnsi="Symbol" w:hint="default"/>
      </w:rPr>
    </w:lvl>
    <w:lvl w:ilvl="1" w:tplc="D11484E4">
      <w:start w:val="1"/>
      <w:numFmt w:val="bullet"/>
      <w:lvlText w:val="o"/>
      <w:lvlJc w:val="left"/>
      <w:pPr>
        <w:ind w:left="1440" w:hanging="360"/>
      </w:pPr>
      <w:rPr>
        <w:rFonts w:ascii="Courier New" w:hAnsi="Courier New" w:hint="default"/>
      </w:rPr>
    </w:lvl>
    <w:lvl w:ilvl="2" w:tplc="7E54C4D4">
      <w:start w:val="1"/>
      <w:numFmt w:val="bullet"/>
      <w:lvlText w:val=""/>
      <w:lvlJc w:val="left"/>
      <w:pPr>
        <w:ind w:left="2160" w:hanging="360"/>
      </w:pPr>
      <w:rPr>
        <w:rFonts w:ascii="Wingdings" w:hAnsi="Wingdings" w:hint="default"/>
      </w:rPr>
    </w:lvl>
    <w:lvl w:ilvl="3" w:tplc="A6B87308">
      <w:start w:val="1"/>
      <w:numFmt w:val="bullet"/>
      <w:lvlText w:val=""/>
      <w:lvlJc w:val="left"/>
      <w:pPr>
        <w:ind w:left="2880" w:hanging="360"/>
      </w:pPr>
      <w:rPr>
        <w:rFonts w:ascii="Symbol" w:hAnsi="Symbol" w:hint="default"/>
      </w:rPr>
    </w:lvl>
    <w:lvl w:ilvl="4" w:tplc="8888645C">
      <w:start w:val="1"/>
      <w:numFmt w:val="bullet"/>
      <w:lvlText w:val="o"/>
      <w:lvlJc w:val="left"/>
      <w:pPr>
        <w:ind w:left="3600" w:hanging="360"/>
      </w:pPr>
      <w:rPr>
        <w:rFonts w:ascii="Courier New" w:hAnsi="Courier New" w:hint="default"/>
      </w:rPr>
    </w:lvl>
    <w:lvl w:ilvl="5" w:tplc="8A766720">
      <w:start w:val="1"/>
      <w:numFmt w:val="bullet"/>
      <w:lvlText w:val=""/>
      <w:lvlJc w:val="left"/>
      <w:pPr>
        <w:ind w:left="4320" w:hanging="360"/>
      </w:pPr>
      <w:rPr>
        <w:rFonts w:ascii="Wingdings" w:hAnsi="Wingdings" w:hint="default"/>
      </w:rPr>
    </w:lvl>
    <w:lvl w:ilvl="6" w:tplc="9CB8E6B2">
      <w:start w:val="1"/>
      <w:numFmt w:val="bullet"/>
      <w:lvlText w:val=""/>
      <w:lvlJc w:val="left"/>
      <w:pPr>
        <w:ind w:left="5040" w:hanging="360"/>
      </w:pPr>
      <w:rPr>
        <w:rFonts w:ascii="Symbol" w:hAnsi="Symbol" w:hint="default"/>
      </w:rPr>
    </w:lvl>
    <w:lvl w:ilvl="7" w:tplc="DB60729A">
      <w:start w:val="1"/>
      <w:numFmt w:val="bullet"/>
      <w:lvlText w:val="o"/>
      <w:lvlJc w:val="left"/>
      <w:pPr>
        <w:ind w:left="5760" w:hanging="360"/>
      </w:pPr>
      <w:rPr>
        <w:rFonts w:ascii="Courier New" w:hAnsi="Courier New" w:hint="default"/>
      </w:rPr>
    </w:lvl>
    <w:lvl w:ilvl="8" w:tplc="F752A5B6">
      <w:start w:val="1"/>
      <w:numFmt w:val="bullet"/>
      <w:lvlText w:val=""/>
      <w:lvlJc w:val="left"/>
      <w:pPr>
        <w:ind w:left="6480" w:hanging="360"/>
      </w:pPr>
      <w:rPr>
        <w:rFonts w:ascii="Wingdings" w:hAnsi="Wingdings" w:hint="default"/>
      </w:rPr>
    </w:lvl>
  </w:abstractNum>
  <w:abstractNum w:abstractNumId="14" w15:restartNumberingAfterBreak="0">
    <w:nsid w:val="3D842322"/>
    <w:multiLevelType w:val="hybridMultilevel"/>
    <w:tmpl w:val="02CCB0DC"/>
    <w:lvl w:ilvl="0" w:tplc="67D0F5B0">
      <w:start w:val="1"/>
      <w:numFmt w:val="bullet"/>
      <w:lvlText w:val=""/>
      <w:lvlJc w:val="left"/>
      <w:pPr>
        <w:ind w:left="720" w:hanging="360"/>
      </w:pPr>
      <w:rPr>
        <w:rFonts w:ascii="Symbol" w:hAnsi="Symbol" w:hint="default"/>
      </w:rPr>
    </w:lvl>
    <w:lvl w:ilvl="1" w:tplc="23BC35E4">
      <w:start w:val="1"/>
      <w:numFmt w:val="bullet"/>
      <w:lvlText w:val="o"/>
      <w:lvlJc w:val="left"/>
      <w:pPr>
        <w:ind w:left="1440" w:hanging="360"/>
      </w:pPr>
      <w:rPr>
        <w:rFonts w:ascii="Courier New" w:hAnsi="Courier New" w:hint="default"/>
      </w:rPr>
    </w:lvl>
    <w:lvl w:ilvl="2" w:tplc="DD30162C">
      <w:start w:val="1"/>
      <w:numFmt w:val="bullet"/>
      <w:lvlText w:val=""/>
      <w:lvlJc w:val="left"/>
      <w:pPr>
        <w:ind w:left="2160" w:hanging="360"/>
      </w:pPr>
      <w:rPr>
        <w:rFonts w:ascii="Wingdings" w:hAnsi="Wingdings" w:hint="default"/>
      </w:rPr>
    </w:lvl>
    <w:lvl w:ilvl="3" w:tplc="1AE07C08">
      <w:start w:val="1"/>
      <w:numFmt w:val="bullet"/>
      <w:lvlText w:val=""/>
      <w:lvlJc w:val="left"/>
      <w:pPr>
        <w:ind w:left="2880" w:hanging="360"/>
      </w:pPr>
      <w:rPr>
        <w:rFonts w:ascii="Symbol" w:hAnsi="Symbol" w:hint="default"/>
      </w:rPr>
    </w:lvl>
    <w:lvl w:ilvl="4" w:tplc="E47603E2">
      <w:start w:val="1"/>
      <w:numFmt w:val="bullet"/>
      <w:lvlText w:val="o"/>
      <w:lvlJc w:val="left"/>
      <w:pPr>
        <w:ind w:left="3600" w:hanging="360"/>
      </w:pPr>
      <w:rPr>
        <w:rFonts w:ascii="Courier New" w:hAnsi="Courier New" w:hint="default"/>
      </w:rPr>
    </w:lvl>
    <w:lvl w:ilvl="5" w:tplc="5B684140">
      <w:start w:val="1"/>
      <w:numFmt w:val="bullet"/>
      <w:lvlText w:val=""/>
      <w:lvlJc w:val="left"/>
      <w:pPr>
        <w:ind w:left="4320" w:hanging="360"/>
      </w:pPr>
      <w:rPr>
        <w:rFonts w:ascii="Wingdings" w:hAnsi="Wingdings" w:hint="default"/>
      </w:rPr>
    </w:lvl>
    <w:lvl w:ilvl="6" w:tplc="8A7C57A4">
      <w:start w:val="1"/>
      <w:numFmt w:val="bullet"/>
      <w:lvlText w:val=""/>
      <w:lvlJc w:val="left"/>
      <w:pPr>
        <w:ind w:left="5040" w:hanging="360"/>
      </w:pPr>
      <w:rPr>
        <w:rFonts w:ascii="Symbol" w:hAnsi="Symbol" w:hint="default"/>
      </w:rPr>
    </w:lvl>
    <w:lvl w:ilvl="7" w:tplc="B7081B1A">
      <w:start w:val="1"/>
      <w:numFmt w:val="bullet"/>
      <w:lvlText w:val="o"/>
      <w:lvlJc w:val="left"/>
      <w:pPr>
        <w:ind w:left="5760" w:hanging="360"/>
      </w:pPr>
      <w:rPr>
        <w:rFonts w:ascii="Courier New" w:hAnsi="Courier New" w:hint="default"/>
      </w:rPr>
    </w:lvl>
    <w:lvl w:ilvl="8" w:tplc="002CDA28">
      <w:start w:val="1"/>
      <w:numFmt w:val="bullet"/>
      <w:lvlText w:val=""/>
      <w:lvlJc w:val="left"/>
      <w:pPr>
        <w:ind w:left="6480" w:hanging="360"/>
      </w:pPr>
      <w:rPr>
        <w:rFonts w:ascii="Wingdings" w:hAnsi="Wingdings" w:hint="default"/>
      </w:rPr>
    </w:lvl>
  </w:abstractNum>
  <w:abstractNum w:abstractNumId="15" w15:restartNumberingAfterBreak="0">
    <w:nsid w:val="4D38C26B"/>
    <w:multiLevelType w:val="hybridMultilevel"/>
    <w:tmpl w:val="FD82F22C"/>
    <w:lvl w:ilvl="0" w:tplc="295C2F38">
      <w:start w:val="1"/>
      <w:numFmt w:val="bullet"/>
      <w:lvlText w:val=""/>
      <w:lvlJc w:val="left"/>
      <w:pPr>
        <w:ind w:left="720" w:hanging="360"/>
      </w:pPr>
      <w:rPr>
        <w:rFonts w:ascii="Symbol" w:hAnsi="Symbol" w:hint="default"/>
      </w:rPr>
    </w:lvl>
    <w:lvl w:ilvl="1" w:tplc="BED6990C">
      <w:start w:val="1"/>
      <w:numFmt w:val="bullet"/>
      <w:lvlText w:val="o"/>
      <w:lvlJc w:val="left"/>
      <w:pPr>
        <w:ind w:left="1440" w:hanging="360"/>
      </w:pPr>
      <w:rPr>
        <w:rFonts w:ascii="Courier New" w:hAnsi="Courier New" w:hint="default"/>
      </w:rPr>
    </w:lvl>
    <w:lvl w:ilvl="2" w:tplc="090A17A6">
      <w:start w:val="1"/>
      <w:numFmt w:val="bullet"/>
      <w:lvlText w:val=""/>
      <w:lvlJc w:val="left"/>
      <w:pPr>
        <w:ind w:left="2160" w:hanging="360"/>
      </w:pPr>
      <w:rPr>
        <w:rFonts w:ascii="Wingdings" w:hAnsi="Wingdings" w:hint="default"/>
      </w:rPr>
    </w:lvl>
    <w:lvl w:ilvl="3" w:tplc="B01EE1DC">
      <w:start w:val="1"/>
      <w:numFmt w:val="bullet"/>
      <w:lvlText w:val=""/>
      <w:lvlJc w:val="left"/>
      <w:pPr>
        <w:ind w:left="2880" w:hanging="360"/>
      </w:pPr>
      <w:rPr>
        <w:rFonts w:ascii="Symbol" w:hAnsi="Symbol" w:hint="default"/>
      </w:rPr>
    </w:lvl>
    <w:lvl w:ilvl="4" w:tplc="7570DF58">
      <w:start w:val="1"/>
      <w:numFmt w:val="bullet"/>
      <w:lvlText w:val="o"/>
      <w:lvlJc w:val="left"/>
      <w:pPr>
        <w:ind w:left="3600" w:hanging="360"/>
      </w:pPr>
      <w:rPr>
        <w:rFonts w:ascii="Courier New" w:hAnsi="Courier New" w:hint="default"/>
      </w:rPr>
    </w:lvl>
    <w:lvl w:ilvl="5" w:tplc="AC84E90C">
      <w:start w:val="1"/>
      <w:numFmt w:val="bullet"/>
      <w:lvlText w:val=""/>
      <w:lvlJc w:val="left"/>
      <w:pPr>
        <w:ind w:left="4320" w:hanging="360"/>
      </w:pPr>
      <w:rPr>
        <w:rFonts w:ascii="Wingdings" w:hAnsi="Wingdings" w:hint="default"/>
      </w:rPr>
    </w:lvl>
    <w:lvl w:ilvl="6" w:tplc="055C0CC0">
      <w:start w:val="1"/>
      <w:numFmt w:val="bullet"/>
      <w:lvlText w:val=""/>
      <w:lvlJc w:val="left"/>
      <w:pPr>
        <w:ind w:left="5040" w:hanging="360"/>
      </w:pPr>
      <w:rPr>
        <w:rFonts w:ascii="Symbol" w:hAnsi="Symbol" w:hint="default"/>
      </w:rPr>
    </w:lvl>
    <w:lvl w:ilvl="7" w:tplc="8966818E">
      <w:start w:val="1"/>
      <w:numFmt w:val="bullet"/>
      <w:lvlText w:val="o"/>
      <w:lvlJc w:val="left"/>
      <w:pPr>
        <w:ind w:left="5760" w:hanging="360"/>
      </w:pPr>
      <w:rPr>
        <w:rFonts w:ascii="Courier New" w:hAnsi="Courier New" w:hint="default"/>
      </w:rPr>
    </w:lvl>
    <w:lvl w:ilvl="8" w:tplc="8F2C0254">
      <w:start w:val="1"/>
      <w:numFmt w:val="bullet"/>
      <w:lvlText w:val=""/>
      <w:lvlJc w:val="left"/>
      <w:pPr>
        <w:ind w:left="6480" w:hanging="360"/>
      </w:pPr>
      <w:rPr>
        <w:rFonts w:ascii="Wingdings" w:hAnsi="Wingdings" w:hint="default"/>
      </w:rPr>
    </w:lvl>
  </w:abstractNum>
  <w:abstractNum w:abstractNumId="16" w15:restartNumberingAfterBreak="0">
    <w:nsid w:val="5249CE02"/>
    <w:multiLevelType w:val="hybridMultilevel"/>
    <w:tmpl w:val="0AE8E53C"/>
    <w:lvl w:ilvl="0" w:tplc="C3485A4E">
      <w:start w:val="1"/>
      <w:numFmt w:val="bullet"/>
      <w:lvlText w:val=""/>
      <w:lvlJc w:val="left"/>
      <w:pPr>
        <w:ind w:left="720" w:hanging="360"/>
      </w:pPr>
      <w:rPr>
        <w:rFonts w:ascii="Symbol" w:hAnsi="Symbol" w:hint="default"/>
      </w:rPr>
    </w:lvl>
    <w:lvl w:ilvl="1" w:tplc="F1DC2E8A">
      <w:start w:val="1"/>
      <w:numFmt w:val="bullet"/>
      <w:lvlText w:val="o"/>
      <w:lvlJc w:val="left"/>
      <w:pPr>
        <w:ind w:left="1440" w:hanging="360"/>
      </w:pPr>
      <w:rPr>
        <w:rFonts w:ascii="Courier New" w:hAnsi="Courier New" w:hint="default"/>
      </w:rPr>
    </w:lvl>
    <w:lvl w:ilvl="2" w:tplc="CBDA0E04">
      <w:start w:val="1"/>
      <w:numFmt w:val="bullet"/>
      <w:lvlText w:val=""/>
      <w:lvlJc w:val="left"/>
      <w:pPr>
        <w:ind w:left="2160" w:hanging="360"/>
      </w:pPr>
      <w:rPr>
        <w:rFonts w:ascii="Wingdings" w:hAnsi="Wingdings" w:hint="default"/>
      </w:rPr>
    </w:lvl>
    <w:lvl w:ilvl="3" w:tplc="00483A70">
      <w:start w:val="1"/>
      <w:numFmt w:val="bullet"/>
      <w:lvlText w:val=""/>
      <w:lvlJc w:val="left"/>
      <w:pPr>
        <w:ind w:left="2880" w:hanging="360"/>
      </w:pPr>
      <w:rPr>
        <w:rFonts w:ascii="Symbol" w:hAnsi="Symbol" w:hint="default"/>
      </w:rPr>
    </w:lvl>
    <w:lvl w:ilvl="4" w:tplc="315287E0">
      <w:start w:val="1"/>
      <w:numFmt w:val="bullet"/>
      <w:lvlText w:val="o"/>
      <w:lvlJc w:val="left"/>
      <w:pPr>
        <w:ind w:left="3600" w:hanging="360"/>
      </w:pPr>
      <w:rPr>
        <w:rFonts w:ascii="Courier New" w:hAnsi="Courier New" w:hint="default"/>
      </w:rPr>
    </w:lvl>
    <w:lvl w:ilvl="5" w:tplc="0FAC76FE">
      <w:start w:val="1"/>
      <w:numFmt w:val="bullet"/>
      <w:lvlText w:val=""/>
      <w:lvlJc w:val="left"/>
      <w:pPr>
        <w:ind w:left="4320" w:hanging="360"/>
      </w:pPr>
      <w:rPr>
        <w:rFonts w:ascii="Wingdings" w:hAnsi="Wingdings" w:hint="default"/>
      </w:rPr>
    </w:lvl>
    <w:lvl w:ilvl="6" w:tplc="6F2AFF74">
      <w:start w:val="1"/>
      <w:numFmt w:val="bullet"/>
      <w:lvlText w:val=""/>
      <w:lvlJc w:val="left"/>
      <w:pPr>
        <w:ind w:left="5040" w:hanging="360"/>
      </w:pPr>
      <w:rPr>
        <w:rFonts w:ascii="Symbol" w:hAnsi="Symbol" w:hint="default"/>
      </w:rPr>
    </w:lvl>
    <w:lvl w:ilvl="7" w:tplc="BCE67E72">
      <w:start w:val="1"/>
      <w:numFmt w:val="bullet"/>
      <w:lvlText w:val="o"/>
      <w:lvlJc w:val="left"/>
      <w:pPr>
        <w:ind w:left="5760" w:hanging="360"/>
      </w:pPr>
      <w:rPr>
        <w:rFonts w:ascii="Courier New" w:hAnsi="Courier New" w:hint="default"/>
      </w:rPr>
    </w:lvl>
    <w:lvl w:ilvl="8" w:tplc="4BA4470A">
      <w:start w:val="1"/>
      <w:numFmt w:val="bullet"/>
      <w:lvlText w:val=""/>
      <w:lvlJc w:val="left"/>
      <w:pPr>
        <w:ind w:left="6480" w:hanging="360"/>
      </w:pPr>
      <w:rPr>
        <w:rFonts w:ascii="Wingdings" w:hAnsi="Wingdings" w:hint="default"/>
      </w:rPr>
    </w:lvl>
  </w:abstractNum>
  <w:abstractNum w:abstractNumId="17" w15:restartNumberingAfterBreak="0">
    <w:nsid w:val="6342BD65"/>
    <w:multiLevelType w:val="hybridMultilevel"/>
    <w:tmpl w:val="B4F256E4"/>
    <w:lvl w:ilvl="0" w:tplc="BE8A6150">
      <w:start w:val="1"/>
      <w:numFmt w:val="bullet"/>
      <w:lvlText w:val=""/>
      <w:lvlJc w:val="left"/>
      <w:pPr>
        <w:ind w:left="720" w:hanging="360"/>
      </w:pPr>
      <w:rPr>
        <w:rFonts w:ascii="Symbol" w:hAnsi="Symbol" w:hint="default"/>
      </w:rPr>
    </w:lvl>
    <w:lvl w:ilvl="1" w:tplc="914EF312">
      <w:start w:val="1"/>
      <w:numFmt w:val="bullet"/>
      <w:lvlText w:val="o"/>
      <w:lvlJc w:val="left"/>
      <w:pPr>
        <w:ind w:left="1440" w:hanging="360"/>
      </w:pPr>
      <w:rPr>
        <w:rFonts w:ascii="Courier New" w:hAnsi="Courier New" w:hint="default"/>
      </w:rPr>
    </w:lvl>
    <w:lvl w:ilvl="2" w:tplc="9C2494EC">
      <w:start w:val="1"/>
      <w:numFmt w:val="bullet"/>
      <w:lvlText w:val=""/>
      <w:lvlJc w:val="left"/>
      <w:pPr>
        <w:ind w:left="2160" w:hanging="360"/>
      </w:pPr>
      <w:rPr>
        <w:rFonts w:ascii="Wingdings" w:hAnsi="Wingdings" w:hint="default"/>
      </w:rPr>
    </w:lvl>
    <w:lvl w:ilvl="3" w:tplc="87180D3E">
      <w:start w:val="1"/>
      <w:numFmt w:val="bullet"/>
      <w:lvlText w:val=""/>
      <w:lvlJc w:val="left"/>
      <w:pPr>
        <w:ind w:left="2880" w:hanging="360"/>
      </w:pPr>
      <w:rPr>
        <w:rFonts w:ascii="Symbol" w:hAnsi="Symbol" w:hint="default"/>
      </w:rPr>
    </w:lvl>
    <w:lvl w:ilvl="4" w:tplc="890E404A">
      <w:start w:val="1"/>
      <w:numFmt w:val="bullet"/>
      <w:lvlText w:val="o"/>
      <w:lvlJc w:val="left"/>
      <w:pPr>
        <w:ind w:left="3600" w:hanging="360"/>
      </w:pPr>
      <w:rPr>
        <w:rFonts w:ascii="Courier New" w:hAnsi="Courier New" w:hint="default"/>
      </w:rPr>
    </w:lvl>
    <w:lvl w:ilvl="5" w:tplc="A41AF0B0">
      <w:start w:val="1"/>
      <w:numFmt w:val="bullet"/>
      <w:lvlText w:val=""/>
      <w:lvlJc w:val="left"/>
      <w:pPr>
        <w:ind w:left="4320" w:hanging="360"/>
      </w:pPr>
      <w:rPr>
        <w:rFonts w:ascii="Wingdings" w:hAnsi="Wingdings" w:hint="default"/>
      </w:rPr>
    </w:lvl>
    <w:lvl w:ilvl="6" w:tplc="3D20446C">
      <w:start w:val="1"/>
      <w:numFmt w:val="bullet"/>
      <w:lvlText w:val=""/>
      <w:lvlJc w:val="left"/>
      <w:pPr>
        <w:ind w:left="5040" w:hanging="360"/>
      </w:pPr>
      <w:rPr>
        <w:rFonts w:ascii="Symbol" w:hAnsi="Symbol" w:hint="default"/>
      </w:rPr>
    </w:lvl>
    <w:lvl w:ilvl="7" w:tplc="6AE65470">
      <w:start w:val="1"/>
      <w:numFmt w:val="bullet"/>
      <w:lvlText w:val="o"/>
      <w:lvlJc w:val="left"/>
      <w:pPr>
        <w:ind w:left="5760" w:hanging="360"/>
      </w:pPr>
      <w:rPr>
        <w:rFonts w:ascii="Courier New" w:hAnsi="Courier New" w:hint="default"/>
      </w:rPr>
    </w:lvl>
    <w:lvl w:ilvl="8" w:tplc="AAA03D76">
      <w:start w:val="1"/>
      <w:numFmt w:val="bullet"/>
      <w:lvlText w:val=""/>
      <w:lvlJc w:val="left"/>
      <w:pPr>
        <w:ind w:left="6480" w:hanging="360"/>
      </w:pPr>
      <w:rPr>
        <w:rFonts w:ascii="Wingdings" w:hAnsi="Wingdings" w:hint="default"/>
      </w:rPr>
    </w:lvl>
  </w:abstractNum>
  <w:abstractNum w:abstractNumId="18" w15:restartNumberingAfterBreak="0">
    <w:nsid w:val="6C6E0438"/>
    <w:multiLevelType w:val="hybridMultilevel"/>
    <w:tmpl w:val="2CCE45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C8D4AF"/>
    <w:multiLevelType w:val="hybridMultilevel"/>
    <w:tmpl w:val="115EA564"/>
    <w:lvl w:ilvl="0" w:tplc="94F40274">
      <w:start w:val="1"/>
      <w:numFmt w:val="bullet"/>
      <w:lvlText w:val=""/>
      <w:lvlJc w:val="left"/>
      <w:pPr>
        <w:ind w:left="720" w:hanging="360"/>
      </w:pPr>
      <w:rPr>
        <w:rFonts w:ascii="Symbol" w:hAnsi="Symbol" w:hint="default"/>
      </w:rPr>
    </w:lvl>
    <w:lvl w:ilvl="1" w:tplc="9D924F7A">
      <w:start w:val="1"/>
      <w:numFmt w:val="bullet"/>
      <w:lvlText w:val="o"/>
      <w:lvlJc w:val="left"/>
      <w:pPr>
        <w:ind w:left="1440" w:hanging="360"/>
      </w:pPr>
      <w:rPr>
        <w:rFonts w:ascii="Courier New" w:hAnsi="Courier New" w:hint="default"/>
      </w:rPr>
    </w:lvl>
    <w:lvl w:ilvl="2" w:tplc="6B0C0280">
      <w:start w:val="1"/>
      <w:numFmt w:val="bullet"/>
      <w:lvlText w:val=""/>
      <w:lvlJc w:val="left"/>
      <w:pPr>
        <w:ind w:left="2160" w:hanging="360"/>
      </w:pPr>
      <w:rPr>
        <w:rFonts w:ascii="Wingdings" w:hAnsi="Wingdings" w:hint="default"/>
      </w:rPr>
    </w:lvl>
    <w:lvl w:ilvl="3" w:tplc="5C3605E0">
      <w:start w:val="1"/>
      <w:numFmt w:val="bullet"/>
      <w:lvlText w:val=""/>
      <w:lvlJc w:val="left"/>
      <w:pPr>
        <w:ind w:left="2880" w:hanging="360"/>
      </w:pPr>
      <w:rPr>
        <w:rFonts w:ascii="Symbol" w:hAnsi="Symbol" w:hint="default"/>
      </w:rPr>
    </w:lvl>
    <w:lvl w:ilvl="4" w:tplc="B17425F4">
      <w:start w:val="1"/>
      <w:numFmt w:val="bullet"/>
      <w:lvlText w:val="o"/>
      <w:lvlJc w:val="left"/>
      <w:pPr>
        <w:ind w:left="3600" w:hanging="360"/>
      </w:pPr>
      <w:rPr>
        <w:rFonts w:ascii="Courier New" w:hAnsi="Courier New" w:hint="default"/>
      </w:rPr>
    </w:lvl>
    <w:lvl w:ilvl="5" w:tplc="77FEECCE">
      <w:start w:val="1"/>
      <w:numFmt w:val="bullet"/>
      <w:lvlText w:val=""/>
      <w:lvlJc w:val="left"/>
      <w:pPr>
        <w:ind w:left="4320" w:hanging="360"/>
      </w:pPr>
      <w:rPr>
        <w:rFonts w:ascii="Wingdings" w:hAnsi="Wingdings" w:hint="default"/>
      </w:rPr>
    </w:lvl>
    <w:lvl w:ilvl="6" w:tplc="5616F640">
      <w:start w:val="1"/>
      <w:numFmt w:val="bullet"/>
      <w:lvlText w:val=""/>
      <w:lvlJc w:val="left"/>
      <w:pPr>
        <w:ind w:left="5040" w:hanging="360"/>
      </w:pPr>
      <w:rPr>
        <w:rFonts w:ascii="Symbol" w:hAnsi="Symbol" w:hint="default"/>
      </w:rPr>
    </w:lvl>
    <w:lvl w:ilvl="7" w:tplc="82242692">
      <w:start w:val="1"/>
      <w:numFmt w:val="bullet"/>
      <w:lvlText w:val="o"/>
      <w:lvlJc w:val="left"/>
      <w:pPr>
        <w:ind w:left="5760" w:hanging="360"/>
      </w:pPr>
      <w:rPr>
        <w:rFonts w:ascii="Courier New" w:hAnsi="Courier New" w:hint="default"/>
      </w:rPr>
    </w:lvl>
    <w:lvl w:ilvl="8" w:tplc="FE1C051C">
      <w:start w:val="1"/>
      <w:numFmt w:val="bullet"/>
      <w:lvlText w:val=""/>
      <w:lvlJc w:val="left"/>
      <w:pPr>
        <w:ind w:left="6480" w:hanging="360"/>
      </w:pPr>
      <w:rPr>
        <w:rFonts w:ascii="Wingdings" w:hAnsi="Wingdings" w:hint="default"/>
      </w:rPr>
    </w:lvl>
  </w:abstractNum>
  <w:num w:numId="1" w16cid:durableId="697894855">
    <w:abstractNumId w:val="10"/>
  </w:num>
  <w:num w:numId="2" w16cid:durableId="1685084344">
    <w:abstractNumId w:val="16"/>
  </w:num>
  <w:num w:numId="3" w16cid:durableId="1247150552">
    <w:abstractNumId w:val="14"/>
  </w:num>
  <w:num w:numId="4" w16cid:durableId="1782187966">
    <w:abstractNumId w:val="15"/>
  </w:num>
  <w:num w:numId="5" w16cid:durableId="2032951483">
    <w:abstractNumId w:val="11"/>
  </w:num>
  <w:num w:numId="6" w16cid:durableId="153693343">
    <w:abstractNumId w:val="17"/>
  </w:num>
  <w:num w:numId="7" w16cid:durableId="1646550339">
    <w:abstractNumId w:val="12"/>
  </w:num>
  <w:num w:numId="8" w16cid:durableId="676156792">
    <w:abstractNumId w:val="13"/>
  </w:num>
  <w:num w:numId="9" w16cid:durableId="1897619196">
    <w:abstractNumId w:val="19"/>
  </w:num>
  <w:num w:numId="10" w16cid:durableId="1876306217">
    <w:abstractNumId w:val="9"/>
  </w:num>
  <w:num w:numId="11" w16cid:durableId="1025210991">
    <w:abstractNumId w:val="5"/>
  </w:num>
  <w:num w:numId="12" w16cid:durableId="1034231460">
    <w:abstractNumId w:val="1"/>
  </w:num>
  <w:num w:numId="13" w16cid:durableId="1154683843">
    <w:abstractNumId w:val="4"/>
  </w:num>
  <w:num w:numId="14" w16cid:durableId="314720848">
    <w:abstractNumId w:val="6"/>
  </w:num>
  <w:num w:numId="15" w16cid:durableId="461777943">
    <w:abstractNumId w:val="7"/>
  </w:num>
  <w:num w:numId="16" w16cid:durableId="606080213">
    <w:abstractNumId w:val="2"/>
  </w:num>
  <w:num w:numId="17" w16cid:durableId="640043888">
    <w:abstractNumId w:val="3"/>
  </w:num>
  <w:num w:numId="18" w16cid:durableId="830413564">
    <w:abstractNumId w:val="0"/>
  </w:num>
  <w:num w:numId="19" w16cid:durableId="948002552">
    <w:abstractNumId w:val="8"/>
  </w:num>
  <w:num w:numId="20" w16cid:durableId="7615319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3F5"/>
    <w:rsid w:val="00034616"/>
    <w:rsid w:val="00036B87"/>
    <w:rsid w:val="0006063C"/>
    <w:rsid w:val="000C49E3"/>
    <w:rsid w:val="0012500C"/>
    <w:rsid w:val="0015074B"/>
    <w:rsid w:val="00163CF5"/>
    <w:rsid w:val="0017102D"/>
    <w:rsid w:val="00176ED1"/>
    <w:rsid w:val="00197D4A"/>
    <w:rsid w:val="001A4E91"/>
    <w:rsid w:val="001C072F"/>
    <w:rsid w:val="002054B3"/>
    <w:rsid w:val="00264C48"/>
    <w:rsid w:val="00284D82"/>
    <w:rsid w:val="0029639D"/>
    <w:rsid w:val="002B76FE"/>
    <w:rsid w:val="002C5792"/>
    <w:rsid w:val="002E779C"/>
    <w:rsid w:val="00310457"/>
    <w:rsid w:val="00326F90"/>
    <w:rsid w:val="00343944"/>
    <w:rsid w:val="00384C07"/>
    <w:rsid w:val="00396C37"/>
    <w:rsid w:val="003B4597"/>
    <w:rsid w:val="00401DDE"/>
    <w:rsid w:val="004637A7"/>
    <w:rsid w:val="00487981"/>
    <w:rsid w:val="004909F5"/>
    <w:rsid w:val="004D59E3"/>
    <w:rsid w:val="004D5A6C"/>
    <w:rsid w:val="004D7B39"/>
    <w:rsid w:val="00554FC3"/>
    <w:rsid w:val="005A6328"/>
    <w:rsid w:val="005C5286"/>
    <w:rsid w:val="0063622A"/>
    <w:rsid w:val="006417D8"/>
    <w:rsid w:val="006B059D"/>
    <w:rsid w:val="006D710E"/>
    <w:rsid w:val="006D7F69"/>
    <w:rsid w:val="00741BA9"/>
    <w:rsid w:val="007E6975"/>
    <w:rsid w:val="00801C7D"/>
    <w:rsid w:val="00876389"/>
    <w:rsid w:val="008A6B23"/>
    <w:rsid w:val="008B4B9D"/>
    <w:rsid w:val="0090238B"/>
    <w:rsid w:val="00903253"/>
    <w:rsid w:val="009127B5"/>
    <w:rsid w:val="00936385"/>
    <w:rsid w:val="009611D8"/>
    <w:rsid w:val="00986640"/>
    <w:rsid w:val="009A19BF"/>
    <w:rsid w:val="009A5BC9"/>
    <w:rsid w:val="009A77A6"/>
    <w:rsid w:val="009F3AC6"/>
    <w:rsid w:val="00A407C0"/>
    <w:rsid w:val="00AA1D8D"/>
    <w:rsid w:val="00AC0EB1"/>
    <w:rsid w:val="00B34293"/>
    <w:rsid w:val="00B47730"/>
    <w:rsid w:val="00B622DB"/>
    <w:rsid w:val="00B63EC8"/>
    <w:rsid w:val="00C406A3"/>
    <w:rsid w:val="00CA72F1"/>
    <w:rsid w:val="00CB0664"/>
    <w:rsid w:val="00CF648B"/>
    <w:rsid w:val="00D24A3E"/>
    <w:rsid w:val="00D61777"/>
    <w:rsid w:val="00D879DF"/>
    <w:rsid w:val="00D92A8F"/>
    <w:rsid w:val="00DB0165"/>
    <w:rsid w:val="00DB321A"/>
    <w:rsid w:val="00DC0437"/>
    <w:rsid w:val="00DC629C"/>
    <w:rsid w:val="00E324B3"/>
    <w:rsid w:val="00E5E8ED"/>
    <w:rsid w:val="00F00A8A"/>
    <w:rsid w:val="00F2743A"/>
    <w:rsid w:val="00F34484"/>
    <w:rsid w:val="00F37F2A"/>
    <w:rsid w:val="00F8459F"/>
    <w:rsid w:val="00FC693F"/>
    <w:rsid w:val="00FE0C46"/>
    <w:rsid w:val="01C9DF74"/>
    <w:rsid w:val="01DDCBF1"/>
    <w:rsid w:val="01FF7788"/>
    <w:rsid w:val="0401B485"/>
    <w:rsid w:val="04A0CF53"/>
    <w:rsid w:val="04A30BF5"/>
    <w:rsid w:val="04EB4B8A"/>
    <w:rsid w:val="06815B54"/>
    <w:rsid w:val="0733D1F0"/>
    <w:rsid w:val="076139CB"/>
    <w:rsid w:val="07918B2D"/>
    <w:rsid w:val="079E254E"/>
    <w:rsid w:val="0827A3FD"/>
    <w:rsid w:val="08E786A4"/>
    <w:rsid w:val="09AF46E9"/>
    <w:rsid w:val="0A757EF4"/>
    <w:rsid w:val="0B3FCA80"/>
    <w:rsid w:val="0B6AC276"/>
    <w:rsid w:val="0CA17B4D"/>
    <w:rsid w:val="0D69B476"/>
    <w:rsid w:val="0E0B2D8C"/>
    <w:rsid w:val="0EC274A6"/>
    <w:rsid w:val="0F3E9B6D"/>
    <w:rsid w:val="0FE75AE6"/>
    <w:rsid w:val="101E7EA2"/>
    <w:rsid w:val="11679F93"/>
    <w:rsid w:val="116DA247"/>
    <w:rsid w:val="11D69E31"/>
    <w:rsid w:val="12026497"/>
    <w:rsid w:val="12984992"/>
    <w:rsid w:val="130F7424"/>
    <w:rsid w:val="132D9D11"/>
    <w:rsid w:val="13F1FC16"/>
    <w:rsid w:val="14C248F9"/>
    <w:rsid w:val="15A94643"/>
    <w:rsid w:val="16B3C491"/>
    <w:rsid w:val="16FF0ADD"/>
    <w:rsid w:val="17C126FE"/>
    <w:rsid w:val="17FD0D3F"/>
    <w:rsid w:val="1A23DD4F"/>
    <w:rsid w:val="1AA37D6B"/>
    <w:rsid w:val="1AB5EDCD"/>
    <w:rsid w:val="1AFA1D20"/>
    <w:rsid w:val="1B677B44"/>
    <w:rsid w:val="1BCE9C7D"/>
    <w:rsid w:val="1C396CE4"/>
    <w:rsid w:val="1E562961"/>
    <w:rsid w:val="1F2AF0E1"/>
    <w:rsid w:val="207C565F"/>
    <w:rsid w:val="20BDE663"/>
    <w:rsid w:val="21A7AF34"/>
    <w:rsid w:val="21EB38BD"/>
    <w:rsid w:val="221A60E2"/>
    <w:rsid w:val="22A118FD"/>
    <w:rsid w:val="234C0E14"/>
    <w:rsid w:val="23A490E6"/>
    <w:rsid w:val="24A1BF84"/>
    <w:rsid w:val="25078651"/>
    <w:rsid w:val="25429444"/>
    <w:rsid w:val="25A21460"/>
    <w:rsid w:val="25D93A73"/>
    <w:rsid w:val="26EF283E"/>
    <w:rsid w:val="28843C14"/>
    <w:rsid w:val="28B1BD14"/>
    <w:rsid w:val="28DEBC17"/>
    <w:rsid w:val="29892BCE"/>
    <w:rsid w:val="298FE48A"/>
    <w:rsid w:val="29B2D129"/>
    <w:rsid w:val="29BE5DFB"/>
    <w:rsid w:val="29D4D5B5"/>
    <w:rsid w:val="2BCA7865"/>
    <w:rsid w:val="2C1FE484"/>
    <w:rsid w:val="2D79AA27"/>
    <w:rsid w:val="2EB80B06"/>
    <w:rsid w:val="2F6387FC"/>
    <w:rsid w:val="2FC3A388"/>
    <w:rsid w:val="303316B4"/>
    <w:rsid w:val="308C5763"/>
    <w:rsid w:val="320E77B2"/>
    <w:rsid w:val="321C6976"/>
    <w:rsid w:val="328C74C2"/>
    <w:rsid w:val="32AFCF4A"/>
    <w:rsid w:val="33722DB3"/>
    <w:rsid w:val="3373E81D"/>
    <w:rsid w:val="33D127F8"/>
    <w:rsid w:val="33DA5CE5"/>
    <w:rsid w:val="3443A52E"/>
    <w:rsid w:val="35C51DF9"/>
    <w:rsid w:val="36CC93D1"/>
    <w:rsid w:val="36FDABA9"/>
    <w:rsid w:val="370C8FC7"/>
    <w:rsid w:val="395C151E"/>
    <w:rsid w:val="3A1C530A"/>
    <w:rsid w:val="3AB6485F"/>
    <w:rsid w:val="3B66DFB0"/>
    <w:rsid w:val="3CCF28F5"/>
    <w:rsid w:val="3ECACC6A"/>
    <w:rsid w:val="3F51EFF0"/>
    <w:rsid w:val="3F9B9FB5"/>
    <w:rsid w:val="401D4E06"/>
    <w:rsid w:val="404DC74A"/>
    <w:rsid w:val="40DF607A"/>
    <w:rsid w:val="41AE233F"/>
    <w:rsid w:val="41C5D4A6"/>
    <w:rsid w:val="4258DB6E"/>
    <w:rsid w:val="437BC99B"/>
    <w:rsid w:val="43A33EEE"/>
    <w:rsid w:val="44BAFCE6"/>
    <w:rsid w:val="466D8BE0"/>
    <w:rsid w:val="46AA4338"/>
    <w:rsid w:val="4940B131"/>
    <w:rsid w:val="4947C53F"/>
    <w:rsid w:val="4A32AAFC"/>
    <w:rsid w:val="4D0F6964"/>
    <w:rsid w:val="4D952779"/>
    <w:rsid w:val="4DE91180"/>
    <w:rsid w:val="4E0D8C5C"/>
    <w:rsid w:val="4EE25D66"/>
    <w:rsid w:val="4EE803E2"/>
    <w:rsid w:val="4F76FF56"/>
    <w:rsid w:val="4F84C81D"/>
    <w:rsid w:val="5073D694"/>
    <w:rsid w:val="507EB8CA"/>
    <w:rsid w:val="50CE9526"/>
    <w:rsid w:val="50D85236"/>
    <w:rsid w:val="50F7D97F"/>
    <w:rsid w:val="5108E578"/>
    <w:rsid w:val="51AEC22F"/>
    <w:rsid w:val="526DB7C4"/>
    <w:rsid w:val="52D680A9"/>
    <w:rsid w:val="52F5152A"/>
    <w:rsid w:val="542FF2A0"/>
    <w:rsid w:val="55400C3B"/>
    <w:rsid w:val="5585F02F"/>
    <w:rsid w:val="55A46855"/>
    <w:rsid w:val="55CE6464"/>
    <w:rsid w:val="55DAEC12"/>
    <w:rsid w:val="567AE7AB"/>
    <w:rsid w:val="56EAF618"/>
    <w:rsid w:val="57410230"/>
    <w:rsid w:val="57AAC996"/>
    <w:rsid w:val="57F2FD71"/>
    <w:rsid w:val="5801C439"/>
    <w:rsid w:val="5816CB99"/>
    <w:rsid w:val="58D494A6"/>
    <w:rsid w:val="58D62EEF"/>
    <w:rsid w:val="59496FC4"/>
    <w:rsid w:val="5B869AE9"/>
    <w:rsid w:val="5BCE2D4A"/>
    <w:rsid w:val="5C09367A"/>
    <w:rsid w:val="5C3504FC"/>
    <w:rsid w:val="5C70DDE6"/>
    <w:rsid w:val="5CA90785"/>
    <w:rsid w:val="5D1E0348"/>
    <w:rsid w:val="5D29FD70"/>
    <w:rsid w:val="609D24A0"/>
    <w:rsid w:val="61816BBF"/>
    <w:rsid w:val="61E274A4"/>
    <w:rsid w:val="61F8660C"/>
    <w:rsid w:val="629958E2"/>
    <w:rsid w:val="62A7561B"/>
    <w:rsid w:val="6348E048"/>
    <w:rsid w:val="650A679B"/>
    <w:rsid w:val="6764C63C"/>
    <w:rsid w:val="6771A950"/>
    <w:rsid w:val="67D5B91C"/>
    <w:rsid w:val="6830A729"/>
    <w:rsid w:val="68EC88EC"/>
    <w:rsid w:val="69B481F6"/>
    <w:rsid w:val="6A6B0BCD"/>
    <w:rsid w:val="6ABCAE31"/>
    <w:rsid w:val="6B13AFB4"/>
    <w:rsid w:val="6BBD0937"/>
    <w:rsid w:val="6C7D987E"/>
    <w:rsid w:val="6CFBBD37"/>
    <w:rsid w:val="6D17DF71"/>
    <w:rsid w:val="6D4AF189"/>
    <w:rsid w:val="6D6BF244"/>
    <w:rsid w:val="6E7F1496"/>
    <w:rsid w:val="6F2DCA09"/>
    <w:rsid w:val="6FBF803C"/>
    <w:rsid w:val="6FD06E31"/>
    <w:rsid w:val="701762CF"/>
    <w:rsid w:val="703988AF"/>
    <w:rsid w:val="7041137D"/>
    <w:rsid w:val="7214D00B"/>
    <w:rsid w:val="725ADC84"/>
    <w:rsid w:val="72D98808"/>
    <w:rsid w:val="72DA18AC"/>
    <w:rsid w:val="737BE5E7"/>
    <w:rsid w:val="73947E00"/>
    <w:rsid w:val="73AD1127"/>
    <w:rsid w:val="766D1AC1"/>
    <w:rsid w:val="76CA788B"/>
    <w:rsid w:val="77AC2A70"/>
    <w:rsid w:val="77F04DC3"/>
    <w:rsid w:val="78A28CC0"/>
    <w:rsid w:val="791F254F"/>
    <w:rsid w:val="79904713"/>
    <w:rsid w:val="79DEE720"/>
    <w:rsid w:val="7A28EFE1"/>
    <w:rsid w:val="7A5198BA"/>
    <w:rsid w:val="7A5352C1"/>
    <w:rsid w:val="7B2B2066"/>
    <w:rsid w:val="7B84734E"/>
    <w:rsid w:val="7BB14BCE"/>
    <w:rsid w:val="7C1391D9"/>
    <w:rsid w:val="7C5BE92A"/>
    <w:rsid w:val="7C931400"/>
    <w:rsid w:val="7CCEFF0D"/>
    <w:rsid w:val="7D5C4B85"/>
    <w:rsid w:val="7D9B7574"/>
    <w:rsid w:val="7DCD6E61"/>
    <w:rsid w:val="7DDD2308"/>
    <w:rsid w:val="7E035450"/>
    <w:rsid w:val="7F0DC217"/>
    <w:rsid w:val="7F211E71"/>
    <w:rsid w:val="7F3E0573"/>
    <w:rsid w:val="7F863D36"/>
    <w:rsid w:val="7F9CF6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50E32B7B-DCD2-4730-B578-5F329985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14"/>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15"/>
      </w:numPr>
      <w:contextualSpacing/>
    </w:pPr>
  </w:style>
  <w:style w:type="paragraph" w:styleId="ListNumber2">
    <w:name w:val="List Number 2"/>
    <w:basedOn w:val="Normal"/>
    <w:uiPriority w:val="99"/>
    <w:unhideWhenUsed/>
    <w:rsid w:val="0029639D"/>
    <w:pPr>
      <w:numPr>
        <w:numId w:val="17"/>
      </w:numPr>
      <w:contextualSpacing/>
    </w:pPr>
  </w:style>
  <w:style w:type="paragraph" w:styleId="ListNumber3">
    <w:name w:val="List Number 3"/>
    <w:basedOn w:val="Normal"/>
    <w:uiPriority w:val="99"/>
    <w:unhideWhenUsed/>
    <w:rsid w:val="0029639D"/>
    <w:pPr>
      <w:numPr>
        <w:numId w:val="1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176ED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cbc953-01f0-460b-87bd-bb4171386162" xsi:nil="true"/>
    <lcf76f155ced4ddcb4097134ff3c332f xmlns="cc581cd2-c524-485c-ad43-e0508811837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96F1EF16152B4ABAB7A366295D5EEE" ma:contentTypeVersion="15" ma:contentTypeDescription="Create a new document." ma:contentTypeScope="" ma:versionID="50af66e1f6882f4df5090889346a2bc7">
  <xsd:schema xmlns:xsd="http://www.w3.org/2001/XMLSchema" xmlns:xs="http://www.w3.org/2001/XMLSchema" xmlns:p="http://schemas.microsoft.com/office/2006/metadata/properties" xmlns:ns2="cc581cd2-c524-485c-ad43-e05088118373" xmlns:ns3="6ecbc953-01f0-460b-87bd-bb4171386162" targetNamespace="http://schemas.microsoft.com/office/2006/metadata/properties" ma:root="true" ma:fieldsID="0d9133234e38a30a00aca68755ea9ec2" ns2:_="" ns3:_="">
    <xsd:import namespace="cc581cd2-c524-485c-ad43-e05088118373"/>
    <xsd:import namespace="6ecbc953-01f0-460b-87bd-bb41713861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81cd2-c524-485c-ad43-e0508811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9a72db-3433-47fc-b96e-e7ea67bcfd6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cbc953-01f0-460b-87bd-bb41713861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0cc55b8-053a-411a-8c08-fbfdeb2cdca1}" ma:internalName="TaxCatchAll" ma:showField="CatchAllData" ma:web="6ecbc953-01f0-460b-87bd-bb41713861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679F1-946F-4297-85B4-8BFDFCC60127}">
  <ds:schemaRefs>
    <ds:schemaRef ds:uri="http://schemas.microsoft.com/office/2006/metadata/properties"/>
    <ds:schemaRef ds:uri="http://schemas.microsoft.com/office/infopath/2007/PartnerControls"/>
    <ds:schemaRef ds:uri="6ecbc953-01f0-460b-87bd-bb4171386162"/>
    <ds:schemaRef ds:uri="cc581cd2-c524-485c-ad43-e05088118373"/>
  </ds:schemaRefs>
</ds:datastoreItem>
</file>

<file path=customXml/itemProps2.xml><?xml version="1.0" encoding="utf-8"?>
<ds:datastoreItem xmlns:ds="http://schemas.openxmlformats.org/officeDocument/2006/customXml" ds:itemID="{24B2B11A-B9C9-4BAB-9C57-F4E8B7CF7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81cd2-c524-485c-ad43-e05088118373"/>
    <ds:schemaRef ds:uri="6ecbc953-01f0-460b-87bd-bb41713861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7FB7CC-7274-4A50-B066-1A0E9C2A62E7}">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1310</Words>
  <Characters>7473</Characters>
  <Application>Microsoft Office Word</Application>
  <DocSecurity>0</DocSecurity>
  <Lines>62</Lines>
  <Paragraphs>17</Paragraphs>
  <ScaleCrop>false</ScaleCrop>
  <Manager/>
  <Company/>
  <LinksUpToDate>false</LinksUpToDate>
  <CharactersWithSpaces>8766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 Employment Application Form - Editable</dc:title>
  <dc:subject/>
  <dc:creator>Roisin Bradley</dc:creator>
  <cp:keywords/>
  <dc:description>generated by python-docx</dc:description>
  <cp:lastModifiedBy>Juliana Lima</cp:lastModifiedBy>
  <cp:revision>54</cp:revision>
  <dcterms:created xsi:type="dcterms:W3CDTF">2026-09-22T08:49:00Z</dcterms:created>
  <dcterms:modified xsi:type="dcterms:W3CDTF">2026-10-13T14:41:00Z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45e6cd9f,6cfbfd50,6db4e233</vt:lpwstr>
  </property>
  <property fmtid="{D5CDD505-2E9C-101B-9397-08002B2CF9AE}" pid="3" name="ClassificationContentMarkingFooterFontProps">
    <vt:lpwstr>#000000,10,Aptos</vt:lpwstr>
  </property>
  <property fmtid="{D5CDD505-2E9C-101B-9397-08002B2CF9AE}" pid="4" name="ClassificationContentMarkingFooterText">
    <vt:lpwstr>Fáilte Ireland Internal Content</vt:lpwstr>
  </property>
  <property fmtid="{D5CDD505-2E9C-101B-9397-08002B2CF9AE}" pid="5" name="MSIP_Label_b7a4271a-0bda-45a0-8df9-423323fd2e7e_Enabled">
    <vt:lpwstr>true</vt:lpwstr>
  </property>
  <property fmtid="{D5CDD505-2E9C-101B-9397-08002B2CF9AE}" pid="6" name="MSIP_Label_b7a4271a-0bda-45a0-8df9-423323fd2e7e_SetDate">
    <vt:lpwstr>2026-09-22T08:49:39Z</vt:lpwstr>
  </property>
  <property fmtid="{D5CDD505-2E9C-101B-9397-08002B2CF9AE}" pid="7" name="MSIP_Label_b7a4271a-0bda-45a0-8df9-423323fd2e7e_Method">
    <vt:lpwstr>Privileged</vt:lpwstr>
  </property>
  <property fmtid="{D5CDD505-2E9C-101B-9397-08002B2CF9AE}" pid="8" name="MSIP_Label_b7a4271a-0bda-45a0-8df9-423323fd2e7e_Name">
    <vt:lpwstr>Internal</vt:lpwstr>
  </property>
  <property fmtid="{D5CDD505-2E9C-101B-9397-08002B2CF9AE}" pid="9" name="MSIP_Label_b7a4271a-0bda-45a0-8df9-423323fd2e7e_SiteId">
    <vt:lpwstr>caebc2d2-83f5-4f60-b6db-8273d5335aad</vt:lpwstr>
  </property>
  <property fmtid="{D5CDD505-2E9C-101B-9397-08002B2CF9AE}" pid="10" name="MSIP_Label_b7a4271a-0bda-45a0-8df9-423323fd2e7e_ActionId">
    <vt:lpwstr>00629920-ae01-4e5a-a05c-42bccddb95c4</vt:lpwstr>
  </property>
  <property fmtid="{D5CDD505-2E9C-101B-9397-08002B2CF9AE}" pid="11" name="MSIP_Label_b7a4271a-0bda-45a0-8df9-423323fd2e7e_ContentBits">
    <vt:lpwstr>2</vt:lpwstr>
  </property>
  <property fmtid="{D5CDD505-2E9C-101B-9397-08002B2CF9AE}" pid="12" name="MSIP_Label_b7a4271a-0bda-45a0-8df9-423323fd2e7e_Tag">
    <vt:lpwstr>10, 0, 1, 2</vt:lpwstr>
  </property>
  <property fmtid="{D5CDD505-2E9C-101B-9397-08002B2CF9AE}" pid="13" name="ContentTypeId">
    <vt:lpwstr>0x0101006096F1EF16152B4ABAB7A366295D5EEE</vt:lpwstr>
  </property>
  <property fmtid="{D5CDD505-2E9C-101B-9397-08002B2CF9AE}" pid="14" name="MediaServiceImageTags">
    <vt:lpwstr/>
  </property>
</Properties>
</file>