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091"/>
        <w:gridCol w:w="4217"/>
      </w:tblGrid>
      <w:tr w:rsidR="00CF648B" w:rsidRPr="001A4E91" w14:paraId="27B27951"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437BC99B">
        <w:trPr>
          <w:trHeight w:val="300"/>
        </w:trPr>
        <w:tc>
          <w:tcPr>
            <w:tcW w:w="10308" w:type="dxa"/>
            <w:gridSpan w:val="2"/>
            <w:tcMar>
              <w:top w:w="100" w:type="dxa"/>
              <w:left w:w="120" w:type="dxa"/>
              <w:bottom w:w="100" w:type="dxa"/>
              <w:right w:w="120" w:type="dxa"/>
            </w:tcMar>
            <w:vAlign w:val="center"/>
          </w:tcPr>
          <w:p w14:paraId="5FA81C69" w14:textId="60EFE4AF" w:rsidR="00E2566D" w:rsidRPr="00E2566D" w:rsidRDefault="00D879DF" w:rsidP="00E2566D">
            <w:pPr>
              <w:rPr>
                <w:rFonts w:ascii="Aptos" w:eastAsia="Arial" w:hAnsi="Aptos" w:cs="Arial"/>
                <w:b/>
                <w:bCs/>
                <w:color w:val="000000" w:themeColor="text1"/>
                <w:sz w:val="20"/>
                <w:szCs w:val="20"/>
                <w:lang w:val="en-GB"/>
              </w:rPr>
            </w:pPr>
            <w:r w:rsidRPr="437BC99B">
              <w:rPr>
                <w:rFonts w:ascii="Aptos" w:eastAsia="Arial" w:hAnsi="Aptos" w:cs="Arial"/>
                <w:b/>
                <w:bCs/>
                <w:color w:val="000000" w:themeColor="text1"/>
                <w:sz w:val="20"/>
                <w:szCs w:val="20"/>
                <w:lang w:val="en-IE"/>
              </w:rPr>
              <w:t>Officer, Investment Services</w:t>
            </w:r>
            <w:r w:rsidRPr="437BC99B">
              <w:rPr>
                <w:rFonts w:ascii="Aptos" w:eastAsia="Arial" w:hAnsi="Aptos" w:cs="Arial"/>
                <w:color w:val="000000" w:themeColor="text1"/>
                <w:sz w:val="20"/>
                <w:szCs w:val="20"/>
              </w:rPr>
              <w:t> </w:t>
            </w:r>
            <w:r w:rsidR="00E2566D">
              <w:rPr>
                <w:rFonts w:ascii="Aptos" w:eastAsia="Arial" w:hAnsi="Aptos" w:cs="Arial"/>
                <w:color w:val="000000" w:themeColor="text1"/>
                <w:sz w:val="20"/>
                <w:szCs w:val="20"/>
              </w:rPr>
              <w:t xml:space="preserve">- </w:t>
            </w:r>
            <w:r w:rsidR="00E2566D" w:rsidRPr="00E2566D">
              <w:rPr>
                <w:rFonts w:ascii="Aptos" w:eastAsia="Arial" w:hAnsi="Aptos" w:cs="Arial"/>
                <w:b/>
                <w:bCs/>
                <w:color w:val="000000" w:themeColor="text1"/>
                <w:sz w:val="20"/>
                <w:szCs w:val="20"/>
                <w:lang w:val="en-GB"/>
              </w:rPr>
              <w:t>(Full-time, Permanent)</w:t>
            </w:r>
          </w:p>
          <w:p w14:paraId="41C8F396" w14:textId="4F56E078" w:rsidR="00CF648B" w:rsidRPr="00D92A8F" w:rsidRDefault="00CF648B" w:rsidP="437BC99B">
            <w:pPr>
              <w:rPr>
                <w:rFonts w:ascii="Aptos" w:eastAsia="Arial" w:hAnsi="Aptos" w:cs="Arial"/>
                <w:color w:val="000000" w:themeColor="text1"/>
                <w:sz w:val="20"/>
                <w:szCs w:val="20"/>
              </w:rPr>
            </w:pPr>
          </w:p>
        </w:tc>
      </w:tr>
      <w:tr w:rsidR="00CF648B" w:rsidRPr="001A4E91" w14:paraId="5C4879D2" w14:textId="77777777" w:rsidTr="437BC99B">
        <w:trPr>
          <w:trHeight w:val="300"/>
        </w:trPr>
        <w:tc>
          <w:tcPr>
            <w:tcW w:w="6091"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217"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437BC99B">
        <w:trPr>
          <w:trHeight w:val="300"/>
        </w:trPr>
        <w:tc>
          <w:tcPr>
            <w:tcW w:w="6091" w:type="dxa"/>
            <w:tcMar>
              <w:top w:w="100" w:type="dxa"/>
              <w:left w:w="120" w:type="dxa"/>
              <w:bottom w:w="100" w:type="dxa"/>
              <w:right w:w="120" w:type="dxa"/>
            </w:tcMar>
            <w:vAlign w:val="center"/>
          </w:tcPr>
          <w:p w14:paraId="0D0B940D" w14:textId="2659B465" w:rsidR="00CF648B" w:rsidRPr="001A4E91" w:rsidRDefault="00B34293">
            <w:pPr>
              <w:rPr>
                <w:rFonts w:ascii="Aptos" w:hAnsi="Aptos"/>
                <w:sz w:val="20"/>
                <w:szCs w:val="20"/>
              </w:rPr>
            </w:pPr>
            <w:r w:rsidRPr="001A4E91">
              <w:rPr>
                <w:rFonts w:ascii="Aptos" w:hAnsi="Aptos"/>
                <w:sz w:val="20"/>
                <w:szCs w:val="20"/>
              </w:rPr>
              <w:t xml:space="preserve">4th Floor, Mathew House, Fr. Mathew St., </w:t>
            </w:r>
            <w:r w:rsidRPr="001A4E91">
              <w:rPr>
                <w:rFonts w:ascii="Aptos" w:hAnsi="Aptos"/>
                <w:b/>
                <w:bCs/>
                <w:sz w:val="20"/>
                <w:szCs w:val="20"/>
              </w:rPr>
              <w:t>Cork</w:t>
            </w:r>
            <w:r w:rsidRPr="001A4E91">
              <w:rPr>
                <w:rFonts w:ascii="Aptos" w:hAnsi="Aptos"/>
                <w:sz w:val="20"/>
                <w:szCs w:val="20"/>
              </w:rPr>
              <w:t>, T12TN56 </w:t>
            </w:r>
          </w:p>
        </w:tc>
        <w:tc>
          <w:tcPr>
            <w:tcW w:w="4217"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401D4E06" w:rsidRPr="001A4E91" w14:paraId="4E76EEAB" w14:textId="77777777" w:rsidTr="437BC99B">
        <w:trPr>
          <w:trHeight w:val="450"/>
        </w:trPr>
        <w:tc>
          <w:tcPr>
            <w:tcW w:w="6091" w:type="dxa"/>
            <w:tcMar>
              <w:top w:w="100" w:type="dxa"/>
              <w:left w:w="120" w:type="dxa"/>
              <w:bottom w:w="100" w:type="dxa"/>
              <w:right w:w="120" w:type="dxa"/>
            </w:tcMar>
            <w:vAlign w:val="center"/>
          </w:tcPr>
          <w:p w14:paraId="747D4B91" w14:textId="17C0BC78" w:rsidR="55A46855" w:rsidRPr="001A4E91" w:rsidRDefault="00B34293" w:rsidP="401D4E06">
            <w:pPr>
              <w:rPr>
                <w:rFonts w:ascii="Aptos" w:hAnsi="Aptos"/>
                <w:sz w:val="20"/>
                <w:szCs w:val="20"/>
              </w:rPr>
            </w:pPr>
            <w:r w:rsidRPr="001A4E91">
              <w:rPr>
                <w:rFonts w:ascii="Aptos" w:hAnsi="Aptos"/>
                <w:sz w:val="20"/>
                <w:szCs w:val="20"/>
              </w:rPr>
              <w:t xml:space="preserve">Áras Fáilte, 88-95 Amiens Street, </w:t>
            </w:r>
            <w:r w:rsidRPr="001A4E91">
              <w:rPr>
                <w:rFonts w:ascii="Aptos" w:hAnsi="Aptos"/>
                <w:b/>
                <w:bCs/>
                <w:sz w:val="20"/>
                <w:szCs w:val="20"/>
              </w:rPr>
              <w:t>Dublin</w:t>
            </w:r>
            <w:r w:rsidRPr="001A4E91">
              <w:rPr>
                <w:rFonts w:ascii="Aptos" w:hAnsi="Aptos"/>
                <w:sz w:val="20"/>
                <w:szCs w:val="20"/>
              </w:rPr>
              <w:t xml:space="preserve"> 1, D01 WR86</w:t>
            </w:r>
          </w:p>
        </w:tc>
        <w:tc>
          <w:tcPr>
            <w:tcW w:w="4217" w:type="dxa"/>
            <w:tcMar>
              <w:top w:w="100" w:type="dxa"/>
              <w:left w:w="120" w:type="dxa"/>
              <w:bottom w:w="100" w:type="dxa"/>
              <w:right w:w="120" w:type="dxa"/>
            </w:tcMar>
            <w:vAlign w:val="center"/>
          </w:tcPr>
          <w:p w14:paraId="63AE5399" w14:textId="7CF30AAE" w:rsidR="401D4E06" w:rsidRPr="001A4E91" w:rsidRDefault="00B34293" w:rsidP="401D4E06">
            <w:pPr>
              <w:rPr>
                <w:rFonts w:ascii="Aptos" w:hAnsi="Aptos"/>
                <w:sz w:val="20"/>
                <w:szCs w:val="20"/>
              </w:rPr>
            </w:pPr>
            <w:r w:rsidRPr="001A4E91">
              <w:rPr>
                <w:rFonts w:ascii="Aptos" w:hAnsi="Aptos"/>
                <w:sz w:val="20"/>
                <w:szCs w:val="20"/>
              </w:rPr>
              <w:t>[  ]</w:t>
            </w:r>
          </w:p>
        </w:tc>
      </w:tr>
      <w:tr w:rsidR="401D4E06" w:rsidRPr="001A4E91" w14:paraId="0A1C77E9" w14:textId="77777777" w:rsidTr="437BC99B">
        <w:trPr>
          <w:trHeight w:val="300"/>
        </w:trPr>
        <w:tc>
          <w:tcPr>
            <w:tcW w:w="6091" w:type="dxa"/>
            <w:tcMar>
              <w:top w:w="100" w:type="dxa"/>
              <w:left w:w="120" w:type="dxa"/>
              <w:bottom w:w="100" w:type="dxa"/>
              <w:right w:w="120" w:type="dxa"/>
            </w:tcMar>
            <w:vAlign w:val="center"/>
          </w:tcPr>
          <w:p w14:paraId="15B6F007" w14:textId="5BE48CC2" w:rsidR="55A46855" w:rsidRPr="00D879DF" w:rsidRDefault="00D879DF" w:rsidP="401D4E06">
            <w:pPr>
              <w:rPr>
                <w:rFonts w:ascii="Aptos" w:hAnsi="Aptos"/>
                <w:sz w:val="20"/>
                <w:szCs w:val="20"/>
              </w:rPr>
            </w:pPr>
            <w:r w:rsidRPr="00D879DF">
              <w:rPr>
                <w:rFonts w:ascii="Aptos" w:hAnsi="Aptos" w:cs="Arial"/>
                <w:sz w:val="20"/>
                <w:szCs w:val="20"/>
              </w:rPr>
              <w:t xml:space="preserve">Áras Reddan, Temple St., </w:t>
            </w:r>
            <w:r w:rsidRPr="00D879DF">
              <w:rPr>
                <w:rFonts w:ascii="Aptos" w:hAnsi="Aptos" w:cs="Arial"/>
                <w:b/>
                <w:bCs/>
                <w:sz w:val="20"/>
                <w:szCs w:val="20"/>
              </w:rPr>
              <w:t>Sligo</w:t>
            </w:r>
            <w:r w:rsidRPr="00D879DF">
              <w:rPr>
                <w:rFonts w:ascii="Aptos" w:hAnsi="Aptos" w:cs="Arial"/>
                <w:sz w:val="20"/>
                <w:szCs w:val="20"/>
              </w:rPr>
              <w:t>, F91 RX45</w:t>
            </w:r>
          </w:p>
        </w:tc>
        <w:tc>
          <w:tcPr>
            <w:tcW w:w="4217" w:type="dxa"/>
            <w:tcMar>
              <w:top w:w="100" w:type="dxa"/>
              <w:left w:w="120" w:type="dxa"/>
              <w:bottom w:w="100" w:type="dxa"/>
              <w:right w:w="120" w:type="dxa"/>
            </w:tcMar>
            <w:vAlign w:val="center"/>
          </w:tcPr>
          <w:p w14:paraId="4EE0B5F3" w14:textId="44FC2DC1" w:rsidR="401D4E06" w:rsidRPr="001A4E91" w:rsidRDefault="00B34293" w:rsidP="401D4E06">
            <w:pPr>
              <w:rPr>
                <w:rFonts w:ascii="Aptos" w:hAnsi="Aptos"/>
                <w:sz w:val="20"/>
                <w:szCs w:val="20"/>
              </w:rPr>
            </w:pPr>
            <w:r w:rsidRPr="001A4E91">
              <w:rPr>
                <w:rFonts w:ascii="Aptos" w:hAnsi="Aptos"/>
                <w:sz w:val="20"/>
                <w:szCs w:val="20"/>
              </w:rPr>
              <w:t>[  ]</w:t>
            </w:r>
          </w:p>
        </w:tc>
      </w:tr>
      <w:tr w:rsidR="00CF648B" w:rsidRPr="001A4E91" w14:paraId="226A1CB4"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437BC99B">
        <w:trPr>
          <w:trHeight w:val="300"/>
        </w:trPr>
        <w:tc>
          <w:tcPr>
            <w:tcW w:w="10308" w:type="dxa"/>
            <w:gridSpan w:val="2"/>
            <w:tcMar>
              <w:top w:w="100" w:type="dxa"/>
              <w:left w:w="120" w:type="dxa"/>
              <w:bottom w:w="100" w:type="dxa"/>
              <w:right w:w="120" w:type="dxa"/>
            </w:tcMar>
            <w:vAlign w:val="center"/>
          </w:tcPr>
          <w:p w14:paraId="60061E4C" w14:textId="5C0BCF10" w:rsidR="00CF648B" w:rsidRPr="001A4E91" w:rsidRDefault="00D92A8F">
            <w:pPr>
              <w:rPr>
                <w:rFonts w:ascii="Aptos" w:hAnsi="Aptos"/>
                <w:sz w:val="20"/>
                <w:szCs w:val="20"/>
              </w:rPr>
            </w:pPr>
            <w:r w:rsidRPr="437BC99B">
              <w:rPr>
                <w:rFonts w:ascii="Aptos" w:hAnsi="Aptos"/>
                <w:sz w:val="20"/>
                <w:szCs w:val="20"/>
              </w:rPr>
              <w:t>2</w:t>
            </w:r>
            <w:r w:rsidR="00D879DF" w:rsidRPr="437BC99B">
              <w:rPr>
                <w:rFonts w:ascii="Aptos" w:hAnsi="Aptos"/>
                <w:sz w:val="20"/>
                <w:szCs w:val="20"/>
              </w:rPr>
              <w:t>8</w:t>
            </w:r>
            <w:r w:rsidR="00D879DF" w:rsidRPr="437BC99B">
              <w:rPr>
                <w:rFonts w:ascii="Aptos" w:hAnsi="Aptos"/>
                <w:sz w:val="20"/>
                <w:szCs w:val="20"/>
                <w:vertAlign w:val="superscript"/>
              </w:rPr>
              <w:t>th</w:t>
            </w:r>
            <w:r w:rsidRPr="437BC99B">
              <w:rPr>
                <w:rFonts w:ascii="Aptos" w:hAnsi="Aptos"/>
                <w:sz w:val="20"/>
                <w:szCs w:val="20"/>
              </w:rPr>
              <w:t xml:space="preserve"> </w:t>
            </w:r>
            <w:r w:rsidR="1AA37D6B" w:rsidRPr="437BC99B">
              <w:rPr>
                <w:rFonts w:ascii="Aptos" w:hAnsi="Aptos"/>
                <w:sz w:val="20"/>
                <w:szCs w:val="20"/>
              </w:rPr>
              <w:t>October 2026</w:t>
            </w:r>
            <w:r w:rsidR="001A4E91" w:rsidRPr="437BC99B">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I hold a valid work authorisation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I do not hold a valid work authorisation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w:t>
            </w:r>
            <w:proofErr w:type="gramStart"/>
            <w:r w:rsidR="29B2D129" w:rsidRPr="001A4E91">
              <w:rPr>
                <w:rFonts w:ascii="Aptos" w:hAnsi="Aptos"/>
                <w:sz w:val="20"/>
                <w:szCs w:val="20"/>
              </w:rPr>
              <w:t>am able to</w:t>
            </w:r>
            <w:proofErr w:type="gramEnd"/>
            <w:r w:rsidR="29B2D129" w:rsidRPr="001A4E91">
              <w:rPr>
                <w:rFonts w:ascii="Aptos" w:hAnsi="Aptos"/>
                <w:sz w:val="20"/>
                <w:szCs w:val="20"/>
              </w:rPr>
              <w:t xml:space="preserve">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Traveller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r w:rsidR="132D9D11" w:rsidRPr="001A4E91">
              <w:rPr>
                <w:rFonts w:ascii="Aptos" w:hAnsi="Aptos"/>
                <w:sz w:val="20"/>
                <w:szCs w:val="20"/>
              </w:rPr>
              <w:t xml:space="preserve">Conscia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37BC99B">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37BC99B">
            <w:pPr>
              <w:rPr>
                <w:rFonts w:ascii="Aptos" w:eastAsia="Arial" w:hAnsi="Aptos" w:cs="Arial"/>
                <w:b/>
                <w:bCs/>
                <w:color w:val="006B54"/>
                <w:sz w:val="22"/>
              </w:rPr>
            </w:pPr>
            <w:r w:rsidRPr="437BC99B">
              <w:rPr>
                <w:rFonts w:ascii="Aptos" w:eastAsia="Arial" w:hAnsi="Aptos" w:cs="Arial"/>
                <w:b/>
                <w:bCs/>
                <w:color w:val="006B54"/>
                <w:sz w:val="22"/>
              </w:rPr>
              <w:t xml:space="preserve">Please give your reasons for making this application, </w:t>
            </w:r>
            <w:proofErr w:type="gramStart"/>
            <w:r w:rsidRPr="437BC99B">
              <w:rPr>
                <w:rFonts w:ascii="Aptos" w:eastAsia="Arial" w:hAnsi="Aptos" w:cs="Arial"/>
                <w:b/>
                <w:bCs/>
                <w:color w:val="006B54"/>
                <w:sz w:val="22"/>
              </w:rPr>
              <w:t>relating</w:t>
            </w:r>
            <w:proofErr w:type="gramEnd"/>
            <w:r w:rsidRPr="437BC99B">
              <w:rPr>
                <w:rFonts w:ascii="Aptos" w:eastAsia="Arial" w:hAnsi="Aptos" w:cs="Arial"/>
                <w:b/>
                <w:bCs/>
                <w:color w:val="006B54"/>
                <w:sz w:val="22"/>
              </w:rPr>
              <w:t xml:space="preserve"> your experience, achievements and abilities to the post for which you are applying. Make any points of particular interest, such as practical experience in specialised areas and notable achievements.</w:t>
            </w:r>
          </w:p>
        </w:tc>
      </w:tr>
      <w:tr w:rsidR="3F9B9FB5" w:rsidRPr="001A4E91" w14:paraId="0B9C91AB" w14:textId="77777777" w:rsidTr="437BC99B">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437BC99B">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32BAA4F2" w14:textId="1F3AB55E" w:rsidR="00D92A8F" w:rsidRDefault="00264C48" w:rsidP="17C126FE">
            <w:pPr>
              <w:rPr>
                <w:rFonts w:ascii="Aptos" w:eastAsia="Arial" w:hAnsi="Aptos" w:cs="Arial"/>
                <w:b/>
                <w:bCs/>
                <w:color w:val="006B54"/>
                <w:sz w:val="20"/>
                <w:szCs w:val="20"/>
                <w:lang w:val="en-IE"/>
              </w:rPr>
            </w:pPr>
            <w:r w:rsidRPr="00264C48">
              <w:rPr>
                <w:rFonts w:ascii="Aptos" w:eastAsia="Arial" w:hAnsi="Aptos" w:cs="Arial"/>
                <w:b/>
                <w:bCs/>
                <w:color w:val="006B54"/>
                <w:sz w:val="22"/>
              </w:rPr>
              <w:t>Managing Relationships</w:t>
            </w:r>
            <w:r>
              <w:rPr>
                <w:rFonts w:ascii="Aptos" w:eastAsia="Arial" w:hAnsi="Aptos" w:cs="Arial"/>
                <w:b/>
                <w:bCs/>
                <w:color w:val="006B54"/>
                <w:sz w:val="22"/>
              </w:rPr>
              <w:t>:</w:t>
            </w:r>
            <w:r>
              <w:rPr>
                <w:rFonts w:ascii="Aptos" w:eastAsia="Arial" w:hAnsi="Aptos" w:cs="Arial"/>
                <w:b/>
                <w:bCs/>
                <w:color w:val="006B54"/>
                <w:sz w:val="22"/>
              </w:rPr>
              <w:br/>
            </w:r>
            <w:r w:rsidRPr="00264C48">
              <w:rPr>
                <w:rFonts w:ascii="Aptos" w:eastAsia="Arial" w:hAnsi="Aptos" w:cs="Arial"/>
                <w:b/>
                <w:bCs/>
                <w:color w:val="006B54"/>
                <w:sz w:val="22"/>
              </w:rPr>
              <w:t>Please provide an example of when you built a collaborative relationship with clients or stakeholders in the context of designing and/or delivering a service, outlining how you engaged with them to better understand and capture their needs and the outcome.</w:t>
            </w:r>
            <w:r>
              <w:rPr>
                <w:rFonts w:ascii="Aptos" w:eastAsia="Arial" w:hAnsi="Aptos" w:cs="Arial"/>
                <w:b/>
                <w:bCs/>
                <w:color w:val="006B54"/>
                <w:sz w:val="22"/>
              </w:rPr>
              <w:br/>
            </w: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5923831E" w14:textId="77777777" w:rsidR="00CF648B"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783853A3" w14:textId="77777777" w:rsidR="00264C48" w:rsidRDefault="00264C48" w:rsidP="17C126FE">
            <w:pPr>
              <w:rPr>
                <w:rFonts w:ascii="Aptos" w:eastAsia="Arial" w:hAnsi="Aptos" w:cs="Arial"/>
                <w:sz w:val="20"/>
                <w:szCs w:val="20"/>
              </w:rPr>
            </w:pPr>
          </w:p>
          <w:p w14:paraId="68980A54" w14:textId="77777777" w:rsidR="00264C48" w:rsidRDefault="00264C48" w:rsidP="17C126FE">
            <w:pPr>
              <w:rPr>
                <w:rFonts w:ascii="Aptos" w:eastAsia="Arial" w:hAnsi="Aptos" w:cs="Arial"/>
                <w:sz w:val="20"/>
                <w:szCs w:val="20"/>
              </w:rPr>
            </w:pPr>
          </w:p>
          <w:p w14:paraId="117A3F0C" w14:textId="77777777" w:rsidR="00264C48" w:rsidRDefault="00264C48" w:rsidP="17C126FE">
            <w:pPr>
              <w:rPr>
                <w:rFonts w:ascii="Aptos" w:eastAsia="Arial" w:hAnsi="Aptos" w:cs="Arial"/>
                <w:sz w:val="20"/>
                <w:szCs w:val="20"/>
              </w:rPr>
            </w:pPr>
          </w:p>
          <w:p w14:paraId="14A3710F" w14:textId="77777777" w:rsidR="00264C48" w:rsidRDefault="00264C48" w:rsidP="17C126FE">
            <w:pPr>
              <w:rPr>
                <w:rFonts w:ascii="Aptos" w:eastAsia="Arial" w:hAnsi="Aptos" w:cs="Arial"/>
                <w:sz w:val="20"/>
                <w:szCs w:val="20"/>
              </w:rPr>
            </w:pPr>
          </w:p>
          <w:p w14:paraId="7194DBDC" w14:textId="77777777" w:rsidR="00264C48" w:rsidRPr="001A4E91" w:rsidRDefault="00264C48" w:rsidP="17C126FE">
            <w:pPr>
              <w:rPr>
                <w:rFonts w:ascii="Aptos" w:eastAsia="Arial" w:hAnsi="Aptos" w:cs="Arial"/>
                <w:sz w:val="20"/>
                <w:szCs w:val="20"/>
              </w:rPr>
            </w:pP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437BC99B">
        <w:tc>
          <w:tcPr>
            <w:tcW w:w="10318" w:type="dxa"/>
            <w:shd w:val="clear" w:color="auto" w:fill="DDEFE8"/>
            <w:tcMar>
              <w:top w:w="100" w:type="dxa"/>
              <w:left w:w="120" w:type="dxa"/>
              <w:bottom w:w="100" w:type="dxa"/>
              <w:right w:w="120" w:type="dxa"/>
            </w:tcMar>
            <w:vAlign w:val="center"/>
          </w:tcPr>
          <w:p w14:paraId="3E848124" w14:textId="3A22D1BD" w:rsidR="00CF648B" w:rsidRPr="001A4E91" w:rsidRDefault="6348E048" w:rsidP="17C126FE">
            <w:pPr>
              <w:rPr>
                <w:rFonts w:ascii="Aptos" w:eastAsia="Arial" w:hAnsi="Aptos" w:cs="Arial"/>
                <w:b/>
                <w:bCs/>
                <w:color w:val="006B54"/>
                <w:sz w:val="20"/>
                <w:szCs w:val="20"/>
              </w:rPr>
            </w:pPr>
            <w:r w:rsidRPr="437BC99B">
              <w:rPr>
                <w:rFonts w:ascii="Aptos" w:eastAsia="Arial" w:hAnsi="Aptos" w:cs="Arial"/>
                <w:b/>
                <w:bCs/>
                <w:color w:val="006B54"/>
                <w:sz w:val="22"/>
              </w:rPr>
              <w:lastRenderedPageBreak/>
              <w:t>Communicating Effectively:</w:t>
            </w:r>
            <w:r w:rsidR="00264C48">
              <w:br/>
            </w:r>
            <w:r w:rsidRPr="437BC99B">
              <w:rPr>
                <w:rFonts w:ascii="Aptos" w:eastAsia="Arial" w:hAnsi="Aptos" w:cs="Arial"/>
                <w:b/>
                <w:bCs/>
                <w:color w:val="006B54"/>
                <w:sz w:val="22"/>
              </w:rPr>
              <w:t xml:space="preserve">Please provide an example of when and how you </w:t>
            </w:r>
            <w:bookmarkStart w:id="0" w:name="_Int_98tPdwmY"/>
            <w:r w:rsidRPr="437BC99B">
              <w:rPr>
                <w:rFonts w:ascii="Aptos" w:eastAsia="Arial" w:hAnsi="Aptos" w:cs="Arial"/>
                <w:b/>
                <w:bCs/>
                <w:color w:val="006B54"/>
                <w:sz w:val="22"/>
              </w:rPr>
              <w:t>communicated</w:t>
            </w:r>
            <w:bookmarkEnd w:id="0"/>
            <w:r w:rsidRPr="437BC99B">
              <w:rPr>
                <w:rFonts w:ascii="Aptos" w:eastAsia="Arial" w:hAnsi="Aptos" w:cs="Arial"/>
                <w:b/>
                <w:bCs/>
                <w:color w:val="006B54"/>
                <w:sz w:val="22"/>
              </w:rPr>
              <w:t xml:space="preserve"> complex or technical information in a clear simplified manner to different audiences, outlining your approach and the outcome.</w:t>
            </w:r>
            <w:r w:rsidR="00264C48">
              <w:br/>
            </w:r>
            <w:r w:rsidR="00264C48">
              <w:br/>
            </w:r>
            <w:r w:rsidR="00DC0437" w:rsidRPr="437BC99B">
              <w:rPr>
                <w:rFonts w:ascii="Aptos" w:eastAsia="Arial" w:hAnsi="Aptos" w:cs="Arial"/>
                <w:color w:val="006B54"/>
                <w:sz w:val="20"/>
                <w:szCs w:val="20"/>
              </w:rPr>
              <w:t>Please give one specific example of where you demonstrated strong skills in this area (max 3</w:t>
            </w:r>
            <w:r w:rsidR="59496FC4" w:rsidRPr="437BC99B">
              <w:rPr>
                <w:rFonts w:ascii="Aptos" w:eastAsia="Arial" w:hAnsi="Aptos" w:cs="Arial"/>
                <w:color w:val="006B54"/>
                <w:sz w:val="20"/>
                <w:szCs w:val="20"/>
              </w:rPr>
              <w:t>5</w:t>
            </w:r>
            <w:r w:rsidR="00DC0437" w:rsidRPr="437BC99B">
              <w:rPr>
                <w:rFonts w:ascii="Aptos" w:eastAsia="Arial" w:hAnsi="Aptos" w:cs="Arial"/>
                <w:color w:val="006B54"/>
                <w:sz w:val="20"/>
                <w:szCs w:val="20"/>
              </w:rPr>
              <w:t>0 words - anything above may disqualify).</w:t>
            </w:r>
          </w:p>
        </w:tc>
      </w:tr>
      <w:tr w:rsidR="00CF648B" w:rsidRPr="001A4E91" w14:paraId="54CD245A" w14:textId="77777777" w:rsidTr="437BC99B">
        <w:tc>
          <w:tcPr>
            <w:tcW w:w="10318" w:type="dxa"/>
            <w:tcMar>
              <w:top w:w="100" w:type="dxa"/>
              <w:left w:w="120" w:type="dxa"/>
              <w:bottom w:w="100" w:type="dxa"/>
              <w:right w:w="120" w:type="dxa"/>
            </w:tcMar>
            <w:vAlign w:val="center"/>
          </w:tcPr>
          <w:p w14:paraId="76E74AFA" w14:textId="741C5A55"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437BC99B">
        <w:trPr>
          <w:trHeight w:val="300"/>
        </w:trPr>
        <w:tc>
          <w:tcPr>
            <w:tcW w:w="10308" w:type="dxa"/>
            <w:shd w:val="clear" w:color="auto" w:fill="DDEFE8"/>
            <w:tcMar>
              <w:top w:w="100" w:type="dxa"/>
              <w:left w:w="120" w:type="dxa"/>
              <w:bottom w:w="100" w:type="dxa"/>
              <w:right w:w="120" w:type="dxa"/>
            </w:tcMar>
            <w:vAlign w:val="center"/>
          </w:tcPr>
          <w:p w14:paraId="795D7D77" w14:textId="6AB7621F" w:rsidR="7A5198BA" w:rsidRPr="001A4E91" w:rsidRDefault="791F254F" w:rsidP="17C126FE">
            <w:pPr>
              <w:rPr>
                <w:rFonts w:ascii="Aptos" w:eastAsia="Arial" w:hAnsi="Aptos" w:cs="Arial"/>
                <w:color w:val="006B54"/>
                <w:sz w:val="20"/>
                <w:szCs w:val="20"/>
              </w:rPr>
            </w:pPr>
            <w:r w:rsidRPr="437BC99B">
              <w:rPr>
                <w:rFonts w:ascii="Aptos" w:eastAsia="Arial" w:hAnsi="Aptos" w:cs="Arial"/>
                <w:b/>
                <w:bCs/>
                <w:color w:val="006B54"/>
                <w:sz w:val="22"/>
              </w:rPr>
              <w:t>Planning and Managing</w:t>
            </w:r>
            <w:r w:rsidR="4E0D8C5C" w:rsidRPr="437BC99B">
              <w:rPr>
                <w:rFonts w:ascii="Aptos" w:eastAsia="Arial" w:hAnsi="Aptos" w:cs="Arial"/>
                <w:b/>
                <w:bCs/>
                <w:color w:val="006B54"/>
                <w:sz w:val="22"/>
              </w:rPr>
              <w:t xml:space="preserve"> </w:t>
            </w:r>
            <w:r w:rsidRPr="437BC99B">
              <w:rPr>
                <w:rFonts w:ascii="Aptos" w:eastAsia="Arial" w:hAnsi="Aptos" w:cs="Arial"/>
                <w:b/>
                <w:bCs/>
                <w:color w:val="006B54"/>
                <w:sz w:val="22"/>
              </w:rPr>
              <w:t>Work</w:t>
            </w:r>
            <w:r w:rsidR="4E0D8C5C" w:rsidRPr="437BC99B">
              <w:rPr>
                <w:rFonts w:ascii="Aptos" w:eastAsia="Arial" w:hAnsi="Aptos" w:cs="Arial"/>
                <w:b/>
                <w:bCs/>
                <w:color w:val="006B54"/>
                <w:sz w:val="22"/>
              </w:rPr>
              <w:t>:</w:t>
            </w:r>
            <w:r w:rsidR="009F3AC6">
              <w:br/>
            </w:r>
            <w:r w:rsidRPr="437BC99B">
              <w:rPr>
                <w:rFonts w:ascii="Aptos" w:eastAsia="Arial" w:hAnsi="Aptos" w:cs="Arial"/>
                <w:b/>
                <w:bCs/>
                <w:color w:val="006B54"/>
                <w:sz w:val="22"/>
              </w:rPr>
              <w:t xml:space="preserve">Please provide an example of when you </w:t>
            </w:r>
            <w:bookmarkStart w:id="1" w:name="_Int_FKTFHSzC"/>
            <w:r w:rsidRPr="437BC99B">
              <w:rPr>
                <w:rFonts w:ascii="Aptos" w:eastAsia="Arial" w:hAnsi="Aptos" w:cs="Arial"/>
                <w:b/>
                <w:bCs/>
                <w:color w:val="006B54"/>
                <w:sz w:val="22"/>
              </w:rPr>
              <w:t>managed</w:t>
            </w:r>
            <w:bookmarkEnd w:id="1"/>
            <w:r w:rsidRPr="437BC99B">
              <w:rPr>
                <w:rFonts w:ascii="Aptos" w:eastAsia="Arial" w:hAnsi="Aptos" w:cs="Arial"/>
                <w:b/>
                <w:bCs/>
                <w:color w:val="006B54"/>
                <w:sz w:val="22"/>
              </w:rPr>
              <w:t xml:space="preserve"> competing priorities and </w:t>
            </w:r>
            <w:bookmarkStart w:id="2" w:name="_Int_m9DFA09P"/>
            <w:r w:rsidRPr="437BC99B">
              <w:rPr>
                <w:rFonts w:ascii="Aptos" w:eastAsia="Arial" w:hAnsi="Aptos" w:cs="Arial"/>
                <w:b/>
                <w:bCs/>
                <w:color w:val="006B54"/>
                <w:sz w:val="22"/>
              </w:rPr>
              <w:t>used</w:t>
            </w:r>
            <w:bookmarkEnd w:id="2"/>
            <w:r w:rsidRPr="437BC99B">
              <w:rPr>
                <w:rFonts w:ascii="Aptos" w:eastAsia="Arial" w:hAnsi="Aptos" w:cs="Arial"/>
                <w:b/>
                <w:bCs/>
                <w:color w:val="006B54"/>
                <w:sz w:val="22"/>
              </w:rPr>
              <w:t xml:space="preserve"> information, evidence and technology to plan your work, address </w:t>
            </w:r>
            <w:r w:rsidR="69B481F6" w:rsidRPr="437BC99B">
              <w:rPr>
                <w:rFonts w:ascii="Aptos" w:eastAsia="Arial" w:hAnsi="Aptos" w:cs="Arial"/>
                <w:b/>
                <w:bCs/>
                <w:color w:val="006B54"/>
                <w:sz w:val="22"/>
              </w:rPr>
              <w:t>risks,</w:t>
            </w:r>
            <w:r w:rsidRPr="437BC99B">
              <w:rPr>
                <w:rFonts w:ascii="Aptos" w:eastAsia="Arial" w:hAnsi="Aptos" w:cs="Arial"/>
                <w:b/>
                <w:bCs/>
                <w:color w:val="006B54"/>
                <w:sz w:val="22"/>
              </w:rPr>
              <w:t xml:space="preserve"> and meet agreed deadlines. Outline your approach and the outcome. </w:t>
            </w:r>
            <w:r w:rsidR="009F3AC6">
              <w:br/>
            </w:r>
            <w:r w:rsidR="009F3AC6">
              <w:br/>
            </w:r>
            <w:r w:rsidR="308C5763" w:rsidRPr="437BC99B">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437BC99B">
        <w:trPr>
          <w:trHeight w:val="300"/>
        </w:trPr>
        <w:tc>
          <w:tcPr>
            <w:tcW w:w="10308" w:type="dxa"/>
            <w:tcMar>
              <w:top w:w="100" w:type="dxa"/>
              <w:left w:w="120" w:type="dxa"/>
              <w:bottom w:w="100" w:type="dxa"/>
              <w:right w:w="120" w:type="dxa"/>
            </w:tcMar>
            <w:vAlign w:val="center"/>
          </w:tcPr>
          <w:p w14:paraId="44958D69" w14:textId="77777777"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40848C7C" w14:textId="1FEED942" w:rsidR="401D4E06" w:rsidRPr="001A4E91" w:rsidRDefault="004637A7" w:rsidP="17C126FE">
            <w:pPr>
              <w:rPr>
                <w:rFonts w:ascii="Aptos" w:eastAsia="Arial" w:hAnsi="Aptos" w:cs="Arial"/>
                <w:color w:val="006B54"/>
                <w:sz w:val="20"/>
                <w:szCs w:val="20"/>
              </w:rPr>
            </w:pPr>
            <w:r w:rsidRPr="004637A7">
              <w:rPr>
                <w:rFonts w:ascii="Aptos" w:eastAsia="Arial" w:hAnsi="Aptos" w:cs="Arial"/>
                <w:b/>
                <w:bCs/>
                <w:color w:val="006B54"/>
                <w:sz w:val="22"/>
              </w:rPr>
              <w:t>Embracing Innovation:</w:t>
            </w:r>
            <w:r>
              <w:rPr>
                <w:rFonts w:ascii="Aptos" w:eastAsia="Arial" w:hAnsi="Aptos" w:cs="Arial"/>
                <w:b/>
                <w:bCs/>
                <w:color w:val="006B54"/>
                <w:sz w:val="22"/>
              </w:rPr>
              <w:br/>
            </w:r>
            <w:r w:rsidRPr="004637A7">
              <w:rPr>
                <w:rFonts w:ascii="Aptos" w:eastAsia="Arial" w:hAnsi="Aptos" w:cs="Arial"/>
                <w:b/>
                <w:bCs/>
                <w:color w:val="006B54"/>
                <w:sz w:val="22"/>
              </w:rPr>
              <w:t>Please provide an example of when you introduced a new way of working or improved a process or service, outlining how you identified the opportunity, the approach you took, what technology you used and the outcome.</w:t>
            </w:r>
            <w:r w:rsidR="006B059D">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lastRenderedPageBreak/>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lastRenderedPageBreak/>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F1700" w14:textId="77777777" w:rsidR="005D677A" w:rsidRDefault="005D677A" w:rsidP="00986640">
      <w:pPr>
        <w:spacing w:after="0" w:line="240" w:lineRule="auto"/>
      </w:pPr>
      <w:r>
        <w:separator/>
      </w:r>
    </w:p>
  </w:endnote>
  <w:endnote w:type="continuationSeparator" w:id="0">
    <w:p w14:paraId="11E7123C" w14:textId="77777777" w:rsidR="005D677A" w:rsidRDefault="005D677A"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0BA16" w14:textId="77777777" w:rsidR="005D677A" w:rsidRDefault="005D677A" w:rsidP="00986640">
      <w:pPr>
        <w:spacing w:after="0" w:line="240" w:lineRule="auto"/>
      </w:pPr>
      <w:r>
        <w:separator/>
      </w:r>
    </w:p>
  </w:footnote>
  <w:footnote w:type="continuationSeparator" w:id="0">
    <w:p w14:paraId="5C45F7AD" w14:textId="77777777" w:rsidR="005D677A" w:rsidRDefault="005D677A"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bookmark int2:bookmarkName="_Int_m9DFA09P" int2:invalidationBookmarkName="" int2:hashCode="GSpWdZ02RUzAuM" int2:id="AE0bV0XT">
      <int2:state int2:value="Rejected" int2:type="gram"/>
    </int2:bookmark>
    <int2:bookmark int2:bookmarkName="_Int_FKTFHSzC" int2:invalidationBookmarkName="" int2:hashCode="n982x5g1GJqaBL" int2:id="7NPMGAFo">
      <int2:state int2:value="Rejected" int2:type="gram"/>
    </int2:bookmark>
    <int2:bookmark int2:bookmarkName="_Int_98tPdwmY" int2:invalidationBookmarkName="" int2:hashCode="bGgsmndltbLom7" int2:id="xdML4yT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0C49E3"/>
    <w:rsid w:val="0015074B"/>
    <w:rsid w:val="0017102D"/>
    <w:rsid w:val="00176ED1"/>
    <w:rsid w:val="00197D4A"/>
    <w:rsid w:val="001A4E91"/>
    <w:rsid w:val="001C072F"/>
    <w:rsid w:val="00264C48"/>
    <w:rsid w:val="00284D82"/>
    <w:rsid w:val="0029639D"/>
    <w:rsid w:val="002B50C2"/>
    <w:rsid w:val="002B76FE"/>
    <w:rsid w:val="002C5792"/>
    <w:rsid w:val="002E779C"/>
    <w:rsid w:val="00310457"/>
    <w:rsid w:val="00326F90"/>
    <w:rsid w:val="00343944"/>
    <w:rsid w:val="00384C07"/>
    <w:rsid w:val="00396C37"/>
    <w:rsid w:val="003B4597"/>
    <w:rsid w:val="00401DDE"/>
    <w:rsid w:val="004637A7"/>
    <w:rsid w:val="00487981"/>
    <w:rsid w:val="004909F5"/>
    <w:rsid w:val="004D59E3"/>
    <w:rsid w:val="004D5A6C"/>
    <w:rsid w:val="004D7B39"/>
    <w:rsid w:val="00554FC3"/>
    <w:rsid w:val="005C5286"/>
    <w:rsid w:val="005D677A"/>
    <w:rsid w:val="0063622A"/>
    <w:rsid w:val="006417D8"/>
    <w:rsid w:val="006B059D"/>
    <w:rsid w:val="006D710E"/>
    <w:rsid w:val="006D7F69"/>
    <w:rsid w:val="00741BA9"/>
    <w:rsid w:val="007E6975"/>
    <w:rsid w:val="00801C7D"/>
    <w:rsid w:val="00876389"/>
    <w:rsid w:val="008A6B23"/>
    <w:rsid w:val="00903253"/>
    <w:rsid w:val="009127B5"/>
    <w:rsid w:val="00936385"/>
    <w:rsid w:val="009611D8"/>
    <w:rsid w:val="00986640"/>
    <w:rsid w:val="009A19BF"/>
    <w:rsid w:val="009A5BC9"/>
    <w:rsid w:val="009A77A6"/>
    <w:rsid w:val="009F3AC6"/>
    <w:rsid w:val="00A407C0"/>
    <w:rsid w:val="00AA1D8D"/>
    <w:rsid w:val="00AC0EB1"/>
    <w:rsid w:val="00B34293"/>
    <w:rsid w:val="00B47730"/>
    <w:rsid w:val="00B622DB"/>
    <w:rsid w:val="00B63EC8"/>
    <w:rsid w:val="00C406A3"/>
    <w:rsid w:val="00CA72F1"/>
    <w:rsid w:val="00CB0664"/>
    <w:rsid w:val="00CF648B"/>
    <w:rsid w:val="00D24A3E"/>
    <w:rsid w:val="00D61777"/>
    <w:rsid w:val="00D879DF"/>
    <w:rsid w:val="00D92A8F"/>
    <w:rsid w:val="00DB0165"/>
    <w:rsid w:val="00DB321A"/>
    <w:rsid w:val="00DC0437"/>
    <w:rsid w:val="00DC629C"/>
    <w:rsid w:val="00E2566D"/>
    <w:rsid w:val="00E324B3"/>
    <w:rsid w:val="00E5E8ED"/>
    <w:rsid w:val="00F00A8A"/>
    <w:rsid w:val="00F2743A"/>
    <w:rsid w:val="00F37F2A"/>
    <w:rsid w:val="00F8459F"/>
    <w:rsid w:val="00FC693F"/>
    <w:rsid w:val="00FE0C46"/>
    <w:rsid w:val="01C9DF74"/>
    <w:rsid w:val="01DDCBF1"/>
    <w:rsid w:val="01FF7788"/>
    <w:rsid w:val="0401B485"/>
    <w:rsid w:val="04A0CF53"/>
    <w:rsid w:val="04A30BF5"/>
    <w:rsid w:val="04EB4B8A"/>
    <w:rsid w:val="06815B54"/>
    <w:rsid w:val="0733D1F0"/>
    <w:rsid w:val="076139CB"/>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08C5763"/>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7BC99B"/>
    <w:rsid w:val="43A33EEE"/>
    <w:rsid w:val="44BAFCE6"/>
    <w:rsid w:val="466D8BE0"/>
    <w:rsid w:val="46AA4338"/>
    <w:rsid w:val="4940B131"/>
    <w:rsid w:val="4947C53F"/>
    <w:rsid w:val="4A32AAFC"/>
    <w:rsid w:val="4D0F6964"/>
    <w:rsid w:val="4D952779"/>
    <w:rsid w:val="4DE91180"/>
    <w:rsid w:val="4E0D8C5C"/>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9496FC4"/>
    <w:rsid w:val="5B869AE9"/>
    <w:rsid w:val="5BCE2D4A"/>
    <w:rsid w:val="5C09367A"/>
    <w:rsid w:val="5C3504FC"/>
    <w:rsid w:val="5C70DDE6"/>
    <w:rsid w:val="5CA90785"/>
    <w:rsid w:val="5D1E0348"/>
    <w:rsid w:val="5D29FD70"/>
    <w:rsid w:val="609D24A0"/>
    <w:rsid w:val="61816BBF"/>
    <w:rsid w:val="61E274A4"/>
    <w:rsid w:val="61F8660C"/>
    <w:rsid w:val="629958E2"/>
    <w:rsid w:val="62A7561B"/>
    <w:rsid w:val="6348E048"/>
    <w:rsid w:val="650A679B"/>
    <w:rsid w:val="6764C63C"/>
    <w:rsid w:val="6771A950"/>
    <w:rsid w:val="67D5B91C"/>
    <w:rsid w:val="6830A729"/>
    <w:rsid w:val="68EC88EC"/>
    <w:rsid w:val="69B481F6"/>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1F254F"/>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76ED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2.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1266</Words>
  <Characters>7221</Characters>
  <Application>Microsoft Office Word</Application>
  <DocSecurity>0</DocSecurity>
  <Lines>60</Lines>
  <Paragraphs>16</Paragraphs>
  <ScaleCrop>false</ScaleCrop>
  <Manager/>
  <Company/>
  <LinksUpToDate>false</LinksUpToDate>
  <CharactersWithSpaces>8471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47</cp:revision>
  <dcterms:created xsi:type="dcterms:W3CDTF">2026-09-22T08:49:00Z</dcterms:created>
  <dcterms:modified xsi:type="dcterms:W3CDTF">2026-10-14T08:14:00Z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