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Pr="002875B8" w:rsidRDefault="68EC88EC" w:rsidP="766D1AC1">
      <w:pPr>
        <w:spacing w:after="0"/>
        <w:rPr>
          <w:snapToGrid w:val="0"/>
        </w:rPr>
      </w:pPr>
      <w:r>
        <w:rPr>
          <w:noProof/>
          <w:snapToGrid w:val="0"/>
        </w:rPr>
        <w:drawing>
          <wp:inline distT="0" distB="0" distL="0" distR="0" wp14:anchorId="06BF9D90" wp14:editId="68B01B44">
            <wp:extent cx="6867534" cy="9041203"/>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867534" cy="9041203"/>
                    </a:xfrm>
                    <a:prstGeom prst="rect">
                      <a:avLst/>
                    </a:prstGeom>
                  </pic:spPr>
                </pic:pic>
              </a:graphicData>
            </a:graphic>
          </wp:inline>
        </w:drawing>
      </w:r>
    </w:p>
    <w:p w14:paraId="0A37501D"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51CC6E0F" w14:textId="77777777" w:rsidTr="3F9B9FB5">
        <w:trPr>
          <w:jc w:val="center"/>
        </w:trPr>
        <w:tc>
          <w:tcPr>
            <w:tcW w:w="5159" w:type="dxa"/>
            <w:tcMar>
              <w:top w:w="100" w:type="dxa"/>
              <w:left w:w="120" w:type="dxa"/>
              <w:bottom w:w="100" w:type="dxa"/>
              <w:right w:w="120" w:type="dxa"/>
            </w:tcMar>
            <w:vAlign w:val="center"/>
          </w:tcPr>
          <w:p w14:paraId="23E5A054" w14:textId="47D6A12A"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5DAB6C7B" w14:textId="3A2E4DDC" w:rsidR="00CF648B" w:rsidRPr="002875B8" w:rsidRDefault="00CF648B">
            <w:pPr>
              <w:jc w:val="right"/>
              <w:rPr>
                <w:snapToGrid w:val="0"/>
              </w:rPr>
            </w:pPr>
          </w:p>
        </w:tc>
      </w:tr>
    </w:tbl>
    <w:tbl>
      <w:tblPr>
        <w:tblStyle w:val="TableGrid"/>
        <w:tblW w:w="10308" w:type="dxa"/>
        <w:tblLook w:val="04A0" w:firstRow="1" w:lastRow="0" w:firstColumn="1" w:lastColumn="0" w:noHBand="0" w:noVBand="1"/>
      </w:tblPr>
      <w:tblGrid>
        <w:gridCol w:w="5154"/>
        <w:gridCol w:w="5154"/>
      </w:tblGrid>
      <w:tr w:rsidR="00CF648B" w:rsidRPr="002875B8" w14:paraId="27B27951" w14:textId="77777777" w:rsidTr="0C3DBE16">
        <w:trPr>
          <w:trHeight w:val="300"/>
        </w:trPr>
        <w:tc>
          <w:tcPr>
            <w:tcW w:w="5154" w:type="dxa"/>
            <w:shd w:val="clear" w:color="auto" w:fill="DDEFE8"/>
            <w:tcMar>
              <w:top w:w="100" w:type="dxa"/>
              <w:left w:w="120" w:type="dxa"/>
              <w:bottom w:w="100" w:type="dxa"/>
              <w:right w:w="120" w:type="dxa"/>
            </w:tcMar>
            <w:vAlign w:val="center"/>
          </w:tcPr>
          <w:p w14:paraId="1F7D8BBD" w14:textId="35C40472" w:rsidR="00CF648B" w:rsidRPr="002875B8" w:rsidRDefault="00DC0437">
            <w:pPr>
              <w:rPr>
                <w:snapToGrid w:val="0"/>
              </w:rPr>
            </w:pPr>
            <w:r>
              <w:rPr>
                <w:b/>
                <w:snapToGrid w:val="0"/>
                <w:color w:val="006B54"/>
                <w:sz w:val="16"/>
              </w:rPr>
              <w:t>An Post a bhfuil Iarratas á Dhéanamh Air:</w:t>
            </w:r>
          </w:p>
        </w:tc>
        <w:tc>
          <w:tcPr>
            <w:tcW w:w="5154" w:type="dxa"/>
            <w:shd w:val="clear" w:color="auto" w:fill="DDEFE8"/>
            <w:tcMar>
              <w:top w:w="100" w:type="dxa"/>
              <w:left w:w="120" w:type="dxa"/>
              <w:bottom w:w="100" w:type="dxa"/>
              <w:right w:w="120" w:type="dxa"/>
            </w:tcMar>
            <w:vAlign w:val="center"/>
          </w:tcPr>
          <w:p w14:paraId="7A93D8BA" w14:textId="3A18FB43" w:rsidR="0C3DBE16" w:rsidRDefault="0C3DBE16" w:rsidP="0C3DBE16">
            <w:pPr>
              <w:rPr>
                <w:b/>
                <w:bCs/>
                <w:color w:val="006B54"/>
                <w:sz w:val="16"/>
                <w:szCs w:val="16"/>
              </w:rPr>
            </w:pPr>
          </w:p>
        </w:tc>
      </w:tr>
      <w:tr w:rsidR="00CF648B" w:rsidRPr="002875B8" w14:paraId="5A39BBE3" w14:textId="77777777" w:rsidTr="0C3DBE16">
        <w:trPr>
          <w:trHeight w:val="300"/>
        </w:trPr>
        <w:tc>
          <w:tcPr>
            <w:tcW w:w="10308" w:type="dxa"/>
            <w:gridSpan w:val="2"/>
            <w:tcMar>
              <w:top w:w="100" w:type="dxa"/>
              <w:left w:w="120" w:type="dxa"/>
              <w:bottom w:w="100" w:type="dxa"/>
              <w:right w:w="120" w:type="dxa"/>
            </w:tcMar>
            <w:vAlign w:val="center"/>
          </w:tcPr>
          <w:p w14:paraId="41C8F396" w14:textId="59888F4D" w:rsidR="00CF648B" w:rsidRPr="002875B8" w:rsidRDefault="273081F2" w:rsidP="0C3DBE16">
            <w:pPr>
              <w:rPr>
                <w:rFonts w:eastAsia="Arial" w:cs="Arial"/>
                <w:b/>
                <w:bCs/>
                <w:snapToGrid w:val="0"/>
                <w:szCs w:val="18"/>
              </w:rPr>
            </w:pPr>
            <w:r w:rsidRPr="0C3DBE16">
              <w:rPr>
                <w:rFonts w:eastAsia="Arial" w:cs="Arial"/>
                <w:b/>
                <w:bCs/>
                <w:szCs w:val="18"/>
              </w:rPr>
              <w:t>Oifigeach, Forbairt Táirgí agus Réigiúnach, Slí an Atlantaigh Fhiáin – An Ghaeltacht agus na hOileáin</w:t>
            </w:r>
          </w:p>
        </w:tc>
      </w:tr>
      <w:tr w:rsidR="00CF648B" w:rsidRPr="002875B8" w14:paraId="5C4879D2" w14:textId="77777777" w:rsidTr="0C3DBE16">
        <w:trPr>
          <w:trHeight w:val="300"/>
        </w:trPr>
        <w:tc>
          <w:tcPr>
            <w:tcW w:w="5154" w:type="dxa"/>
            <w:shd w:val="clear" w:color="auto" w:fill="DDEFE8"/>
            <w:tcMar>
              <w:top w:w="100" w:type="dxa"/>
              <w:left w:w="120" w:type="dxa"/>
              <w:bottom w:w="100" w:type="dxa"/>
              <w:right w:w="120" w:type="dxa"/>
            </w:tcMar>
            <w:vAlign w:val="center"/>
          </w:tcPr>
          <w:p w14:paraId="454B23F8" w14:textId="54F8D041" w:rsidR="00CF648B" w:rsidRPr="002875B8" w:rsidRDefault="00DC0437">
            <w:pPr>
              <w:rPr>
                <w:snapToGrid w:val="0"/>
              </w:rPr>
            </w:pPr>
            <w:r>
              <w:rPr>
                <w:b/>
                <w:snapToGrid w:val="0"/>
                <w:color w:val="006B54"/>
                <w:sz w:val="16"/>
              </w:rPr>
              <w:t>Láthair/Láithreacha:</w:t>
            </w:r>
          </w:p>
        </w:tc>
        <w:tc>
          <w:tcPr>
            <w:tcW w:w="5154" w:type="dxa"/>
            <w:shd w:val="clear" w:color="auto" w:fill="DDEFE8"/>
            <w:tcMar>
              <w:top w:w="100" w:type="dxa"/>
              <w:left w:w="120" w:type="dxa"/>
              <w:bottom w:w="100" w:type="dxa"/>
              <w:right w:w="120" w:type="dxa"/>
            </w:tcMar>
            <w:vAlign w:val="center"/>
          </w:tcPr>
          <w:p w14:paraId="6D484120" w14:textId="01A15FF1" w:rsidR="0000A0C6" w:rsidRDefault="0000A0C6" w:rsidP="0C3DBE16">
            <w:pPr>
              <w:rPr>
                <w:b/>
                <w:bCs/>
                <w:color w:val="006B54"/>
                <w:sz w:val="16"/>
                <w:szCs w:val="16"/>
              </w:rPr>
            </w:pPr>
            <w:r w:rsidRPr="0C3DBE16">
              <w:rPr>
                <w:b/>
                <w:bCs/>
                <w:color w:val="006B54"/>
                <w:sz w:val="16"/>
                <w:szCs w:val="16"/>
              </w:rPr>
              <w:t>Marcáil le (X)</w:t>
            </w:r>
          </w:p>
        </w:tc>
      </w:tr>
      <w:tr w:rsidR="00CF648B" w:rsidRPr="002875B8" w14:paraId="72A3D3EC" w14:textId="77777777" w:rsidTr="0C3DBE16">
        <w:trPr>
          <w:trHeight w:val="300"/>
        </w:trPr>
        <w:tc>
          <w:tcPr>
            <w:tcW w:w="5154" w:type="dxa"/>
            <w:tcMar>
              <w:top w:w="100" w:type="dxa"/>
              <w:left w:w="120" w:type="dxa"/>
              <w:bottom w:w="100" w:type="dxa"/>
              <w:right w:w="120" w:type="dxa"/>
            </w:tcMar>
            <w:vAlign w:val="center"/>
          </w:tcPr>
          <w:p w14:paraId="0D0B940D" w14:textId="60340276" w:rsidR="00CF648B" w:rsidRPr="002875B8" w:rsidRDefault="55193DFD" w:rsidP="0C3DBE16">
            <w:r w:rsidRPr="0C3DBE16">
              <w:rPr>
                <w:rFonts w:eastAsia="Arial" w:cs="Arial"/>
                <w:szCs w:val="18"/>
              </w:rPr>
              <w:t>Leitir Ceanainn</w:t>
            </w:r>
          </w:p>
        </w:tc>
        <w:tc>
          <w:tcPr>
            <w:tcW w:w="5154" w:type="dxa"/>
            <w:tcMar>
              <w:top w:w="100" w:type="dxa"/>
              <w:left w:w="120" w:type="dxa"/>
              <w:bottom w:w="100" w:type="dxa"/>
              <w:right w:w="120" w:type="dxa"/>
            </w:tcMar>
            <w:vAlign w:val="center"/>
          </w:tcPr>
          <w:p w14:paraId="13C9B009" w14:textId="1C3C99B4" w:rsidR="0000A0C6" w:rsidRDefault="0000A0C6" w:rsidP="0C3DBE16">
            <w:r>
              <w:t>[ ]</w:t>
            </w:r>
          </w:p>
        </w:tc>
      </w:tr>
      <w:tr w:rsidR="0C3DBE16" w14:paraId="32915BED" w14:textId="77777777" w:rsidTr="0C3DBE16">
        <w:trPr>
          <w:trHeight w:val="300"/>
        </w:trPr>
        <w:tc>
          <w:tcPr>
            <w:tcW w:w="5154" w:type="dxa"/>
            <w:tcMar>
              <w:top w:w="100" w:type="dxa"/>
              <w:left w:w="120" w:type="dxa"/>
              <w:bottom w:w="100" w:type="dxa"/>
              <w:right w:w="120" w:type="dxa"/>
            </w:tcMar>
            <w:vAlign w:val="center"/>
          </w:tcPr>
          <w:p w14:paraId="22FD044B" w14:textId="7661217B" w:rsidR="7A62AF76" w:rsidRDefault="7A62AF76" w:rsidP="0C3DBE16">
            <w:r w:rsidRPr="0C3DBE16">
              <w:rPr>
                <w:rFonts w:eastAsia="Arial" w:cs="Arial"/>
                <w:szCs w:val="18"/>
              </w:rPr>
              <w:t>Sligeach</w:t>
            </w:r>
          </w:p>
        </w:tc>
        <w:tc>
          <w:tcPr>
            <w:tcW w:w="5154" w:type="dxa"/>
            <w:tcMar>
              <w:top w:w="100" w:type="dxa"/>
              <w:left w:w="120" w:type="dxa"/>
              <w:bottom w:w="100" w:type="dxa"/>
              <w:right w:w="120" w:type="dxa"/>
            </w:tcMar>
            <w:vAlign w:val="center"/>
          </w:tcPr>
          <w:p w14:paraId="5E738209" w14:textId="23041460" w:rsidR="0000A0C6" w:rsidRDefault="0000A0C6" w:rsidP="0C3DBE16">
            <w:r>
              <w:t>[ ]</w:t>
            </w:r>
          </w:p>
        </w:tc>
      </w:tr>
      <w:tr w:rsidR="0C3DBE16" w14:paraId="06DEC511" w14:textId="77777777" w:rsidTr="0C3DBE16">
        <w:trPr>
          <w:trHeight w:val="300"/>
        </w:trPr>
        <w:tc>
          <w:tcPr>
            <w:tcW w:w="5154" w:type="dxa"/>
            <w:tcMar>
              <w:top w:w="100" w:type="dxa"/>
              <w:left w:w="120" w:type="dxa"/>
              <w:bottom w:w="100" w:type="dxa"/>
              <w:right w:w="120" w:type="dxa"/>
            </w:tcMar>
            <w:vAlign w:val="center"/>
          </w:tcPr>
          <w:p w14:paraId="4F454327" w14:textId="2D879120" w:rsidR="387F2E4D" w:rsidRDefault="387F2E4D" w:rsidP="0C3DBE16">
            <w:r w:rsidRPr="0C3DBE16">
              <w:rPr>
                <w:rFonts w:eastAsia="Arial" w:cs="Arial"/>
                <w:szCs w:val="18"/>
              </w:rPr>
              <w:t>Gaillimh</w:t>
            </w:r>
          </w:p>
        </w:tc>
        <w:tc>
          <w:tcPr>
            <w:tcW w:w="5154" w:type="dxa"/>
            <w:tcMar>
              <w:top w:w="100" w:type="dxa"/>
              <w:left w:w="120" w:type="dxa"/>
              <w:bottom w:w="100" w:type="dxa"/>
              <w:right w:w="120" w:type="dxa"/>
            </w:tcMar>
            <w:vAlign w:val="center"/>
          </w:tcPr>
          <w:p w14:paraId="49FD48E6" w14:textId="322FF343" w:rsidR="387F2E4D" w:rsidRDefault="387F2E4D" w:rsidP="0C3DBE16">
            <w:pPr>
              <w:rPr>
                <w:rFonts w:eastAsia="Arial" w:cs="Arial"/>
                <w:szCs w:val="18"/>
              </w:rPr>
            </w:pPr>
            <w:r w:rsidRPr="0C3DBE16">
              <w:rPr>
                <w:rFonts w:eastAsia="Arial" w:cs="Arial"/>
                <w:color w:val="000000" w:themeColor="text1"/>
                <w:szCs w:val="18"/>
              </w:rPr>
              <w:t>[ ]</w:t>
            </w:r>
          </w:p>
        </w:tc>
      </w:tr>
      <w:tr w:rsidR="0C3DBE16" w14:paraId="6016EC5B" w14:textId="77777777" w:rsidTr="0C3DBE16">
        <w:trPr>
          <w:trHeight w:val="300"/>
        </w:trPr>
        <w:tc>
          <w:tcPr>
            <w:tcW w:w="5154" w:type="dxa"/>
            <w:tcMar>
              <w:top w:w="100" w:type="dxa"/>
              <w:left w:w="120" w:type="dxa"/>
              <w:bottom w:w="100" w:type="dxa"/>
              <w:right w:w="120" w:type="dxa"/>
            </w:tcMar>
            <w:vAlign w:val="center"/>
          </w:tcPr>
          <w:p w14:paraId="659C267E" w14:textId="2A93B568" w:rsidR="387F2E4D" w:rsidRDefault="387F2E4D" w:rsidP="0C3DBE16">
            <w:r w:rsidRPr="0C3DBE16">
              <w:rPr>
                <w:rFonts w:eastAsia="Arial" w:cs="Arial"/>
                <w:szCs w:val="18"/>
              </w:rPr>
              <w:t>Luimneach</w:t>
            </w:r>
          </w:p>
        </w:tc>
        <w:tc>
          <w:tcPr>
            <w:tcW w:w="5154" w:type="dxa"/>
            <w:tcMar>
              <w:top w:w="100" w:type="dxa"/>
              <w:left w:w="120" w:type="dxa"/>
              <w:bottom w:w="100" w:type="dxa"/>
              <w:right w:w="120" w:type="dxa"/>
            </w:tcMar>
            <w:vAlign w:val="center"/>
          </w:tcPr>
          <w:p w14:paraId="4BDCBB90" w14:textId="49690B21" w:rsidR="0000A0C6" w:rsidRDefault="0000A0C6" w:rsidP="0C3DBE16">
            <w:r>
              <w:t>[ ]</w:t>
            </w:r>
          </w:p>
        </w:tc>
      </w:tr>
      <w:tr w:rsidR="0C3DBE16" w14:paraId="4D19961A" w14:textId="77777777" w:rsidTr="0C3DBE16">
        <w:trPr>
          <w:trHeight w:val="300"/>
        </w:trPr>
        <w:tc>
          <w:tcPr>
            <w:tcW w:w="5154" w:type="dxa"/>
            <w:tcMar>
              <w:top w:w="100" w:type="dxa"/>
              <w:left w:w="120" w:type="dxa"/>
              <w:bottom w:w="100" w:type="dxa"/>
              <w:right w:w="120" w:type="dxa"/>
            </w:tcMar>
            <w:vAlign w:val="center"/>
          </w:tcPr>
          <w:p w14:paraId="1F7DD04E" w14:textId="677587A7" w:rsidR="4F44EAE2" w:rsidRDefault="4F44EAE2" w:rsidP="0C3DBE16">
            <w:r w:rsidRPr="0C3DBE16">
              <w:rPr>
                <w:rFonts w:eastAsia="Arial" w:cs="Arial"/>
                <w:szCs w:val="18"/>
              </w:rPr>
              <w:t>Cill Airne nó Corcaigh</w:t>
            </w:r>
          </w:p>
        </w:tc>
        <w:tc>
          <w:tcPr>
            <w:tcW w:w="5154" w:type="dxa"/>
            <w:tcMar>
              <w:top w:w="100" w:type="dxa"/>
              <w:left w:w="120" w:type="dxa"/>
              <w:bottom w:w="100" w:type="dxa"/>
              <w:right w:w="120" w:type="dxa"/>
            </w:tcMar>
            <w:vAlign w:val="center"/>
          </w:tcPr>
          <w:p w14:paraId="28C98B3D" w14:textId="37F123AF" w:rsidR="4F44EAE2" w:rsidRDefault="4F44EAE2" w:rsidP="0C3DBE16">
            <w:r>
              <w:t>[ ]</w:t>
            </w:r>
          </w:p>
        </w:tc>
      </w:tr>
      <w:tr w:rsidR="00856EC6" w:rsidRPr="002875B8" w14:paraId="4734EE24" w14:textId="77777777" w:rsidTr="0C3DBE16">
        <w:trPr>
          <w:trHeight w:val="300"/>
        </w:trPr>
        <w:tc>
          <w:tcPr>
            <w:tcW w:w="5154" w:type="dxa"/>
            <w:shd w:val="clear" w:color="auto" w:fill="DDEFE8"/>
            <w:tcMar>
              <w:top w:w="100" w:type="dxa"/>
              <w:left w:w="120" w:type="dxa"/>
              <w:bottom w:w="100" w:type="dxa"/>
              <w:right w:w="120" w:type="dxa"/>
            </w:tcMar>
            <w:vAlign w:val="center"/>
          </w:tcPr>
          <w:p w14:paraId="1D4A68DB" w14:textId="14820F6F" w:rsidR="00856EC6" w:rsidRDefault="00856EC6">
            <w:pPr>
              <w:rPr>
                <w:b/>
                <w:snapToGrid w:val="0"/>
                <w:color w:val="006B54"/>
                <w:sz w:val="16"/>
              </w:rPr>
            </w:pPr>
            <w:r w:rsidRPr="00856EC6">
              <w:rPr>
                <w:b/>
                <w:bCs/>
                <w:color w:val="006B54"/>
                <w:sz w:val="16"/>
                <w:szCs w:val="16"/>
              </w:rPr>
              <w:t>Cineál Conartha a bhfuil Iarratas á Dhéanamh Air</w:t>
            </w:r>
          </w:p>
        </w:tc>
        <w:tc>
          <w:tcPr>
            <w:tcW w:w="5154" w:type="dxa"/>
            <w:shd w:val="clear" w:color="auto" w:fill="DDEFE8"/>
            <w:tcMar>
              <w:top w:w="100" w:type="dxa"/>
              <w:left w:w="120" w:type="dxa"/>
              <w:bottom w:w="100" w:type="dxa"/>
              <w:right w:w="120" w:type="dxa"/>
            </w:tcMar>
            <w:vAlign w:val="center"/>
          </w:tcPr>
          <w:p w14:paraId="4AA56C34" w14:textId="63C2B564" w:rsidR="00856EC6" w:rsidRDefault="00856EC6" w:rsidP="0C3DBE16">
            <w:pPr>
              <w:rPr>
                <w:b/>
                <w:bCs/>
                <w:color w:val="006B54"/>
                <w:sz w:val="16"/>
                <w:szCs w:val="16"/>
              </w:rPr>
            </w:pPr>
            <w:r w:rsidRPr="0C3DBE16">
              <w:rPr>
                <w:b/>
                <w:bCs/>
                <w:color w:val="006B54"/>
                <w:sz w:val="16"/>
                <w:szCs w:val="16"/>
              </w:rPr>
              <w:t>Marcáil le (X)</w:t>
            </w:r>
          </w:p>
        </w:tc>
      </w:tr>
      <w:tr w:rsidR="00856EC6" w:rsidRPr="002875B8" w14:paraId="22E18FEB" w14:textId="77777777" w:rsidTr="00856EC6">
        <w:trPr>
          <w:trHeight w:val="300"/>
        </w:trPr>
        <w:tc>
          <w:tcPr>
            <w:tcW w:w="5154" w:type="dxa"/>
            <w:tcMar>
              <w:top w:w="100" w:type="dxa"/>
              <w:left w:w="120" w:type="dxa"/>
              <w:bottom w:w="100" w:type="dxa"/>
              <w:right w:w="120" w:type="dxa"/>
            </w:tcMar>
            <w:vAlign w:val="center"/>
          </w:tcPr>
          <w:p w14:paraId="6B3E4627" w14:textId="1C772C73" w:rsidR="00856EC6" w:rsidRDefault="00856EC6" w:rsidP="00856EC6">
            <w:pPr>
              <w:rPr>
                <w:b/>
                <w:snapToGrid w:val="0"/>
                <w:color w:val="006B54"/>
                <w:sz w:val="16"/>
              </w:rPr>
            </w:pPr>
            <w:r w:rsidRPr="00856EC6">
              <w:rPr>
                <w:rFonts w:eastAsia="Arial" w:cs="Arial"/>
                <w:szCs w:val="18"/>
              </w:rPr>
              <w:t>Conradh Buan</w:t>
            </w:r>
          </w:p>
        </w:tc>
        <w:tc>
          <w:tcPr>
            <w:tcW w:w="5154" w:type="dxa"/>
            <w:tcMar>
              <w:top w:w="100" w:type="dxa"/>
              <w:left w:w="120" w:type="dxa"/>
              <w:bottom w:w="100" w:type="dxa"/>
              <w:right w:w="120" w:type="dxa"/>
            </w:tcMar>
            <w:vAlign w:val="center"/>
          </w:tcPr>
          <w:p w14:paraId="4F163AFB" w14:textId="6280A89A" w:rsidR="00856EC6" w:rsidRDefault="00856EC6" w:rsidP="00856EC6">
            <w:pPr>
              <w:rPr>
                <w:b/>
                <w:bCs/>
                <w:color w:val="006B54"/>
                <w:sz w:val="16"/>
                <w:szCs w:val="16"/>
              </w:rPr>
            </w:pPr>
            <w:r>
              <w:t>[ ]</w:t>
            </w:r>
          </w:p>
        </w:tc>
      </w:tr>
      <w:tr w:rsidR="00856EC6" w:rsidRPr="002875B8" w14:paraId="5644CB8C" w14:textId="77777777" w:rsidTr="00856EC6">
        <w:trPr>
          <w:trHeight w:val="300"/>
        </w:trPr>
        <w:tc>
          <w:tcPr>
            <w:tcW w:w="5154" w:type="dxa"/>
            <w:tcMar>
              <w:top w:w="100" w:type="dxa"/>
              <w:left w:w="120" w:type="dxa"/>
              <w:bottom w:w="100" w:type="dxa"/>
              <w:right w:w="120" w:type="dxa"/>
            </w:tcMar>
            <w:vAlign w:val="center"/>
          </w:tcPr>
          <w:p w14:paraId="54A0C075" w14:textId="2C2E7AFC" w:rsidR="00856EC6" w:rsidRDefault="00856EC6" w:rsidP="00856EC6">
            <w:pPr>
              <w:rPr>
                <w:b/>
                <w:snapToGrid w:val="0"/>
                <w:color w:val="006B54"/>
                <w:sz w:val="16"/>
              </w:rPr>
            </w:pPr>
            <w:r w:rsidRPr="00856EC6">
              <w:rPr>
                <w:rFonts w:eastAsia="Arial" w:cs="Arial"/>
                <w:szCs w:val="18"/>
              </w:rPr>
              <w:t>Conradh Téarma Seasta (2 bhliain)</w:t>
            </w:r>
          </w:p>
        </w:tc>
        <w:tc>
          <w:tcPr>
            <w:tcW w:w="5154" w:type="dxa"/>
            <w:tcMar>
              <w:top w:w="100" w:type="dxa"/>
              <w:left w:w="120" w:type="dxa"/>
              <w:bottom w:w="100" w:type="dxa"/>
              <w:right w:w="120" w:type="dxa"/>
            </w:tcMar>
            <w:vAlign w:val="center"/>
          </w:tcPr>
          <w:p w14:paraId="36041921" w14:textId="7A602FEF" w:rsidR="00856EC6" w:rsidRDefault="00856EC6" w:rsidP="00856EC6">
            <w:pPr>
              <w:rPr>
                <w:b/>
                <w:bCs/>
                <w:color w:val="006B54"/>
                <w:sz w:val="16"/>
                <w:szCs w:val="16"/>
              </w:rPr>
            </w:pPr>
            <w:r>
              <w:t>[ ]</w:t>
            </w:r>
          </w:p>
        </w:tc>
      </w:tr>
      <w:tr w:rsidR="00856EC6" w:rsidRPr="002875B8" w14:paraId="5EAA1B47" w14:textId="77777777" w:rsidTr="00856EC6">
        <w:trPr>
          <w:trHeight w:val="300"/>
        </w:trPr>
        <w:tc>
          <w:tcPr>
            <w:tcW w:w="5154" w:type="dxa"/>
            <w:tcMar>
              <w:top w:w="100" w:type="dxa"/>
              <w:left w:w="120" w:type="dxa"/>
              <w:bottom w:w="100" w:type="dxa"/>
              <w:right w:w="120" w:type="dxa"/>
            </w:tcMar>
            <w:vAlign w:val="center"/>
          </w:tcPr>
          <w:p w14:paraId="2D107057" w14:textId="2A473B53" w:rsidR="00856EC6" w:rsidRPr="00856EC6" w:rsidRDefault="00856EC6" w:rsidP="00856EC6">
            <w:pPr>
              <w:rPr>
                <w:rFonts w:eastAsia="Arial" w:cs="Arial"/>
                <w:szCs w:val="18"/>
              </w:rPr>
            </w:pPr>
            <w:r w:rsidRPr="00856EC6">
              <w:rPr>
                <w:rFonts w:eastAsia="Arial" w:cs="Arial"/>
                <w:szCs w:val="18"/>
              </w:rPr>
              <w:t>An dá cheann</w:t>
            </w:r>
          </w:p>
        </w:tc>
        <w:tc>
          <w:tcPr>
            <w:tcW w:w="5154" w:type="dxa"/>
            <w:tcMar>
              <w:top w:w="100" w:type="dxa"/>
              <w:left w:w="120" w:type="dxa"/>
              <w:bottom w:w="100" w:type="dxa"/>
              <w:right w:w="120" w:type="dxa"/>
            </w:tcMar>
            <w:vAlign w:val="center"/>
          </w:tcPr>
          <w:p w14:paraId="6AB28BCD" w14:textId="2714B7A9" w:rsidR="00856EC6" w:rsidRDefault="00856EC6" w:rsidP="00856EC6">
            <w:r>
              <w:t>[ ]</w:t>
            </w:r>
          </w:p>
        </w:tc>
      </w:tr>
      <w:tr w:rsidR="00856EC6" w:rsidRPr="002875B8" w14:paraId="226A1CB4" w14:textId="77777777" w:rsidTr="0C3DBE16">
        <w:trPr>
          <w:trHeight w:val="300"/>
        </w:trPr>
        <w:tc>
          <w:tcPr>
            <w:tcW w:w="5154" w:type="dxa"/>
            <w:shd w:val="clear" w:color="auto" w:fill="DDEFE8"/>
            <w:tcMar>
              <w:top w:w="100" w:type="dxa"/>
              <w:left w:w="120" w:type="dxa"/>
              <w:bottom w:w="100" w:type="dxa"/>
              <w:right w:w="120" w:type="dxa"/>
            </w:tcMar>
            <w:vAlign w:val="center"/>
          </w:tcPr>
          <w:p w14:paraId="1FAB5CE7" w14:textId="767B3D91" w:rsidR="00856EC6" w:rsidRPr="002875B8" w:rsidRDefault="00856EC6" w:rsidP="00856EC6">
            <w:pPr>
              <w:rPr>
                <w:snapToGrid w:val="0"/>
              </w:rPr>
            </w:pPr>
            <w:r>
              <w:rPr>
                <w:b/>
                <w:snapToGrid w:val="0"/>
                <w:color w:val="006B54"/>
                <w:sz w:val="16"/>
              </w:rPr>
              <w:t>Dáta Deiridh don Iarratas:</w:t>
            </w:r>
          </w:p>
        </w:tc>
        <w:tc>
          <w:tcPr>
            <w:tcW w:w="5154" w:type="dxa"/>
            <w:shd w:val="clear" w:color="auto" w:fill="DDEFE8"/>
            <w:tcMar>
              <w:top w:w="100" w:type="dxa"/>
              <w:left w:w="120" w:type="dxa"/>
              <w:bottom w:w="100" w:type="dxa"/>
              <w:right w:w="120" w:type="dxa"/>
            </w:tcMar>
            <w:vAlign w:val="center"/>
          </w:tcPr>
          <w:p w14:paraId="697BDBA2" w14:textId="2B8B50E2" w:rsidR="00856EC6" w:rsidRDefault="00856EC6" w:rsidP="00856EC6">
            <w:pPr>
              <w:rPr>
                <w:b/>
                <w:bCs/>
                <w:color w:val="006B54"/>
                <w:sz w:val="16"/>
                <w:szCs w:val="16"/>
              </w:rPr>
            </w:pPr>
          </w:p>
        </w:tc>
      </w:tr>
      <w:tr w:rsidR="00856EC6" w:rsidRPr="002875B8" w14:paraId="0E27B00A" w14:textId="77777777" w:rsidTr="0C3DBE16">
        <w:trPr>
          <w:trHeight w:val="300"/>
        </w:trPr>
        <w:tc>
          <w:tcPr>
            <w:tcW w:w="10308" w:type="dxa"/>
            <w:gridSpan w:val="2"/>
            <w:tcMar>
              <w:top w:w="100" w:type="dxa"/>
              <w:left w:w="120" w:type="dxa"/>
              <w:bottom w:w="100" w:type="dxa"/>
              <w:right w:w="120" w:type="dxa"/>
            </w:tcMar>
            <w:vAlign w:val="center"/>
          </w:tcPr>
          <w:p w14:paraId="60061E4C" w14:textId="3A856E3D" w:rsidR="00856EC6" w:rsidRPr="002875B8" w:rsidRDefault="00856EC6" w:rsidP="00856EC6">
            <w:r w:rsidRPr="0C3DBE16">
              <w:rPr>
                <w:rFonts w:eastAsia="Arial" w:cs="Arial"/>
                <w:szCs w:val="18"/>
              </w:rPr>
              <w:t>Dé Luain, 16 Samhain 2026, ag 3pm (am na hÉireann)</w:t>
            </w:r>
          </w:p>
        </w:tc>
      </w:tr>
    </w:tbl>
    <w:p w14:paraId="1783A3A6" w14:textId="0EEA712E" w:rsidR="0C3DBE16" w:rsidRDefault="0C3DBE16"/>
    <w:p w14:paraId="6C36A651" w14:textId="532F5E09" w:rsidR="00CF648B" w:rsidRPr="002875B8" w:rsidRDefault="00DC0437" w:rsidP="3F9B9FB5">
      <w:pPr>
        <w:jc w:val="center"/>
        <w:rPr>
          <w:snapToGrid w:val="0"/>
        </w:rPr>
      </w:pPr>
      <w:r>
        <w:rPr>
          <w:b/>
          <w:snapToGrid w:val="0"/>
          <w:color w:val="006B54"/>
        </w:rPr>
        <w:t>NÍ GHLACFAR LE hIARRATAIS DHÉANACHA I.E. FAIGHTE TAR ÉIS 3.00PM (AM NA hÉIREANN)</w:t>
      </w:r>
    </w:p>
    <w:p w14:paraId="3898429D" w14:textId="0D7B5940" w:rsidR="00CF648B" w:rsidRPr="002875B8" w:rsidRDefault="00DC0437">
      <w:pPr>
        <w:jc w:val="center"/>
        <w:rPr>
          <w:snapToGrid w:val="0"/>
        </w:rPr>
      </w:pPr>
      <w:r>
        <w:rPr>
          <w:snapToGrid w:val="0"/>
        </w:rPr>
        <w:t>Rachaimid i dteagmháil leat trí ríomhphost nó ar an teileafón.</w:t>
      </w:r>
    </w:p>
    <w:tbl>
      <w:tblPr>
        <w:tblW w:w="0" w:type="auto"/>
        <w:jc w:val="center"/>
        <w:tblLook w:val="04A0" w:firstRow="1" w:lastRow="0" w:firstColumn="1" w:lastColumn="0" w:noHBand="0" w:noVBand="1"/>
      </w:tblPr>
      <w:tblGrid>
        <w:gridCol w:w="10318"/>
      </w:tblGrid>
      <w:tr w:rsidR="00CF648B" w:rsidRPr="002875B8"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54B5E488" w:rsidR="00CF648B" w:rsidRPr="002875B8" w:rsidRDefault="00DC0437">
            <w:pPr>
              <w:spacing w:after="0"/>
              <w:rPr>
                <w:snapToGrid w:val="0"/>
              </w:rPr>
            </w:pPr>
            <w:r>
              <w:rPr>
                <w:b/>
                <w:snapToGrid w:val="0"/>
                <w:color w:val="FFFFFF"/>
                <w:sz w:val="22"/>
              </w:rPr>
              <w:t>Freagair gach ceann de na ceisteanna seo a leanas:</w:t>
            </w:r>
          </w:p>
        </w:tc>
      </w:tr>
    </w:tbl>
    <w:p w14:paraId="3DEEC669" w14:textId="77777777" w:rsidR="00CF648B" w:rsidRPr="002875B8" w:rsidRDefault="00CF648B">
      <w:pPr>
        <w:spacing w:after="0"/>
        <w:rPr>
          <w:snapToGrid w:val="0"/>
        </w:rPr>
      </w:pPr>
    </w:p>
    <w:p w14:paraId="60390542" w14:textId="73873A8B" w:rsidR="00CF648B" w:rsidRPr="002875B8" w:rsidRDefault="00DC0437" w:rsidP="002875B8">
      <w:pPr>
        <w:pStyle w:val="ListParagraph"/>
        <w:numPr>
          <w:ilvl w:val="0"/>
          <w:numId w:val="11"/>
        </w:numPr>
        <w:spacing w:after="40"/>
        <w:ind w:left="360" w:hanging="270"/>
        <w:rPr>
          <w:snapToGrid w:val="0"/>
        </w:rPr>
      </w:pPr>
      <w:r>
        <w:rPr>
          <w:snapToGrid w:val="0"/>
        </w:rPr>
        <w:t>Freagair na ceisteanna go hiomlán mar go gcuirfidh sé seo ar ár gcumas d’iarratas a mheas i gceart.</w:t>
      </w:r>
    </w:p>
    <w:p w14:paraId="3B7D31B7" w14:textId="5517E710" w:rsidR="00CF648B" w:rsidRPr="002875B8" w:rsidRDefault="00DC0437" w:rsidP="002875B8">
      <w:pPr>
        <w:pStyle w:val="ListParagraph"/>
        <w:numPr>
          <w:ilvl w:val="0"/>
          <w:numId w:val="11"/>
        </w:numPr>
        <w:spacing w:after="40"/>
        <w:ind w:left="360" w:hanging="270"/>
        <w:rPr>
          <w:snapToGrid w:val="0"/>
        </w:rPr>
      </w:pPr>
      <w:r>
        <w:rPr>
          <w:snapToGrid w:val="0"/>
        </w:rPr>
        <w:t>Ní úsáidfear ach an fhoirm iarratais chun críocha scagtha.</w:t>
      </w:r>
    </w:p>
    <w:p w14:paraId="66B0DEF5" w14:textId="0949CCED" w:rsidR="00DC0437" w:rsidRPr="002875B8" w:rsidRDefault="00DC0437" w:rsidP="002875B8">
      <w:pPr>
        <w:pStyle w:val="ListParagraph"/>
        <w:numPr>
          <w:ilvl w:val="0"/>
          <w:numId w:val="11"/>
        </w:numPr>
        <w:spacing w:after="40"/>
        <w:ind w:left="360" w:hanging="270"/>
        <w:rPr>
          <w:snapToGrid w:val="0"/>
        </w:rPr>
      </w:pPr>
      <w:r>
        <w:rPr>
          <w:snapToGrid w:val="0"/>
        </w:rPr>
        <w:t>Clóscríobh do chuid freagraí - ná scríobh de láimh iad.</w:t>
      </w:r>
    </w:p>
    <w:p w14:paraId="2707BC34" w14:textId="44A69628" w:rsidR="3F9B9FB5" w:rsidRPr="002875B8" w:rsidRDefault="3F9B9FB5" w:rsidP="3F9B9FB5">
      <w:pPr>
        <w:spacing w:after="40"/>
        <w:rPr>
          <w:snapToGrid w:val="0"/>
        </w:rPr>
      </w:pPr>
    </w:p>
    <w:p w14:paraId="18EB6CC0" w14:textId="742C8475" w:rsidR="56EAF618" w:rsidRPr="002875B8" w:rsidRDefault="56EAF618" w:rsidP="3F9B9FB5">
      <w:pPr>
        <w:pStyle w:val="Heading4"/>
        <w:shd w:val="clear" w:color="auto" w:fill="E6F0EC"/>
        <w:spacing w:before="0" w:after="240"/>
        <w:rPr>
          <w:rFonts w:ascii="Work Sans" w:eastAsia="Work Sans" w:hAnsi="Work Sans" w:cs="Work Sans"/>
          <w:i w:val="0"/>
          <w:iCs w:val="0"/>
          <w:snapToGrid w:val="0"/>
          <w:color w:val="006443"/>
          <w:sz w:val="24"/>
          <w:szCs w:val="24"/>
        </w:rPr>
      </w:pPr>
      <w:r>
        <w:rPr>
          <w:rFonts w:ascii="Work Sans" w:eastAsia="Work Sans" w:hAnsi="Work Sans" w:cs="Work Sans"/>
          <w:i w:val="0"/>
          <w:snapToGrid w:val="0"/>
          <w:color w:val="006443"/>
          <w:sz w:val="24"/>
        </w:rPr>
        <w:t>Maidir le húsáid uirlisí IS: Tabhair faoi deara go ndéanann an fhoireann earcaíochta, an bainisteoir earcaithe agus/nó painéal athbhreithniú ar iarratais agus nach ndéantar scagadh orthu trí úsáid a bhaint as IS. D’fhonn cabhrú linn do thaithí a mheas go cothrom, comhlánaigh d’iarratas i do fhocail féin agus ná húsáid cúnamh IS chun freagraí a ghiniúint.</w:t>
      </w:r>
    </w:p>
    <w:p w14:paraId="7CDE3AC1" w14:textId="576D3145" w:rsidR="3F9B9FB5" w:rsidRPr="002875B8" w:rsidRDefault="3F9B9FB5" w:rsidP="3F9B9FB5">
      <w:pPr>
        <w:spacing w:after="40"/>
        <w:rPr>
          <w:snapToGrid w:val="0"/>
        </w:rPr>
      </w:pPr>
    </w:p>
    <w:tbl>
      <w:tblPr>
        <w:tblW w:w="0" w:type="auto"/>
        <w:jc w:val="center"/>
        <w:tblLook w:val="04A0" w:firstRow="1" w:lastRow="0" w:firstColumn="1" w:lastColumn="0" w:noHBand="0" w:noVBand="1"/>
      </w:tblPr>
      <w:tblGrid>
        <w:gridCol w:w="10318"/>
      </w:tblGrid>
      <w:tr w:rsidR="00CF648B" w:rsidRPr="002875B8"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0CD72917" w:rsidR="00CF648B" w:rsidRPr="002875B8" w:rsidRDefault="00DC0437">
            <w:pPr>
              <w:spacing w:after="0"/>
              <w:rPr>
                <w:snapToGrid w:val="0"/>
              </w:rPr>
            </w:pPr>
            <w:r>
              <w:rPr>
                <w:b/>
                <w:snapToGrid w:val="0"/>
                <w:color w:val="FFFFFF"/>
                <w:sz w:val="22"/>
              </w:rPr>
              <w:t>SONRAÍ PEARSANTA</w:t>
            </w:r>
          </w:p>
        </w:tc>
      </w:tr>
    </w:tbl>
    <w:p w14:paraId="3656B9AB"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5B02BE7E" w14:textId="77777777" w:rsidTr="0C3DBE16">
        <w:tc>
          <w:tcPr>
            <w:tcW w:w="5159" w:type="dxa"/>
            <w:shd w:val="clear" w:color="auto" w:fill="DDEFE8"/>
            <w:tcMar>
              <w:top w:w="100" w:type="dxa"/>
              <w:left w:w="120" w:type="dxa"/>
              <w:bottom w:w="100" w:type="dxa"/>
              <w:right w:w="120" w:type="dxa"/>
            </w:tcMar>
            <w:vAlign w:val="center"/>
          </w:tcPr>
          <w:p w14:paraId="5D55FEC8" w14:textId="77777777" w:rsidR="002875B8" w:rsidRPr="002875B8" w:rsidRDefault="00DC0437">
            <w:pPr>
              <w:rPr>
                <w:b/>
                <w:snapToGrid w:val="0"/>
                <w:color w:val="006B54"/>
              </w:rPr>
            </w:pPr>
            <w:r>
              <w:rPr>
                <w:b/>
                <w:snapToGrid w:val="0"/>
                <w:color w:val="006B54"/>
              </w:rPr>
              <w:t>Céadainm:</w:t>
            </w:r>
          </w:p>
          <w:p w14:paraId="737FFEA5" w14:textId="471C253C"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40789AF5" w14:textId="77777777" w:rsidR="002875B8" w:rsidRPr="002875B8" w:rsidRDefault="00DC0437">
            <w:pPr>
              <w:rPr>
                <w:b/>
                <w:snapToGrid w:val="0"/>
                <w:color w:val="006B54"/>
              </w:rPr>
            </w:pPr>
            <w:r>
              <w:rPr>
                <w:b/>
                <w:snapToGrid w:val="0"/>
                <w:color w:val="006B54"/>
              </w:rPr>
              <w:t>Sloinne:</w:t>
            </w:r>
          </w:p>
          <w:p w14:paraId="52EC665E" w14:textId="6DDD732E" w:rsidR="00CF648B" w:rsidRPr="002875B8" w:rsidRDefault="00CF648B">
            <w:pPr>
              <w:rPr>
                <w:snapToGrid w:val="0"/>
              </w:rPr>
            </w:pPr>
          </w:p>
        </w:tc>
      </w:tr>
      <w:tr w:rsidR="00CF648B" w:rsidRPr="002875B8" w14:paraId="5A4DD8A6" w14:textId="77777777" w:rsidTr="0C3DBE16">
        <w:tc>
          <w:tcPr>
            <w:tcW w:w="5159" w:type="dxa"/>
            <w:shd w:val="clear" w:color="auto" w:fill="DDEFE8"/>
            <w:tcMar>
              <w:top w:w="100" w:type="dxa"/>
              <w:left w:w="120" w:type="dxa"/>
              <w:bottom w:w="100" w:type="dxa"/>
              <w:right w:w="120" w:type="dxa"/>
            </w:tcMar>
            <w:vAlign w:val="center"/>
          </w:tcPr>
          <w:p w14:paraId="68EF554C" w14:textId="77777777" w:rsidR="002875B8" w:rsidRPr="002875B8" w:rsidRDefault="00DC0437">
            <w:pPr>
              <w:rPr>
                <w:b/>
                <w:snapToGrid w:val="0"/>
                <w:color w:val="006B54"/>
              </w:rPr>
            </w:pPr>
            <w:r>
              <w:rPr>
                <w:b/>
                <w:snapToGrid w:val="0"/>
                <w:color w:val="006B54"/>
              </w:rPr>
              <w:t>Ríomhphost:</w:t>
            </w:r>
          </w:p>
          <w:p w14:paraId="084443D4" w14:textId="40A82CFC"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2054D64" w14:textId="77777777" w:rsidR="002875B8" w:rsidRPr="002875B8" w:rsidRDefault="00DC0437">
            <w:pPr>
              <w:rPr>
                <w:b/>
                <w:snapToGrid w:val="0"/>
                <w:color w:val="006B54"/>
              </w:rPr>
            </w:pPr>
            <w:r>
              <w:rPr>
                <w:b/>
                <w:snapToGrid w:val="0"/>
                <w:color w:val="006B54"/>
              </w:rPr>
              <w:t>Uimhir Theileafóin:</w:t>
            </w:r>
          </w:p>
          <w:p w14:paraId="31D60778" w14:textId="5076EF50" w:rsidR="00CF648B" w:rsidRPr="002875B8" w:rsidRDefault="00CF648B">
            <w:pPr>
              <w:rPr>
                <w:snapToGrid w:val="0"/>
              </w:rPr>
            </w:pPr>
          </w:p>
        </w:tc>
      </w:tr>
      <w:tr w:rsidR="00CF648B" w:rsidRPr="002875B8" w14:paraId="27A5B737" w14:textId="77777777" w:rsidTr="0C3DBE16">
        <w:tc>
          <w:tcPr>
            <w:tcW w:w="5159" w:type="dxa"/>
            <w:shd w:val="clear" w:color="auto" w:fill="F2F8F5"/>
            <w:tcMar>
              <w:top w:w="100" w:type="dxa"/>
              <w:left w:w="120" w:type="dxa"/>
              <w:bottom w:w="100" w:type="dxa"/>
              <w:right w:w="120" w:type="dxa"/>
            </w:tcMar>
            <w:vAlign w:val="center"/>
          </w:tcPr>
          <w:p w14:paraId="3273C517" w14:textId="5C779B38" w:rsidR="00CF648B" w:rsidRPr="002875B8" w:rsidRDefault="00DC0437">
            <w:pPr>
              <w:rPr>
                <w:snapToGrid w:val="0"/>
              </w:rPr>
            </w:pPr>
            <w:r>
              <w:rPr>
                <w:b/>
                <w:snapToGrid w:val="0"/>
                <w:color w:val="006B54"/>
                <w:sz w:val="16"/>
              </w:rPr>
              <w:lastRenderedPageBreak/>
              <w:t>An bhfuil tú fostaithe ag Fáilte Ireland faoi láthair?</w:t>
            </w:r>
          </w:p>
        </w:tc>
        <w:tc>
          <w:tcPr>
            <w:tcW w:w="5159" w:type="dxa"/>
            <w:tcMar>
              <w:top w:w="100" w:type="dxa"/>
              <w:left w:w="120" w:type="dxa"/>
              <w:bottom w:w="100" w:type="dxa"/>
              <w:right w:w="120" w:type="dxa"/>
            </w:tcMar>
            <w:vAlign w:val="center"/>
          </w:tcPr>
          <w:p w14:paraId="6105CB15" w14:textId="56722CA6" w:rsidR="00CF648B" w:rsidRPr="002875B8" w:rsidRDefault="00000000">
            <w:pPr>
              <w:jc w:val="center"/>
              <w:rPr>
                <w:snapToGrid w:val="0"/>
              </w:rPr>
            </w:pPr>
            <w:sdt>
              <w:sdtPr>
                <w:rPr>
                  <w:snapToGrid w:val="0"/>
                  <w:color w:val="000000" w:themeColor="text1"/>
                </w:rPr>
                <w:id w:val="829639554"/>
                <w14:checkbox>
                  <w14:checked w14:val="0"/>
                  <w14:checkedState w14:val="2612" w14:font="MS Gothic"/>
                  <w14:uncheckedState w14:val="2610" w14:font="MS Gothic"/>
                </w14:checkbox>
              </w:sdtPr>
              <w:sdtContent>
                <w:r w:rsidR="00CA08DD">
                  <w:rPr>
                    <w:rFonts w:ascii="MS Gothic" w:eastAsia="MS Gothic" w:hAnsi="MS Gothic" w:hint="eastAsia"/>
                    <w:snapToGrid w:val="0"/>
                    <w:color w:val="000000" w:themeColor="text1"/>
                  </w:rPr>
                  <w:t>☐</w:t>
                </w:r>
              </w:sdtContent>
            </w:sdt>
            <w:r w:rsidR="00CE413A">
              <w:rPr>
                <w:snapToGrid w:val="0"/>
                <w:color w:val="000000" w:themeColor="text1"/>
              </w:rPr>
              <w:t xml:space="preserve"> Tá</w:t>
            </w:r>
            <w:sdt>
              <w:sdtPr>
                <w:rPr>
                  <w:snapToGrid w:val="0"/>
                  <w:color w:val="000000" w:themeColor="text1"/>
                </w:rPr>
                <w:id w:val="-588000404"/>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Níl</w:t>
            </w:r>
          </w:p>
        </w:tc>
      </w:tr>
      <w:tr w:rsidR="00CF648B" w:rsidRPr="002875B8" w14:paraId="58A0484A" w14:textId="77777777" w:rsidTr="0C3DBE16">
        <w:tc>
          <w:tcPr>
            <w:tcW w:w="5159" w:type="dxa"/>
            <w:shd w:val="clear" w:color="auto" w:fill="F2F8F5"/>
            <w:tcMar>
              <w:top w:w="100" w:type="dxa"/>
              <w:left w:w="120" w:type="dxa"/>
              <w:bottom w:w="100" w:type="dxa"/>
              <w:right w:w="120" w:type="dxa"/>
            </w:tcMar>
            <w:vAlign w:val="center"/>
          </w:tcPr>
          <w:p w14:paraId="635141EA" w14:textId="3AD0EF1C" w:rsidR="00CF648B" w:rsidRPr="002875B8" w:rsidRDefault="01FF7788" w:rsidP="3F9B9FB5">
            <w:pPr>
              <w:rPr>
                <w:rFonts w:asciiTheme="minorHAnsi" w:hAnsiTheme="minorHAnsi"/>
                <w:b/>
                <w:bCs/>
                <w:snapToGrid w:val="0"/>
                <w:color w:val="006B54"/>
                <w:sz w:val="16"/>
                <w:szCs w:val="16"/>
              </w:rPr>
            </w:pPr>
            <w:r>
              <w:rPr>
                <w:b/>
                <w:snapToGrid w:val="0"/>
                <w:color w:val="006B54"/>
                <w:sz w:val="16"/>
              </w:rPr>
              <w:t>Tabhair faoi deara go dteastaíonn deimhniú roimh ré uainn maidir le d’incháilitheacht chun oibriú i bPoblacht na hÉireann. Roghnaigh an ceann a bhaineann leatsa</w:t>
            </w:r>
          </w:p>
        </w:tc>
        <w:tc>
          <w:tcPr>
            <w:tcW w:w="5159" w:type="dxa"/>
            <w:tcMar>
              <w:top w:w="100" w:type="dxa"/>
              <w:left w:w="120" w:type="dxa"/>
              <w:bottom w:w="100" w:type="dxa"/>
              <w:right w:w="120" w:type="dxa"/>
            </w:tcMar>
            <w:vAlign w:val="center"/>
          </w:tcPr>
          <w:p w14:paraId="46186466" w14:textId="1929FE1A" w:rsidR="00CF648B" w:rsidRPr="002875B8" w:rsidRDefault="00CF648B" w:rsidP="3F9B9FB5">
            <w:pPr>
              <w:rPr>
                <w:b/>
                <w:bCs/>
                <w:snapToGrid w:val="0"/>
                <w:color w:val="006B54"/>
              </w:rPr>
            </w:pPr>
          </w:p>
          <w:p w14:paraId="1D43807B" w14:textId="7A1D00CB" w:rsidR="00CF648B" w:rsidRPr="002875B8" w:rsidRDefault="00000000" w:rsidP="3F9B9FB5">
            <w:pPr>
              <w:rPr>
                <w:snapToGrid w:val="0"/>
              </w:rPr>
            </w:pPr>
            <w:sdt>
              <w:sdtPr>
                <w:rPr>
                  <w:snapToGrid w:val="0"/>
                  <w:color w:val="000000" w:themeColor="text1"/>
                </w:rPr>
                <w:id w:val="-177269470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Is saoránach den Limistéar Eorpach Eacnamaíoch (LEE) mé </w:t>
            </w:r>
          </w:p>
          <w:p w14:paraId="33EE24F7" w14:textId="4C55EAAD" w:rsidR="00CF648B" w:rsidRPr="002875B8" w:rsidRDefault="00000000" w:rsidP="3F9B9FB5">
            <w:pPr>
              <w:rPr>
                <w:snapToGrid w:val="0"/>
              </w:rPr>
            </w:pPr>
            <w:sdt>
              <w:sdtPr>
                <w:rPr>
                  <w:snapToGrid w:val="0"/>
                  <w:color w:val="000000" w:themeColor="text1"/>
                </w:rPr>
                <w:id w:val="155425394"/>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rPr>
              <w:t xml:space="preserve"> Is saoránach den Ríocht Aontaithe mé</w:t>
            </w:r>
          </w:p>
          <w:p w14:paraId="4F658052" w14:textId="12E50B94" w:rsidR="00CF648B" w:rsidRPr="002875B8" w:rsidRDefault="00000000" w:rsidP="3F9B9FB5">
            <w:pPr>
              <w:rPr>
                <w:snapToGrid w:val="0"/>
              </w:rPr>
            </w:pPr>
            <w:sdt>
              <w:sdtPr>
                <w:rPr>
                  <w:snapToGrid w:val="0"/>
                  <w:color w:val="000000" w:themeColor="text1"/>
                </w:rPr>
                <w:id w:val="-1869438242"/>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Is saoránach den Eilvéis mé de bhun an chomhaontaithe idir an AE agus an Eilvéis maidir le saorghluaiseacht daoine </w:t>
            </w:r>
          </w:p>
          <w:p w14:paraId="335D3DD2" w14:textId="464213E2" w:rsidR="00CF648B" w:rsidRPr="002875B8" w:rsidRDefault="00000000" w:rsidP="3F9B9FB5">
            <w:pPr>
              <w:rPr>
                <w:snapToGrid w:val="0"/>
              </w:rPr>
            </w:pPr>
            <w:sdt>
              <w:sdtPr>
                <w:rPr>
                  <w:snapToGrid w:val="0"/>
                  <w:color w:val="000000" w:themeColor="text1"/>
                </w:rPr>
                <w:id w:val="698665835"/>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Tá údarú / cead oibre bailí agam (féach ceist 2, le do thoil)</w:t>
            </w:r>
          </w:p>
          <w:p w14:paraId="1A83DC42" w14:textId="3200E069" w:rsidR="00CF648B" w:rsidRPr="002875B8" w:rsidRDefault="00000000" w:rsidP="3F9B9FB5">
            <w:pPr>
              <w:rPr>
                <w:snapToGrid w:val="0"/>
              </w:rPr>
            </w:pPr>
            <w:sdt>
              <w:sdtPr>
                <w:rPr>
                  <w:snapToGrid w:val="0"/>
                  <w:color w:val="000000" w:themeColor="text1"/>
                </w:rPr>
                <w:id w:val="-1275775868"/>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rPr>
              <w:t xml:space="preserve"> Níl údarú / cead oibre bailí agam agus níl mé i dteideal oibriú i bPoblacht na hÉireann</w:t>
            </w:r>
          </w:p>
          <w:p w14:paraId="692CAE3E" w14:textId="71EB0C39" w:rsidR="00CF648B" w:rsidRPr="002875B8" w:rsidRDefault="00CF648B" w:rsidP="3F9B9FB5">
            <w:pPr>
              <w:rPr>
                <w:b/>
                <w:bCs/>
                <w:snapToGrid w:val="0"/>
                <w:color w:val="006B54"/>
              </w:rPr>
            </w:pPr>
          </w:p>
          <w:p w14:paraId="5FBBF901" w14:textId="118CD0C0" w:rsidR="00CF648B" w:rsidRPr="002875B8" w:rsidRDefault="00801C7D" w:rsidP="3F9B9FB5">
            <w:pPr>
              <w:jc w:val="center"/>
              <w:rPr>
                <w:snapToGrid w:val="0"/>
                <w:color w:val="000000" w:themeColor="text1"/>
              </w:rPr>
            </w:pPr>
            <w:r>
              <w:rPr>
                <w:snapToGrid w:val="0"/>
                <w:color w:val="000000" w:themeColor="text1"/>
              </w:rPr>
              <w:t>Tabhair sonraí faoi do chead oibre bailí más infheidhme.</w:t>
            </w:r>
          </w:p>
          <w:tbl>
            <w:tblPr>
              <w:tblStyle w:val="TableGrid"/>
              <w:tblW w:w="0" w:type="auto"/>
              <w:tblLook w:val="04A0" w:firstRow="1" w:lastRow="0" w:firstColumn="1" w:lastColumn="0" w:noHBand="0" w:noVBand="1"/>
            </w:tblPr>
            <w:tblGrid>
              <w:gridCol w:w="4904"/>
            </w:tblGrid>
            <w:tr w:rsidR="00801C7D" w:rsidRPr="002875B8" w14:paraId="6252227B" w14:textId="77777777" w:rsidTr="00801C7D">
              <w:tc>
                <w:tcPr>
                  <w:tcW w:w="4904" w:type="dxa"/>
                </w:tcPr>
                <w:p w14:paraId="374161CF" w14:textId="77777777" w:rsidR="00801C7D" w:rsidRPr="002875B8" w:rsidRDefault="00801C7D" w:rsidP="3F9B9FB5">
                  <w:pPr>
                    <w:jc w:val="center"/>
                    <w:rPr>
                      <w:snapToGrid w:val="0"/>
                      <w:color w:val="000000" w:themeColor="text1"/>
                    </w:rPr>
                  </w:pPr>
                </w:p>
              </w:tc>
            </w:tr>
          </w:tbl>
          <w:p w14:paraId="2BB2BD85" w14:textId="77777777" w:rsidR="00801C7D" w:rsidRPr="002875B8" w:rsidRDefault="00801C7D" w:rsidP="3F9B9FB5">
            <w:pPr>
              <w:jc w:val="center"/>
              <w:rPr>
                <w:snapToGrid w:val="0"/>
                <w:color w:val="000000" w:themeColor="text1"/>
              </w:rPr>
            </w:pPr>
          </w:p>
          <w:p w14:paraId="622E2A86" w14:textId="05CF00AF" w:rsidR="00CF648B" w:rsidRPr="002875B8" w:rsidRDefault="00CF648B" w:rsidP="3F9B9FB5">
            <w:pPr>
              <w:jc w:val="center"/>
              <w:rPr>
                <w:snapToGrid w:val="0"/>
                <w:color w:val="000000" w:themeColor="text1"/>
              </w:rPr>
            </w:pPr>
          </w:p>
        </w:tc>
      </w:tr>
      <w:tr w:rsidR="00CF648B" w:rsidRPr="002875B8" w14:paraId="40CCACA3" w14:textId="77777777" w:rsidTr="0C3DBE16">
        <w:tc>
          <w:tcPr>
            <w:tcW w:w="5159" w:type="dxa"/>
            <w:shd w:val="clear" w:color="auto" w:fill="F2F8F5"/>
            <w:tcMar>
              <w:top w:w="100" w:type="dxa"/>
              <w:left w:w="120" w:type="dxa"/>
              <w:bottom w:w="100" w:type="dxa"/>
              <w:right w:w="120" w:type="dxa"/>
            </w:tcMar>
            <w:vAlign w:val="center"/>
          </w:tcPr>
          <w:p w14:paraId="6137D1EA" w14:textId="0C504E93" w:rsidR="00CF648B" w:rsidRPr="002875B8" w:rsidRDefault="6CFBBD37" w:rsidP="3F9B9FB5">
            <w:pPr>
              <w:rPr>
                <w:snapToGrid w:val="0"/>
              </w:rPr>
            </w:pPr>
            <w:r>
              <w:rPr>
                <w:b/>
                <w:snapToGrid w:val="0"/>
                <w:color w:val="006B54"/>
                <w:sz w:val="16"/>
              </w:rPr>
              <w:t>Cuir in iúl an bhfuil líofacht agat sa Ghaeilge</w:t>
            </w:r>
          </w:p>
          <w:p w14:paraId="5C378276" w14:textId="4D6DFFB9" w:rsidR="00CF648B" w:rsidRPr="002875B8" w:rsidRDefault="00CF648B" w:rsidP="3F9B9FB5">
            <w:pPr>
              <w:rPr>
                <w:b/>
                <w:bCs/>
                <w:snapToGrid w:val="0"/>
                <w:color w:val="006B54"/>
                <w:sz w:val="16"/>
                <w:szCs w:val="16"/>
              </w:rPr>
            </w:pPr>
          </w:p>
        </w:tc>
        <w:tc>
          <w:tcPr>
            <w:tcW w:w="5159" w:type="dxa"/>
            <w:tcMar>
              <w:top w:w="100" w:type="dxa"/>
              <w:left w:w="120" w:type="dxa"/>
              <w:bottom w:w="100" w:type="dxa"/>
              <w:right w:w="120" w:type="dxa"/>
            </w:tcMar>
            <w:vAlign w:val="center"/>
          </w:tcPr>
          <w:p w14:paraId="277AC3C5" w14:textId="53636E8D" w:rsidR="00CF648B" w:rsidRPr="002875B8" w:rsidRDefault="00000000">
            <w:pPr>
              <w:jc w:val="center"/>
              <w:rPr>
                <w:snapToGrid w:val="0"/>
              </w:rPr>
            </w:pPr>
            <w:sdt>
              <w:sdtPr>
                <w:rPr>
                  <w:snapToGrid w:val="0"/>
                  <w:color w:val="000000" w:themeColor="text1"/>
                </w:rPr>
                <w:id w:val="1830858389"/>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color w:val="000000" w:themeColor="text1"/>
              </w:rPr>
              <w:t xml:space="preserve"> Tá</w:t>
            </w:r>
            <w:sdt>
              <w:sdtPr>
                <w:rPr>
                  <w:snapToGrid w:val="0"/>
                  <w:color w:val="000000" w:themeColor="text1"/>
                </w:rPr>
                <w:id w:val="562065911"/>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color w:val="000000" w:themeColor="text1"/>
              </w:rPr>
              <w:t xml:space="preserve"> Níl</w:t>
            </w:r>
          </w:p>
        </w:tc>
      </w:tr>
      <w:tr w:rsidR="3F9B9FB5" w:rsidRPr="002875B8" w14:paraId="4FB8AD81" w14:textId="77777777" w:rsidTr="0C3DBE16">
        <w:trPr>
          <w:trHeight w:val="300"/>
        </w:trPr>
        <w:tc>
          <w:tcPr>
            <w:tcW w:w="5154" w:type="dxa"/>
            <w:shd w:val="clear" w:color="auto" w:fill="F2F8F5"/>
            <w:tcMar>
              <w:top w:w="100" w:type="dxa"/>
              <w:left w:w="120" w:type="dxa"/>
              <w:bottom w:w="100" w:type="dxa"/>
              <w:right w:w="120" w:type="dxa"/>
            </w:tcMar>
            <w:vAlign w:val="center"/>
          </w:tcPr>
          <w:p w14:paraId="16075813" w14:textId="7B777F99" w:rsidR="5C09367A" w:rsidRPr="002875B8" w:rsidRDefault="5C09367A" w:rsidP="3F9B9FB5">
            <w:pPr>
              <w:rPr>
                <w:snapToGrid w:val="0"/>
              </w:rPr>
            </w:pPr>
            <w:r>
              <w:rPr>
                <w:b/>
                <w:snapToGrid w:val="0"/>
                <w:color w:val="006B54"/>
                <w:sz w:val="16"/>
              </w:rPr>
              <w:t>Má tá, roghnaigh ceann de na roghanna seo chun do leibhéal eolais ar an nGaeilge a léiriú.</w:t>
            </w:r>
          </w:p>
          <w:p w14:paraId="352148D1" w14:textId="2A25D059" w:rsidR="3F9B9FB5" w:rsidRPr="002875B8" w:rsidRDefault="3F9B9FB5" w:rsidP="3F9B9FB5">
            <w:pPr>
              <w:rPr>
                <w:b/>
                <w:bCs/>
                <w:snapToGrid w:val="0"/>
                <w:color w:val="006B54"/>
                <w:sz w:val="16"/>
                <w:szCs w:val="16"/>
              </w:rPr>
            </w:pPr>
          </w:p>
          <w:p w14:paraId="5B5D2655" w14:textId="4F5DCE13" w:rsidR="004909F5" w:rsidRPr="002875B8" w:rsidRDefault="004909F5" w:rsidP="004909F5">
            <w:pPr>
              <w:pStyle w:val="NoSpacing"/>
              <w:rPr>
                <w:rFonts w:ascii="Arial" w:hAnsi="Arial" w:cs="Arial"/>
                <w:snapToGrid w:val="0"/>
                <w:sz w:val="16"/>
                <w:szCs w:val="16"/>
                <w:lang w:eastAsia="en-IE"/>
              </w:rPr>
            </w:pPr>
            <w:r>
              <w:rPr>
                <w:rFonts w:ascii="Arial" w:hAnsi="Arial" w:cs="Arial"/>
                <w:snapToGrid w:val="0"/>
                <w:sz w:val="16"/>
              </w:rPr>
              <w:t>Bailímid eolas ar inniúlacht sa Ghaeilge chun tacú le comhlíonadh Acht na dTeangacha Oifigiúla, 2021 agus chun cumas Gaeilge ár lucht saothair a thuiscint. Úsáidtear an t-eolas seo chun críocha monatóireachta agus tuairiscithe amháin agus ní rachaidh sé i bhfeidhm ar d’iarratas mura bhfuil scileanna Gaeilge ag teastáil go sainráite don ról</w:t>
            </w:r>
          </w:p>
          <w:p w14:paraId="1A0C4747" w14:textId="4D629E3B" w:rsidR="7CCEFF0D" w:rsidRPr="002875B8" w:rsidRDefault="7CCEFF0D" w:rsidP="3F9B9FB5">
            <w:pPr>
              <w:rPr>
                <w:snapToGrid w:val="0"/>
                <w:sz w:val="16"/>
                <w:szCs w:val="16"/>
              </w:rPr>
            </w:pPr>
          </w:p>
        </w:tc>
        <w:tc>
          <w:tcPr>
            <w:tcW w:w="5154" w:type="dxa"/>
            <w:tcMar>
              <w:top w:w="100" w:type="dxa"/>
              <w:left w:w="120" w:type="dxa"/>
              <w:bottom w:w="100" w:type="dxa"/>
              <w:right w:w="120" w:type="dxa"/>
            </w:tcMar>
            <w:vAlign w:val="center"/>
          </w:tcPr>
          <w:p w14:paraId="03672365" w14:textId="2166FC1E" w:rsidR="3F9B9FB5" w:rsidRPr="002875B8" w:rsidRDefault="3F9B9FB5" w:rsidP="3F9B9FB5">
            <w:pPr>
              <w:rPr>
                <w:snapToGrid w:val="0"/>
              </w:rPr>
            </w:pPr>
          </w:p>
          <w:p w14:paraId="34CDC694" w14:textId="5F416FCE" w:rsidR="29B2D129" w:rsidRPr="002875B8" w:rsidRDefault="00000000" w:rsidP="3F9B9FB5">
            <w:pPr>
              <w:rPr>
                <w:snapToGrid w:val="0"/>
              </w:rPr>
            </w:pPr>
            <w:sdt>
              <w:sdtPr>
                <w:rPr>
                  <w:snapToGrid w:val="0"/>
                  <w:color w:val="000000" w:themeColor="text1"/>
                </w:rPr>
                <w:id w:val="1988202895"/>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rPr>
              <w:t xml:space="preserve"> Leibhéal 1 - Is beag eolas atá agam ar an nGaeilge nó níl eolas ar bith agam uirthi (e.g. Níor fhoghlaim mé Gaeilge ar Scoil)</w:t>
            </w:r>
          </w:p>
          <w:p w14:paraId="2CD3A466" w14:textId="55271E58" w:rsidR="29B2D129" w:rsidRPr="002875B8" w:rsidRDefault="00000000" w:rsidP="3F9B9FB5">
            <w:pPr>
              <w:rPr>
                <w:snapToGrid w:val="0"/>
              </w:rPr>
            </w:pPr>
            <w:sdt>
              <w:sdtPr>
                <w:rPr>
                  <w:snapToGrid w:val="0"/>
                  <w:color w:val="000000" w:themeColor="text1"/>
                </w:rPr>
                <w:id w:val="-443533376"/>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2 - Táim in ann cumarsáid a dhéanamh ag leibhéal an-bhunúsach, as Gaeilge (e.g. Is féidir liom labhairt faoi mo chúlra, cá bhfuil cónaí orm etc.)</w:t>
            </w:r>
          </w:p>
          <w:p w14:paraId="61E7B18E" w14:textId="5CF51299" w:rsidR="29B2D129" w:rsidRPr="002875B8" w:rsidRDefault="00000000" w:rsidP="3F9B9FB5">
            <w:pPr>
              <w:rPr>
                <w:snapToGrid w:val="0"/>
              </w:rPr>
            </w:pPr>
            <w:sdt>
              <w:sdtPr>
                <w:rPr>
                  <w:snapToGrid w:val="0"/>
                  <w:color w:val="000000" w:themeColor="text1"/>
                </w:rPr>
                <w:id w:val="-270168155"/>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3 - Rinne mé staidéar ar an nGaeilge ar scoil agus tuigim cuid mhaith den teanga ach is beag deis a bhí agam úsáid a bhaint aisti le blianta beaga anuas </w:t>
            </w:r>
          </w:p>
          <w:p w14:paraId="71A34952" w14:textId="39B3F126" w:rsidR="29B2D129" w:rsidRPr="002875B8" w:rsidRDefault="00000000" w:rsidP="3F9B9FB5">
            <w:pPr>
              <w:rPr>
                <w:snapToGrid w:val="0"/>
              </w:rPr>
            </w:pPr>
            <w:sdt>
              <w:sdtPr>
                <w:rPr>
                  <w:snapToGrid w:val="0"/>
                  <w:color w:val="000000" w:themeColor="text1"/>
                </w:rPr>
                <w:id w:val="-222674786"/>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4 - Táim compordach ag labhairt na Gaeilge agus úsáidim an teanga ó am go ham</w:t>
            </w:r>
          </w:p>
          <w:p w14:paraId="3DFDF58C" w14:textId="49A5B505" w:rsidR="29B2D129" w:rsidRPr="002875B8" w:rsidRDefault="00000000" w:rsidP="3F9B9FB5">
            <w:pPr>
              <w:rPr>
                <w:snapToGrid w:val="0"/>
              </w:rPr>
            </w:pPr>
            <w:sdt>
              <w:sdtPr>
                <w:rPr>
                  <w:snapToGrid w:val="0"/>
                  <w:color w:val="000000" w:themeColor="text1"/>
                </w:rPr>
                <w:id w:val="1373117898"/>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Leibhéal 5 - Tá Gaeilge líofa agam</w:t>
            </w:r>
          </w:p>
          <w:p w14:paraId="71B10245" w14:textId="50D69AFF" w:rsidR="3F9B9FB5" w:rsidRPr="002875B8" w:rsidRDefault="3F9B9FB5" w:rsidP="3F9B9FB5">
            <w:pPr>
              <w:rPr>
                <w:snapToGrid w:val="0"/>
              </w:rPr>
            </w:pPr>
          </w:p>
        </w:tc>
      </w:tr>
      <w:tr w:rsidR="0C3DBE16" w14:paraId="35322E9D" w14:textId="77777777" w:rsidTr="0C3DBE16">
        <w:trPr>
          <w:trHeight w:val="300"/>
        </w:trPr>
        <w:tc>
          <w:tcPr>
            <w:tcW w:w="5154" w:type="dxa"/>
            <w:shd w:val="clear" w:color="auto" w:fill="F2F8F5"/>
            <w:tcMar>
              <w:top w:w="100" w:type="dxa"/>
              <w:left w:w="120" w:type="dxa"/>
              <w:bottom w:w="100" w:type="dxa"/>
              <w:right w:w="120" w:type="dxa"/>
            </w:tcMar>
            <w:vAlign w:val="center"/>
          </w:tcPr>
          <w:p w14:paraId="5CF9767D" w14:textId="43A44DE3" w:rsidR="6ED6B7DF" w:rsidRDefault="6ED6B7DF" w:rsidP="0C3DBE16">
            <w:r w:rsidRPr="0C3DBE16">
              <w:rPr>
                <w:rFonts w:asciiTheme="minorHAnsi" w:hAnsiTheme="minorHAnsi"/>
                <w:b/>
                <w:bCs/>
                <w:color w:val="006B54"/>
                <w:sz w:val="16"/>
                <w:szCs w:val="16"/>
              </w:rPr>
              <w:t>Modh iompair féin / Ceadúnas tiomána bailí</w:t>
            </w:r>
          </w:p>
        </w:tc>
        <w:tc>
          <w:tcPr>
            <w:tcW w:w="5154" w:type="dxa"/>
            <w:tcMar>
              <w:top w:w="100" w:type="dxa"/>
              <w:left w:w="120" w:type="dxa"/>
              <w:bottom w:w="100" w:type="dxa"/>
              <w:right w:w="120" w:type="dxa"/>
            </w:tcMar>
            <w:vAlign w:val="center"/>
          </w:tcPr>
          <w:p w14:paraId="5D9B02F8" w14:textId="4BD8F8DA" w:rsidR="6ED6B7DF" w:rsidRDefault="00000000" w:rsidP="0C3DBE16">
            <w:pPr>
              <w:jc w:val="center"/>
            </w:pPr>
            <w:sdt>
              <w:sdtPr>
                <w:rPr>
                  <w:color w:val="000000" w:themeColor="text1"/>
                </w:rPr>
                <w:id w:val="795104671"/>
                <w14:checkbox>
                  <w14:checked w14:val="0"/>
                  <w14:checkedState w14:val="2612" w14:font="MS Gothic"/>
                  <w14:uncheckedState w14:val="2610" w14:font="MS Gothic"/>
                </w14:checkbox>
              </w:sdtPr>
              <w:sdtContent>
                <w:r w:rsidR="6ED6B7DF" w:rsidRPr="0C3DBE16">
                  <w:rPr>
                    <w:rFonts w:ascii="MS Gothic" w:eastAsia="MS Gothic" w:hAnsi="MS Gothic"/>
                    <w:color w:val="000000" w:themeColor="text1"/>
                  </w:rPr>
                  <w:t>☐</w:t>
                </w:r>
              </w:sdtContent>
            </w:sdt>
            <w:r w:rsidR="6ED6B7DF" w:rsidRPr="0C3DBE16">
              <w:rPr>
                <w:color w:val="000000" w:themeColor="text1"/>
              </w:rPr>
              <w:t xml:space="preserve"> Tá</w:t>
            </w:r>
            <w:sdt>
              <w:sdtPr>
                <w:rPr>
                  <w:color w:val="000000" w:themeColor="text1"/>
                </w:rPr>
                <w:id w:val="2139226861"/>
                <w14:checkbox>
                  <w14:checked w14:val="0"/>
                  <w14:checkedState w14:val="2612" w14:font="MS Gothic"/>
                  <w14:uncheckedState w14:val="2610" w14:font="MS Gothic"/>
                </w14:checkbox>
              </w:sdtPr>
              <w:sdtContent>
                <w:r w:rsidR="6ED6B7DF" w:rsidRPr="0C3DBE16">
                  <w:rPr>
                    <w:rFonts w:ascii="MS Gothic" w:eastAsia="MS Gothic" w:hAnsi="MS Gothic"/>
                    <w:color w:val="000000" w:themeColor="text1"/>
                  </w:rPr>
                  <w:t>☐</w:t>
                </w:r>
              </w:sdtContent>
            </w:sdt>
            <w:r w:rsidR="6ED6B7DF" w:rsidRPr="0C3DBE16">
              <w:rPr>
                <w:color w:val="000000" w:themeColor="text1"/>
              </w:rPr>
              <w:t xml:space="preserve"> Níl</w:t>
            </w:r>
          </w:p>
        </w:tc>
      </w:tr>
      <w:tr w:rsidR="00CF648B" w:rsidRPr="002875B8" w14:paraId="0AE3899E" w14:textId="77777777" w:rsidTr="0C3DBE16">
        <w:tc>
          <w:tcPr>
            <w:tcW w:w="5159" w:type="dxa"/>
            <w:shd w:val="clear" w:color="auto" w:fill="F2F8F5"/>
            <w:tcMar>
              <w:top w:w="100" w:type="dxa"/>
              <w:left w:w="120" w:type="dxa"/>
              <w:bottom w:w="100" w:type="dxa"/>
              <w:right w:w="120" w:type="dxa"/>
            </w:tcMar>
            <w:vAlign w:val="center"/>
          </w:tcPr>
          <w:p w14:paraId="3F1FED91" w14:textId="74E201E3" w:rsidR="00CF648B" w:rsidRPr="002875B8" w:rsidRDefault="61F8660C" w:rsidP="3F9B9FB5">
            <w:pPr>
              <w:rPr>
                <w:snapToGrid w:val="0"/>
              </w:rPr>
            </w:pPr>
            <w:r>
              <w:rPr>
                <w:b/>
                <w:snapToGrid w:val="0"/>
                <w:color w:val="006B54"/>
                <w:sz w:val="16"/>
              </w:rPr>
              <w:t>An dteastaíonn cóiríocht réasúnta uait ag aon chéim den phróiseas roghnúcháin?</w:t>
            </w:r>
          </w:p>
          <w:p w14:paraId="1F05E2A9" w14:textId="66239D3E" w:rsidR="00CF648B" w:rsidRPr="002875B8" w:rsidRDefault="00CF648B" w:rsidP="3F9B9FB5">
            <w:pPr>
              <w:rPr>
                <w:b/>
                <w:bCs/>
                <w:snapToGrid w:val="0"/>
                <w:color w:val="006B54"/>
                <w:sz w:val="16"/>
                <w:szCs w:val="16"/>
              </w:rPr>
            </w:pPr>
          </w:p>
          <w:p w14:paraId="295BE27D" w14:textId="60FEAA05" w:rsidR="00CF648B" w:rsidRPr="002875B8" w:rsidRDefault="1AFA1D20" w:rsidP="3F9B9FB5">
            <w:pPr>
              <w:rPr>
                <w:snapToGrid w:val="0"/>
                <w:sz w:val="16"/>
                <w:szCs w:val="16"/>
              </w:rPr>
            </w:pPr>
            <w:r>
              <w:rPr>
                <w:snapToGrid w:val="0"/>
                <w:sz w:val="16"/>
              </w:rPr>
              <w:t>Ag Fáilte Ireland, táimid tiomanta d’ionad oibre cuimsitheach a chothú ina bhfuil meas ar an éagsúlacht agus ina gcaitear go cothrom agus go measúil le gach duine. Baineann sé seo le gach duine beag beann ar inscne, stádas sibhialta, stádas teaghlaigh, claonadh gnéasach, aois, míchumas, cine, reiligiún nó ballraíocht den Lucht Siúil.</w:t>
            </w:r>
          </w:p>
        </w:tc>
        <w:tc>
          <w:tcPr>
            <w:tcW w:w="5159" w:type="dxa"/>
            <w:tcMar>
              <w:top w:w="100" w:type="dxa"/>
              <w:left w:w="120" w:type="dxa"/>
              <w:bottom w:w="100" w:type="dxa"/>
              <w:right w:w="120" w:type="dxa"/>
            </w:tcMar>
            <w:vAlign w:val="center"/>
          </w:tcPr>
          <w:p w14:paraId="3B445905" w14:textId="568A398A" w:rsidR="00CF648B" w:rsidRPr="002875B8" w:rsidRDefault="00000000" w:rsidP="3F9B9FB5">
            <w:pPr>
              <w:jc w:val="center"/>
              <w:rPr>
                <w:snapToGrid w:val="0"/>
              </w:rPr>
            </w:pPr>
            <w:sdt>
              <w:sdtPr>
                <w:rPr>
                  <w:snapToGrid w:val="0"/>
                  <w:color w:val="000000" w:themeColor="text1"/>
                </w:rPr>
                <w:id w:val="-1449231259"/>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color w:val="000000" w:themeColor="text1"/>
              </w:rPr>
              <w:t xml:space="preserve"> Teastaíonn</w:t>
            </w:r>
            <w:sdt>
              <w:sdtPr>
                <w:rPr>
                  <w:snapToGrid w:val="0"/>
                  <w:color w:val="000000" w:themeColor="text1"/>
                </w:rPr>
                <w:id w:val="-1697998362"/>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 theastaíonn</w:t>
            </w:r>
            <w:sdt>
              <w:sdtPr>
                <w:rPr>
                  <w:snapToGrid w:val="0"/>
                  <w:color w:val="000000" w:themeColor="text1"/>
                </w:rPr>
                <w:id w:val="2094043471"/>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 mian liom an fhaisnéis seo a nochtadh</w:t>
            </w:r>
          </w:p>
        </w:tc>
      </w:tr>
    </w:tbl>
    <w:p w14:paraId="5A366DDD" w14:textId="5A453372" w:rsidR="00CF648B" w:rsidRPr="002875B8" w:rsidRDefault="00DC0437">
      <w:pPr>
        <w:rPr>
          <w:snapToGrid w:val="0"/>
        </w:rPr>
      </w:pPr>
      <w:r>
        <w:rPr>
          <w:snapToGrid w:val="0"/>
          <w:sz w:val="15"/>
        </w:rPr>
        <w:t>Trí thic a chur le cóiríocht réasúnta, tá tú ag tabhairt toiliú d’Fháilte Ireland teagmháil a dhéanamh leat chun na riachtanais a phlé agus na socruithe riachtanacha a dhéanamh. Fíorófar incháilitheacht chun oibre. Ní úsáidfear eolas Gaeilge ach amháin i ndáil le hAcht na dTeangacha Oifigiúla (Leasú), 2021.</w:t>
      </w:r>
    </w:p>
    <w:tbl>
      <w:tblPr>
        <w:tblStyle w:val="TableGrid"/>
        <w:tblW w:w="0" w:type="auto"/>
        <w:tblLook w:val="04A0" w:firstRow="1" w:lastRow="0" w:firstColumn="1" w:lastColumn="0" w:noHBand="0" w:noVBand="1"/>
      </w:tblPr>
      <w:tblGrid>
        <w:gridCol w:w="5154"/>
        <w:gridCol w:w="5154"/>
      </w:tblGrid>
      <w:tr w:rsidR="3F9B9FB5" w:rsidRPr="002875B8"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55AD5BB4" w:rsidR="6B13AFB4" w:rsidRPr="002875B8" w:rsidRDefault="6B13AFB4" w:rsidP="3443A52E">
            <w:pPr>
              <w:rPr>
                <w:b/>
                <w:bCs/>
                <w:snapToGrid w:val="0"/>
                <w:color w:val="006B54"/>
                <w:sz w:val="16"/>
                <w:szCs w:val="16"/>
              </w:rPr>
            </w:pPr>
            <w:r>
              <w:rPr>
                <w:rFonts w:asciiTheme="minorHAnsi" w:hAnsiTheme="minorHAnsi"/>
                <w:b/>
                <w:snapToGrid w:val="0"/>
                <w:color w:val="006B54"/>
                <w:sz w:val="16"/>
              </w:rPr>
              <w:t>Cá háit ar chuala tú faoin bhfolúntas seo?</w:t>
            </w:r>
          </w:p>
          <w:p w14:paraId="19FD0B60" w14:textId="2EAAFAC5" w:rsidR="3F9B9FB5" w:rsidRPr="002875B8" w:rsidRDefault="3F9B9FB5">
            <w:pPr>
              <w:rPr>
                <w:snapToGrid w:val="0"/>
              </w:rPr>
            </w:pPr>
          </w:p>
          <w:p w14:paraId="1CBC4548" w14:textId="0A8B5C21" w:rsidR="3F9B9FB5" w:rsidRPr="002875B8" w:rsidRDefault="3F9B9FB5" w:rsidP="3F9B9FB5">
            <w:pPr>
              <w:rPr>
                <w:b/>
                <w:bCs/>
                <w:snapToGrid w:val="0"/>
                <w:color w:val="006B54"/>
                <w:sz w:val="16"/>
                <w:szCs w:val="16"/>
              </w:rPr>
            </w:pPr>
          </w:p>
        </w:tc>
        <w:tc>
          <w:tcPr>
            <w:tcW w:w="5154" w:type="dxa"/>
            <w:tcMar>
              <w:top w:w="100" w:type="dxa"/>
              <w:left w:w="120" w:type="dxa"/>
              <w:bottom w:w="100" w:type="dxa"/>
              <w:right w:w="120" w:type="dxa"/>
            </w:tcMar>
            <w:vAlign w:val="center"/>
          </w:tcPr>
          <w:p w14:paraId="33394C25" w14:textId="78CB46E1" w:rsidR="3F9B9FB5" w:rsidRPr="002875B8" w:rsidRDefault="00000000" w:rsidP="3F9B9FB5">
            <w:pPr>
              <w:rPr>
                <w:snapToGrid w:val="0"/>
              </w:rPr>
            </w:pPr>
            <w:sdt>
              <w:sdtPr>
                <w:rPr>
                  <w:snapToGrid w:val="0"/>
                  <w:color w:val="000000" w:themeColor="text1"/>
                </w:rPr>
                <w:id w:val="760412278"/>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Suíomh Gréasáin Fáilte Ireland</w:t>
            </w:r>
          </w:p>
          <w:p w14:paraId="0E630FC7" w14:textId="0B00A9E4" w:rsidR="1B677B44" w:rsidRPr="002875B8" w:rsidRDefault="00000000" w:rsidP="3F9B9FB5">
            <w:pPr>
              <w:rPr>
                <w:snapToGrid w:val="0"/>
              </w:rPr>
            </w:pPr>
            <w:sdt>
              <w:sdtPr>
                <w:rPr>
                  <w:snapToGrid w:val="0"/>
                  <w:color w:val="000000" w:themeColor="text1"/>
                </w:rPr>
                <w:id w:val="79726986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PublicJobs.ie</w:t>
            </w:r>
          </w:p>
          <w:p w14:paraId="408A9F4E" w14:textId="7F305A56" w:rsidR="7F211E71" w:rsidRPr="002875B8" w:rsidRDefault="00000000" w:rsidP="3F9B9FB5">
            <w:pPr>
              <w:rPr>
                <w:snapToGrid w:val="0"/>
              </w:rPr>
            </w:pPr>
            <w:sdt>
              <w:sdtPr>
                <w:rPr>
                  <w:snapToGrid w:val="0"/>
                  <w:color w:val="000000" w:themeColor="text1"/>
                </w:rPr>
                <w:id w:val="319854052"/>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Tionscnamh na nDoirse Oscailte </w:t>
            </w:r>
          </w:p>
          <w:p w14:paraId="750281D0" w14:textId="018E9D81" w:rsidR="5108E578" w:rsidRPr="002875B8" w:rsidRDefault="00000000" w:rsidP="3F9B9FB5">
            <w:pPr>
              <w:rPr>
                <w:snapToGrid w:val="0"/>
              </w:rPr>
            </w:pPr>
            <w:sdt>
              <w:sdtPr>
                <w:rPr>
                  <w:snapToGrid w:val="0"/>
                  <w:color w:val="000000" w:themeColor="text1"/>
                </w:rPr>
                <w:id w:val="137503835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LinkedIn</w:t>
            </w:r>
          </w:p>
          <w:p w14:paraId="5CAB7DAF" w14:textId="2BD9609E" w:rsidR="5108E578" w:rsidRPr="002875B8" w:rsidRDefault="00000000" w:rsidP="3F9B9FB5">
            <w:pPr>
              <w:rPr>
                <w:snapToGrid w:val="0"/>
              </w:rPr>
            </w:pPr>
            <w:sdt>
              <w:sdtPr>
                <w:rPr>
                  <w:snapToGrid w:val="0"/>
                  <w:color w:val="000000" w:themeColor="text1"/>
                </w:rPr>
                <w:id w:val="1738199343"/>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Conscia Talent </w:t>
            </w:r>
          </w:p>
          <w:p w14:paraId="07FC2FD4" w14:textId="7C25675C" w:rsidR="7E035450" w:rsidRPr="002875B8" w:rsidRDefault="00000000" w:rsidP="3F9B9FB5">
            <w:pPr>
              <w:rPr>
                <w:snapToGrid w:val="0"/>
              </w:rPr>
            </w:pPr>
            <w:sdt>
              <w:sdtPr>
                <w:rPr>
                  <w:snapToGrid w:val="0"/>
                  <w:color w:val="000000" w:themeColor="text1"/>
                </w:rPr>
                <w:id w:val="-221293422"/>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Scéala ó Bhéal go Béal</w:t>
            </w:r>
          </w:p>
          <w:p w14:paraId="270BB5C2" w14:textId="5C6C77E3" w:rsidR="5D29FD70" w:rsidRPr="002875B8" w:rsidRDefault="00000000" w:rsidP="3F9B9FB5">
            <w:pPr>
              <w:rPr>
                <w:snapToGrid w:val="0"/>
              </w:rPr>
            </w:pPr>
            <w:sdt>
              <w:sdtPr>
                <w:rPr>
                  <w:snapToGrid w:val="0"/>
                  <w:color w:val="000000" w:themeColor="text1"/>
                </w:rPr>
                <w:id w:val="1019122666"/>
                <w14:checkbox>
                  <w14:checked w14:val="0"/>
                  <w14:checkedState w14:val="2612" w14:font="MS Gothic"/>
                  <w14:uncheckedState w14:val="2610" w14:font="MS Gothic"/>
                </w14:checkbox>
              </w:sdtPr>
              <w:sdtContent>
                <w:r w:rsidR="00CE413A">
                  <w:rPr>
                    <w:rFonts w:ascii="MS Gothic" w:eastAsia="MS Gothic" w:hAnsi="MS Gothic" w:hint="eastAsia"/>
                    <w:snapToGrid w:val="0"/>
                    <w:color w:val="000000" w:themeColor="text1"/>
                  </w:rPr>
                  <w:t>☐</w:t>
                </w:r>
              </w:sdtContent>
            </w:sdt>
            <w:r w:rsidR="00CE413A">
              <w:rPr>
                <w:snapToGrid w:val="0"/>
              </w:rPr>
              <w:t xml:space="preserve"> Eile</w:t>
            </w:r>
          </w:p>
          <w:p w14:paraId="7A16B70D" w14:textId="410E92B0" w:rsidR="3F9B9FB5" w:rsidRPr="002875B8" w:rsidRDefault="3F9B9FB5" w:rsidP="3F9B9FB5">
            <w:pPr>
              <w:rPr>
                <w:snapToGrid w:val="0"/>
              </w:rPr>
            </w:pPr>
          </w:p>
          <w:p w14:paraId="4AC5AFBE" w14:textId="5107671F" w:rsidR="132D9D11" w:rsidRPr="002875B8" w:rsidRDefault="132D9D11" w:rsidP="3F9B9FB5">
            <w:pPr>
              <w:rPr>
                <w:snapToGrid w:val="0"/>
              </w:rPr>
            </w:pPr>
            <w:r>
              <w:rPr>
                <w:snapToGrid w:val="0"/>
              </w:rPr>
              <w:t>Más Eile, tabhair sonraí le do thoil:</w:t>
            </w:r>
          </w:p>
          <w:tbl>
            <w:tblPr>
              <w:tblStyle w:val="TableGrid"/>
              <w:tblW w:w="0" w:type="auto"/>
              <w:tblLook w:val="06A0" w:firstRow="1" w:lastRow="0" w:firstColumn="1" w:lastColumn="0" w:noHBand="1" w:noVBand="1"/>
            </w:tblPr>
            <w:tblGrid>
              <w:gridCol w:w="4904"/>
            </w:tblGrid>
            <w:tr w:rsidR="3F9B9FB5" w:rsidRPr="002875B8" w14:paraId="214BF54D" w14:textId="77777777" w:rsidTr="3F9B9FB5">
              <w:trPr>
                <w:trHeight w:val="300"/>
              </w:trPr>
              <w:tc>
                <w:tcPr>
                  <w:tcW w:w="4905" w:type="dxa"/>
                </w:tcPr>
                <w:p w14:paraId="1F992CA7" w14:textId="2761DF7E" w:rsidR="3F9B9FB5" w:rsidRPr="002875B8" w:rsidRDefault="3F9B9FB5" w:rsidP="3F9B9FB5">
                  <w:pPr>
                    <w:rPr>
                      <w:snapToGrid w:val="0"/>
                    </w:rPr>
                  </w:pPr>
                </w:p>
              </w:tc>
            </w:tr>
          </w:tbl>
          <w:p w14:paraId="77D96BDC" w14:textId="0516B65F" w:rsidR="3F9B9FB5" w:rsidRPr="002875B8" w:rsidRDefault="3F9B9FB5" w:rsidP="3F9B9FB5">
            <w:pPr>
              <w:jc w:val="center"/>
              <w:rPr>
                <w:snapToGrid w:val="0"/>
              </w:rPr>
            </w:pPr>
          </w:p>
          <w:p w14:paraId="7FB8B49B" w14:textId="471ED7D6" w:rsidR="3F9B9FB5" w:rsidRPr="002875B8" w:rsidRDefault="3F9B9FB5" w:rsidP="3F9B9FB5">
            <w:pPr>
              <w:jc w:val="center"/>
              <w:rPr>
                <w:snapToGrid w:val="0"/>
              </w:rPr>
            </w:pPr>
          </w:p>
          <w:p w14:paraId="7E0E5690" w14:textId="6A28B73D" w:rsidR="3F9B9FB5" w:rsidRPr="002875B8" w:rsidRDefault="002875B8" w:rsidP="3F9B9FB5">
            <w:pPr>
              <w:jc w:val="center"/>
              <w:rPr>
                <w:snapToGrid w:val="0"/>
              </w:rPr>
            </w:pPr>
            <w:r>
              <w:rPr>
                <w:snapToGrid w:val="0"/>
                <w:color w:val="000000" w:themeColor="text1"/>
              </w:rPr>
              <w:t xml:space="preserve"> </w:t>
            </w:r>
          </w:p>
        </w:tc>
      </w:tr>
    </w:tbl>
    <w:p w14:paraId="3B786237" w14:textId="3EEC7983" w:rsidR="3F9B9FB5" w:rsidRPr="002875B8" w:rsidRDefault="3F9B9FB5" w:rsidP="3F9B9FB5">
      <w:pPr>
        <w:rPr>
          <w:snapToGrid w:val="0"/>
          <w:sz w:val="15"/>
          <w:szCs w:val="15"/>
        </w:rPr>
      </w:pPr>
    </w:p>
    <w:p w14:paraId="53128261"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3F472068" w14:textId="77777777" w:rsidTr="3F9B9FB5">
        <w:trPr>
          <w:jc w:val="center"/>
        </w:trPr>
        <w:tc>
          <w:tcPr>
            <w:tcW w:w="5159" w:type="dxa"/>
            <w:tcMar>
              <w:top w:w="100" w:type="dxa"/>
              <w:left w:w="120" w:type="dxa"/>
              <w:bottom w:w="100" w:type="dxa"/>
              <w:right w:w="120" w:type="dxa"/>
            </w:tcMar>
            <w:vAlign w:val="center"/>
          </w:tcPr>
          <w:p w14:paraId="0397B3FD" w14:textId="7BD4B60A"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62486C05" w14:textId="4AC6F091" w:rsidR="00CF648B" w:rsidRPr="002875B8" w:rsidRDefault="00CF648B">
            <w:pPr>
              <w:jc w:val="right"/>
              <w:rPr>
                <w:snapToGrid w:val="0"/>
              </w:rPr>
            </w:pPr>
          </w:p>
        </w:tc>
      </w:tr>
      <w:tr w:rsidR="00CF648B" w:rsidRPr="002875B8"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7B0F6C37" w:rsidR="00CF648B" w:rsidRPr="002875B8" w:rsidRDefault="006D710E">
            <w:pPr>
              <w:spacing w:after="0"/>
              <w:rPr>
                <w:snapToGrid w:val="0"/>
              </w:rPr>
            </w:pPr>
            <w:r>
              <w:rPr>
                <w:b/>
                <w:snapToGrid w:val="0"/>
                <w:color w:val="FFFFFF"/>
                <w:sz w:val="22"/>
              </w:rPr>
              <w:t xml:space="preserve">SONRAÍ CÁILÍOCHTA </w:t>
            </w:r>
          </w:p>
        </w:tc>
      </w:tr>
    </w:tbl>
    <w:p w14:paraId="4101652C" w14:textId="77777777" w:rsidR="00CF648B" w:rsidRPr="002875B8" w:rsidRDefault="00CF648B">
      <w:pPr>
        <w:spacing w:after="0"/>
        <w:rPr>
          <w:snapToGrid w:val="0"/>
        </w:rPr>
      </w:pPr>
    </w:p>
    <w:p w14:paraId="2B29B7D5" w14:textId="27486EDC" w:rsidR="00CF648B" w:rsidRPr="002875B8" w:rsidRDefault="00DC0437">
      <w:pPr>
        <w:rPr>
          <w:snapToGrid w:val="0"/>
        </w:rPr>
      </w:pPr>
      <w:r>
        <w:rPr>
          <w:snapToGrid w:val="0"/>
        </w:rPr>
        <w:t>Liostaigh na coláistí/ollscoileanna/comhlachtaí gairmiúla ar fhreastail tú orthu agus na cáilíochtaí a fuair tú, chomh maith le haon chúrsaí oiliúna/forbartha ábhartha.</w:t>
      </w:r>
    </w:p>
    <w:tbl>
      <w:tblPr>
        <w:tblStyle w:val="TableGrid"/>
        <w:tblW w:w="0" w:type="auto"/>
        <w:tblLook w:val="04A0" w:firstRow="1" w:lastRow="0" w:firstColumn="1" w:lastColumn="0" w:noHBand="0" w:noVBand="1"/>
      </w:tblPr>
      <w:tblGrid>
        <w:gridCol w:w="3129"/>
        <w:gridCol w:w="2413"/>
        <w:gridCol w:w="2574"/>
        <w:gridCol w:w="2192"/>
      </w:tblGrid>
      <w:tr w:rsidR="006D7F69" w:rsidRPr="002875B8" w14:paraId="360E4511" w14:textId="40C7B4B4" w:rsidTr="006D7F69">
        <w:tc>
          <w:tcPr>
            <w:tcW w:w="3129" w:type="dxa"/>
            <w:shd w:val="clear" w:color="auto" w:fill="006B54"/>
            <w:tcMar>
              <w:top w:w="100" w:type="dxa"/>
              <w:left w:w="120" w:type="dxa"/>
              <w:bottom w:w="100" w:type="dxa"/>
              <w:right w:w="120" w:type="dxa"/>
            </w:tcMar>
            <w:vAlign w:val="center"/>
          </w:tcPr>
          <w:p w14:paraId="646D8035" w14:textId="26EA038E" w:rsidR="006D7F69" w:rsidRPr="002875B8" w:rsidRDefault="006D7F69">
            <w:pPr>
              <w:jc w:val="center"/>
              <w:rPr>
                <w:snapToGrid w:val="0"/>
              </w:rPr>
            </w:pPr>
            <w:r>
              <w:rPr>
                <w:b/>
                <w:snapToGrid w:val="0"/>
                <w:color w:val="FFFFFF"/>
                <w:sz w:val="16"/>
              </w:rPr>
              <w:t>Coláiste/Ollscoil/Comhlachtaí Gairmiúla</w:t>
            </w:r>
          </w:p>
        </w:tc>
        <w:tc>
          <w:tcPr>
            <w:tcW w:w="2413" w:type="dxa"/>
            <w:shd w:val="clear" w:color="auto" w:fill="006B54"/>
            <w:tcMar>
              <w:top w:w="100" w:type="dxa"/>
              <w:left w:w="120" w:type="dxa"/>
              <w:bottom w:w="100" w:type="dxa"/>
              <w:right w:w="120" w:type="dxa"/>
            </w:tcMar>
            <w:vAlign w:val="center"/>
          </w:tcPr>
          <w:p w14:paraId="38D93C5A" w14:textId="699A0DD6" w:rsidR="006D7F69" w:rsidRPr="002875B8" w:rsidRDefault="006D7F69">
            <w:pPr>
              <w:jc w:val="center"/>
              <w:rPr>
                <w:snapToGrid w:val="0"/>
              </w:rPr>
            </w:pPr>
            <w:r>
              <w:rPr>
                <w:b/>
                <w:snapToGrid w:val="0"/>
                <w:color w:val="FFFFFF"/>
                <w:sz w:val="16"/>
              </w:rPr>
              <w:t xml:space="preserve">Ainm an Chúrsa </w:t>
            </w:r>
          </w:p>
        </w:tc>
        <w:tc>
          <w:tcPr>
            <w:tcW w:w="2574" w:type="dxa"/>
            <w:shd w:val="clear" w:color="auto" w:fill="006B54"/>
            <w:tcMar>
              <w:top w:w="100" w:type="dxa"/>
              <w:left w:w="120" w:type="dxa"/>
              <w:bottom w:w="100" w:type="dxa"/>
              <w:right w:w="120" w:type="dxa"/>
            </w:tcMar>
            <w:vAlign w:val="center"/>
          </w:tcPr>
          <w:p w14:paraId="795D9AA1" w14:textId="2A0E5EE3" w:rsidR="006D7F69" w:rsidRPr="002875B8" w:rsidRDefault="006D7F69">
            <w:pPr>
              <w:jc w:val="center"/>
              <w:rPr>
                <w:snapToGrid w:val="0"/>
              </w:rPr>
            </w:pPr>
            <w:r>
              <w:rPr>
                <w:b/>
                <w:snapToGrid w:val="0"/>
                <w:color w:val="FFFFFF"/>
                <w:sz w:val="16"/>
              </w:rPr>
              <w:t>Cineál / Leibhéal Cáilíochta</w:t>
            </w:r>
          </w:p>
        </w:tc>
        <w:tc>
          <w:tcPr>
            <w:tcW w:w="2192" w:type="dxa"/>
            <w:shd w:val="clear" w:color="auto" w:fill="006B54"/>
          </w:tcPr>
          <w:p w14:paraId="2811CA70" w14:textId="218F30D5" w:rsidR="006D7F69" w:rsidRPr="002875B8" w:rsidRDefault="006D7F69">
            <w:pPr>
              <w:jc w:val="center"/>
              <w:rPr>
                <w:b/>
                <w:snapToGrid w:val="0"/>
                <w:color w:val="FFFFFF"/>
                <w:sz w:val="16"/>
              </w:rPr>
            </w:pPr>
            <w:r>
              <w:rPr>
                <w:b/>
                <w:snapToGrid w:val="0"/>
                <w:color w:val="FFFFFF"/>
                <w:sz w:val="16"/>
              </w:rPr>
              <w:t>Fad an Chúrsa</w:t>
            </w:r>
          </w:p>
          <w:p w14:paraId="486C3FC5" w14:textId="799CBA43" w:rsidR="006D7F69" w:rsidRPr="002875B8" w:rsidRDefault="006D7F69">
            <w:pPr>
              <w:jc w:val="center"/>
              <w:rPr>
                <w:b/>
                <w:snapToGrid w:val="0"/>
                <w:color w:val="FFFFFF"/>
                <w:sz w:val="16"/>
              </w:rPr>
            </w:pPr>
            <w:r>
              <w:rPr>
                <w:b/>
                <w:snapToGrid w:val="0"/>
                <w:color w:val="FFFFFF"/>
                <w:sz w:val="16"/>
              </w:rPr>
              <w:t>(i mblianta)</w:t>
            </w:r>
          </w:p>
        </w:tc>
      </w:tr>
      <w:tr w:rsidR="006D7F69" w:rsidRPr="002875B8" w14:paraId="4B99056E" w14:textId="0D0D1EF2" w:rsidTr="006D7F69">
        <w:tc>
          <w:tcPr>
            <w:tcW w:w="3129" w:type="dxa"/>
            <w:tcMar>
              <w:top w:w="100" w:type="dxa"/>
              <w:left w:w="120" w:type="dxa"/>
              <w:bottom w:w="100" w:type="dxa"/>
              <w:right w:w="120" w:type="dxa"/>
            </w:tcMar>
            <w:vAlign w:val="center"/>
          </w:tcPr>
          <w:p w14:paraId="1299C43A"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4DDBEF00"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3461D779" w14:textId="77777777" w:rsidR="006D7F69" w:rsidRPr="002875B8" w:rsidRDefault="006D7F69">
            <w:pPr>
              <w:rPr>
                <w:snapToGrid w:val="0"/>
              </w:rPr>
            </w:pPr>
            <w:r>
              <w:rPr>
                <w:snapToGrid w:val="0"/>
                <w:color w:val="000000" w:themeColor="text1"/>
              </w:rPr>
              <w:br/>
            </w:r>
          </w:p>
        </w:tc>
        <w:tc>
          <w:tcPr>
            <w:tcW w:w="2192" w:type="dxa"/>
          </w:tcPr>
          <w:p w14:paraId="4B68EACD" w14:textId="77777777" w:rsidR="006D7F69" w:rsidRPr="002875B8" w:rsidRDefault="006D7F69">
            <w:pPr>
              <w:rPr>
                <w:snapToGrid w:val="0"/>
                <w:color w:val="000000"/>
              </w:rPr>
            </w:pPr>
          </w:p>
        </w:tc>
      </w:tr>
      <w:tr w:rsidR="006D7F69" w:rsidRPr="002875B8" w14:paraId="3CF2D8B6" w14:textId="33F7C2D9" w:rsidTr="006D7F69">
        <w:tc>
          <w:tcPr>
            <w:tcW w:w="3129" w:type="dxa"/>
            <w:tcMar>
              <w:top w:w="100" w:type="dxa"/>
              <w:left w:w="120" w:type="dxa"/>
              <w:bottom w:w="100" w:type="dxa"/>
              <w:right w:w="120" w:type="dxa"/>
            </w:tcMar>
            <w:vAlign w:val="center"/>
          </w:tcPr>
          <w:p w14:paraId="0FB78278"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1FC39945"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0562CB0E" w14:textId="77777777" w:rsidR="006D7F69" w:rsidRPr="002875B8" w:rsidRDefault="006D7F69">
            <w:pPr>
              <w:rPr>
                <w:snapToGrid w:val="0"/>
              </w:rPr>
            </w:pPr>
            <w:r>
              <w:rPr>
                <w:snapToGrid w:val="0"/>
                <w:color w:val="000000" w:themeColor="text1"/>
              </w:rPr>
              <w:br/>
            </w:r>
          </w:p>
        </w:tc>
        <w:tc>
          <w:tcPr>
            <w:tcW w:w="2192" w:type="dxa"/>
          </w:tcPr>
          <w:p w14:paraId="42FAE064" w14:textId="77777777" w:rsidR="006D7F69" w:rsidRPr="002875B8" w:rsidRDefault="006D7F69">
            <w:pPr>
              <w:rPr>
                <w:snapToGrid w:val="0"/>
                <w:color w:val="000000"/>
              </w:rPr>
            </w:pPr>
          </w:p>
        </w:tc>
      </w:tr>
      <w:tr w:rsidR="006D7F69" w:rsidRPr="002875B8" w14:paraId="34CE0A41" w14:textId="17D21BD9" w:rsidTr="006D7F69">
        <w:tc>
          <w:tcPr>
            <w:tcW w:w="3129" w:type="dxa"/>
            <w:tcMar>
              <w:top w:w="100" w:type="dxa"/>
              <w:left w:w="120" w:type="dxa"/>
              <w:bottom w:w="100" w:type="dxa"/>
              <w:right w:w="120" w:type="dxa"/>
            </w:tcMar>
            <w:vAlign w:val="center"/>
          </w:tcPr>
          <w:p w14:paraId="62EBF3C5"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6D98A12B"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2946DB82" w14:textId="77777777" w:rsidR="006D7F69" w:rsidRPr="002875B8" w:rsidRDefault="006D7F69">
            <w:pPr>
              <w:rPr>
                <w:snapToGrid w:val="0"/>
              </w:rPr>
            </w:pPr>
            <w:r>
              <w:rPr>
                <w:snapToGrid w:val="0"/>
                <w:color w:val="000000" w:themeColor="text1"/>
              </w:rPr>
              <w:br/>
            </w:r>
          </w:p>
        </w:tc>
        <w:tc>
          <w:tcPr>
            <w:tcW w:w="2192" w:type="dxa"/>
          </w:tcPr>
          <w:p w14:paraId="72830E20" w14:textId="77777777" w:rsidR="006D7F69" w:rsidRPr="002875B8" w:rsidRDefault="006D7F69">
            <w:pPr>
              <w:rPr>
                <w:snapToGrid w:val="0"/>
                <w:color w:val="000000"/>
              </w:rPr>
            </w:pPr>
          </w:p>
        </w:tc>
      </w:tr>
      <w:tr w:rsidR="006D7F69" w:rsidRPr="002875B8" w14:paraId="5997CC1D" w14:textId="75EC689D" w:rsidTr="006D7F69">
        <w:tc>
          <w:tcPr>
            <w:tcW w:w="3129" w:type="dxa"/>
            <w:tcMar>
              <w:top w:w="100" w:type="dxa"/>
              <w:left w:w="120" w:type="dxa"/>
              <w:bottom w:w="100" w:type="dxa"/>
              <w:right w:w="120" w:type="dxa"/>
            </w:tcMar>
            <w:vAlign w:val="center"/>
          </w:tcPr>
          <w:p w14:paraId="110FFD37" w14:textId="77777777" w:rsidR="006D7F69" w:rsidRPr="002875B8" w:rsidRDefault="006D7F69">
            <w:pPr>
              <w:rPr>
                <w:snapToGrid w:val="0"/>
              </w:rPr>
            </w:pPr>
            <w:r>
              <w:rPr>
                <w:snapToGrid w:val="0"/>
                <w:color w:val="000000" w:themeColor="text1"/>
              </w:rPr>
              <w:br/>
            </w:r>
          </w:p>
        </w:tc>
        <w:tc>
          <w:tcPr>
            <w:tcW w:w="2413" w:type="dxa"/>
            <w:tcMar>
              <w:top w:w="100" w:type="dxa"/>
              <w:left w:w="120" w:type="dxa"/>
              <w:bottom w:w="100" w:type="dxa"/>
              <w:right w:w="120" w:type="dxa"/>
            </w:tcMar>
            <w:vAlign w:val="center"/>
          </w:tcPr>
          <w:p w14:paraId="6B699379" w14:textId="77777777" w:rsidR="006D7F69" w:rsidRPr="002875B8" w:rsidRDefault="006D7F69">
            <w:pPr>
              <w:rPr>
                <w:snapToGrid w:val="0"/>
              </w:rPr>
            </w:pPr>
            <w:r>
              <w:rPr>
                <w:snapToGrid w:val="0"/>
                <w:color w:val="000000" w:themeColor="text1"/>
              </w:rPr>
              <w:br/>
            </w:r>
          </w:p>
        </w:tc>
        <w:tc>
          <w:tcPr>
            <w:tcW w:w="2574" w:type="dxa"/>
            <w:tcMar>
              <w:top w:w="100" w:type="dxa"/>
              <w:left w:w="120" w:type="dxa"/>
              <w:bottom w:w="100" w:type="dxa"/>
              <w:right w:w="120" w:type="dxa"/>
            </w:tcMar>
            <w:vAlign w:val="center"/>
          </w:tcPr>
          <w:p w14:paraId="3FE9F23F" w14:textId="77777777" w:rsidR="006D7F69" w:rsidRPr="002875B8" w:rsidRDefault="006D7F69">
            <w:pPr>
              <w:rPr>
                <w:snapToGrid w:val="0"/>
              </w:rPr>
            </w:pPr>
            <w:r>
              <w:rPr>
                <w:snapToGrid w:val="0"/>
                <w:color w:val="000000" w:themeColor="text1"/>
              </w:rPr>
              <w:br/>
            </w:r>
          </w:p>
        </w:tc>
        <w:tc>
          <w:tcPr>
            <w:tcW w:w="2192" w:type="dxa"/>
          </w:tcPr>
          <w:p w14:paraId="097653BD" w14:textId="77777777" w:rsidR="006D7F69" w:rsidRPr="002875B8" w:rsidRDefault="006D7F69">
            <w:pPr>
              <w:rPr>
                <w:snapToGrid w:val="0"/>
                <w:color w:val="000000"/>
              </w:rPr>
            </w:pPr>
          </w:p>
        </w:tc>
      </w:tr>
    </w:tbl>
    <w:tbl>
      <w:tblPr>
        <w:tblW w:w="0" w:type="auto"/>
        <w:jc w:val="center"/>
        <w:tblLook w:val="04A0" w:firstRow="1" w:lastRow="0" w:firstColumn="1" w:lastColumn="0" w:noHBand="0" w:noVBand="1"/>
      </w:tblPr>
      <w:tblGrid>
        <w:gridCol w:w="10318"/>
      </w:tblGrid>
      <w:tr w:rsidR="00CF648B" w:rsidRPr="002875B8"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512826B3" w:rsidR="00CF648B" w:rsidRPr="002875B8" w:rsidRDefault="002875B8">
            <w:pPr>
              <w:spacing w:after="0"/>
              <w:rPr>
                <w:snapToGrid w:val="0"/>
              </w:rPr>
            </w:pPr>
            <w:r>
              <w:rPr>
                <w:b/>
                <w:snapToGrid w:val="0"/>
                <w:color w:val="FFFFFF"/>
                <w:sz w:val="22"/>
              </w:rPr>
              <w:t xml:space="preserve"> COMHLACHTAÍ GAIRMIÚLA &amp; CÚRSAÍ OILIÚNA EILE</w:t>
            </w:r>
          </w:p>
        </w:tc>
      </w:tr>
    </w:tbl>
    <w:p w14:paraId="1F72F646" w14:textId="77777777" w:rsidR="00CF648B" w:rsidRPr="002875B8" w:rsidRDefault="00CF648B">
      <w:pPr>
        <w:spacing w:after="0"/>
        <w:rPr>
          <w:snapToGrid w:val="0"/>
        </w:rPr>
      </w:pPr>
    </w:p>
    <w:p w14:paraId="71105374" w14:textId="65475067" w:rsidR="00CF648B" w:rsidRPr="002875B8" w:rsidRDefault="00DC0437">
      <w:pPr>
        <w:rPr>
          <w:snapToGrid w:val="0"/>
        </w:rPr>
      </w:pPr>
      <w:r>
        <w:rPr>
          <w:snapToGrid w:val="0"/>
        </w:rPr>
        <w:t>Liostaigh aon chúrsaí oiliúna/forbartha ábhartha ar fhreastail tú orthu, mar aon leis na dátaí.</w:t>
      </w:r>
    </w:p>
    <w:tbl>
      <w:tblPr>
        <w:tblStyle w:val="TableGrid"/>
        <w:tblW w:w="0" w:type="auto"/>
        <w:tblLook w:val="04A0" w:firstRow="1" w:lastRow="0" w:firstColumn="1" w:lastColumn="0" w:noHBand="0" w:noVBand="1"/>
      </w:tblPr>
      <w:tblGrid>
        <w:gridCol w:w="10308"/>
      </w:tblGrid>
      <w:tr w:rsidR="00CF648B" w:rsidRPr="002875B8" w14:paraId="08CE6F91" w14:textId="77777777">
        <w:tc>
          <w:tcPr>
            <w:tcW w:w="10318" w:type="dxa"/>
            <w:tcMar>
              <w:top w:w="100" w:type="dxa"/>
              <w:left w:w="120" w:type="dxa"/>
              <w:bottom w:w="100" w:type="dxa"/>
              <w:right w:w="120" w:type="dxa"/>
            </w:tcMar>
            <w:vAlign w:val="center"/>
          </w:tcPr>
          <w:p w14:paraId="61CDCEAD" w14:textId="77777777" w:rsidR="00CF648B" w:rsidRPr="002875B8" w:rsidRDefault="00DC0437">
            <w:pPr>
              <w:rPr>
                <w:snapToGrid w:val="0"/>
              </w:rPr>
            </w:pPr>
            <w:r>
              <w:rPr>
                <w:snapToGrid w:val="0"/>
                <w:color w:val="000000" w:themeColor="text1"/>
              </w:rPr>
              <w:br/>
            </w:r>
          </w:p>
        </w:tc>
      </w:tr>
      <w:tr w:rsidR="00CF648B" w:rsidRPr="002875B8" w14:paraId="6BB9E253" w14:textId="77777777">
        <w:tc>
          <w:tcPr>
            <w:tcW w:w="10318" w:type="dxa"/>
            <w:tcMar>
              <w:top w:w="100" w:type="dxa"/>
              <w:left w:w="120" w:type="dxa"/>
              <w:bottom w:w="100" w:type="dxa"/>
              <w:right w:w="120" w:type="dxa"/>
            </w:tcMar>
            <w:vAlign w:val="center"/>
          </w:tcPr>
          <w:p w14:paraId="23DE523C" w14:textId="77777777" w:rsidR="00CF648B" w:rsidRPr="002875B8" w:rsidRDefault="00DC0437">
            <w:pPr>
              <w:rPr>
                <w:snapToGrid w:val="0"/>
              </w:rPr>
            </w:pPr>
            <w:r>
              <w:rPr>
                <w:snapToGrid w:val="0"/>
                <w:color w:val="000000" w:themeColor="text1"/>
              </w:rPr>
              <w:br/>
            </w:r>
          </w:p>
        </w:tc>
      </w:tr>
      <w:tr w:rsidR="00CF648B" w:rsidRPr="002875B8" w14:paraId="52E56223" w14:textId="77777777">
        <w:tc>
          <w:tcPr>
            <w:tcW w:w="10318" w:type="dxa"/>
            <w:tcMar>
              <w:top w:w="100" w:type="dxa"/>
              <w:left w:w="120" w:type="dxa"/>
              <w:bottom w:w="100" w:type="dxa"/>
              <w:right w:w="120" w:type="dxa"/>
            </w:tcMar>
            <w:vAlign w:val="center"/>
          </w:tcPr>
          <w:p w14:paraId="07547A01" w14:textId="77777777" w:rsidR="00CF648B" w:rsidRPr="002875B8" w:rsidRDefault="00DC0437">
            <w:pPr>
              <w:rPr>
                <w:snapToGrid w:val="0"/>
              </w:rPr>
            </w:pPr>
            <w:r>
              <w:rPr>
                <w:snapToGrid w:val="0"/>
                <w:color w:val="000000" w:themeColor="text1"/>
              </w:rPr>
              <w:br/>
            </w:r>
          </w:p>
        </w:tc>
      </w:tr>
      <w:tr w:rsidR="00CF648B" w:rsidRPr="002875B8" w14:paraId="5043CB0F" w14:textId="77777777">
        <w:tc>
          <w:tcPr>
            <w:tcW w:w="10318" w:type="dxa"/>
            <w:tcMar>
              <w:top w:w="100" w:type="dxa"/>
              <w:left w:w="120" w:type="dxa"/>
              <w:bottom w:w="100" w:type="dxa"/>
              <w:right w:w="120" w:type="dxa"/>
            </w:tcMar>
            <w:vAlign w:val="center"/>
          </w:tcPr>
          <w:p w14:paraId="07459315" w14:textId="77777777" w:rsidR="00CF648B" w:rsidRPr="002875B8" w:rsidRDefault="00DC0437">
            <w:pPr>
              <w:rPr>
                <w:snapToGrid w:val="0"/>
              </w:rPr>
            </w:pPr>
            <w:r>
              <w:rPr>
                <w:snapToGrid w:val="0"/>
                <w:color w:val="000000" w:themeColor="text1"/>
              </w:rPr>
              <w:br/>
            </w:r>
          </w:p>
        </w:tc>
      </w:tr>
    </w:tbl>
    <w:tbl>
      <w:tblPr>
        <w:tblW w:w="0" w:type="auto"/>
        <w:jc w:val="center"/>
        <w:tblLook w:val="04A0" w:firstRow="1" w:lastRow="0" w:firstColumn="1" w:lastColumn="0" w:noHBand="0" w:noVBand="1"/>
      </w:tblPr>
      <w:tblGrid>
        <w:gridCol w:w="10318"/>
      </w:tblGrid>
      <w:tr w:rsidR="00CF648B" w:rsidRPr="002875B8"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2875B8" w:rsidRDefault="00CF648B">
            <w:pPr>
              <w:spacing w:after="0"/>
              <w:rPr>
                <w:snapToGrid w:val="0"/>
              </w:rPr>
            </w:pPr>
          </w:p>
        </w:tc>
      </w:tr>
    </w:tbl>
    <w:p w14:paraId="6537F28F" w14:textId="77777777" w:rsidR="00CF648B" w:rsidRPr="002875B8" w:rsidRDefault="00CF648B">
      <w:pPr>
        <w:spacing w:after="0"/>
        <w:rPr>
          <w:snapToGrid w:val="0"/>
        </w:rPr>
      </w:pPr>
    </w:p>
    <w:p w14:paraId="44E871BC"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12E04C3E" w14:textId="77777777" w:rsidTr="3F9B9FB5">
        <w:trPr>
          <w:jc w:val="center"/>
        </w:trPr>
        <w:tc>
          <w:tcPr>
            <w:tcW w:w="5159" w:type="dxa"/>
            <w:tcMar>
              <w:top w:w="100" w:type="dxa"/>
              <w:left w:w="120" w:type="dxa"/>
              <w:bottom w:w="100" w:type="dxa"/>
              <w:right w:w="120" w:type="dxa"/>
            </w:tcMar>
            <w:vAlign w:val="center"/>
          </w:tcPr>
          <w:p w14:paraId="28CA03F9" w14:textId="08102C83"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144A5D23" w14:textId="766BA795" w:rsidR="00CF648B" w:rsidRPr="002875B8" w:rsidRDefault="00CF648B">
            <w:pPr>
              <w:jc w:val="right"/>
              <w:rPr>
                <w:snapToGrid w:val="0"/>
              </w:rPr>
            </w:pPr>
          </w:p>
        </w:tc>
      </w:tr>
      <w:tr w:rsidR="00CF648B" w:rsidRPr="002875B8"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5978A36B" w:rsidR="00CF648B" w:rsidRPr="002875B8" w:rsidRDefault="00DC0437">
            <w:pPr>
              <w:spacing w:after="0"/>
              <w:rPr>
                <w:snapToGrid w:val="0"/>
              </w:rPr>
            </w:pPr>
            <w:r>
              <w:rPr>
                <w:b/>
                <w:snapToGrid w:val="0"/>
                <w:color w:val="FFFFFF"/>
                <w:sz w:val="22"/>
              </w:rPr>
              <w:t>STAIR FOSTAÍOCHTA</w:t>
            </w:r>
          </w:p>
        </w:tc>
      </w:tr>
    </w:tbl>
    <w:p w14:paraId="738610EB"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6F44C9E9" w14:textId="77777777">
        <w:tc>
          <w:tcPr>
            <w:tcW w:w="5159" w:type="dxa"/>
            <w:shd w:val="clear" w:color="auto" w:fill="DDEFE8"/>
            <w:tcMar>
              <w:top w:w="100" w:type="dxa"/>
              <w:left w:w="120" w:type="dxa"/>
              <w:bottom w:w="100" w:type="dxa"/>
              <w:right w:w="120" w:type="dxa"/>
            </w:tcMar>
            <w:vAlign w:val="center"/>
          </w:tcPr>
          <w:p w14:paraId="7231D2D1" w14:textId="77777777" w:rsidR="002875B8" w:rsidRPr="002875B8" w:rsidRDefault="00DC0437">
            <w:pPr>
              <w:rPr>
                <w:b/>
                <w:snapToGrid w:val="0"/>
                <w:color w:val="006B54"/>
                <w:sz w:val="16"/>
              </w:rPr>
            </w:pPr>
            <w:r>
              <w:rPr>
                <w:b/>
                <w:snapToGrid w:val="0"/>
                <w:color w:val="006B54"/>
                <w:sz w:val="16"/>
              </w:rPr>
              <w:t>Ainm an fhostóra:</w:t>
            </w:r>
          </w:p>
          <w:p w14:paraId="643E27EE" w14:textId="7C7183A0"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30FA3D9D" w14:textId="77777777" w:rsidR="002875B8" w:rsidRPr="002875B8" w:rsidRDefault="00DC0437">
            <w:pPr>
              <w:rPr>
                <w:b/>
                <w:snapToGrid w:val="0"/>
                <w:color w:val="006B54"/>
                <w:sz w:val="16"/>
              </w:rPr>
            </w:pPr>
            <w:r>
              <w:rPr>
                <w:b/>
                <w:snapToGrid w:val="0"/>
                <w:color w:val="006B54"/>
                <w:sz w:val="16"/>
              </w:rPr>
              <w:t>Cineál gnó:</w:t>
            </w:r>
          </w:p>
          <w:p w14:paraId="07263F08" w14:textId="0B1A7DD0" w:rsidR="00CF648B" w:rsidRPr="002875B8" w:rsidRDefault="00CF648B">
            <w:pPr>
              <w:rPr>
                <w:snapToGrid w:val="0"/>
              </w:rPr>
            </w:pPr>
          </w:p>
        </w:tc>
      </w:tr>
      <w:tr w:rsidR="00CF648B" w:rsidRPr="002875B8" w14:paraId="64C6E847" w14:textId="77777777">
        <w:tc>
          <w:tcPr>
            <w:tcW w:w="5159" w:type="dxa"/>
            <w:shd w:val="clear" w:color="auto" w:fill="DDEFE8"/>
            <w:tcMar>
              <w:top w:w="100" w:type="dxa"/>
              <w:left w:w="120" w:type="dxa"/>
              <w:bottom w:w="100" w:type="dxa"/>
              <w:right w:w="120" w:type="dxa"/>
            </w:tcMar>
            <w:vAlign w:val="center"/>
          </w:tcPr>
          <w:p w14:paraId="094C955B" w14:textId="77777777" w:rsidR="002875B8" w:rsidRPr="002875B8" w:rsidRDefault="00DC0437">
            <w:pPr>
              <w:rPr>
                <w:b/>
                <w:snapToGrid w:val="0"/>
                <w:color w:val="006B54"/>
                <w:sz w:val="16"/>
              </w:rPr>
            </w:pPr>
            <w:r>
              <w:rPr>
                <w:b/>
                <w:snapToGrid w:val="0"/>
                <w:color w:val="006B54"/>
                <w:sz w:val="16"/>
              </w:rPr>
              <w:t>Teideal an phoist:</w:t>
            </w:r>
          </w:p>
          <w:p w14:paraId="082C0D9F" w14:textId="5A0A7C54"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2055FCA6" w14:textId="56768ED0" w:rsidR="002875B8" w:rsidRPr="002875B8" w:rsidRDefault="00DC0437">
            <w:pPr>
              <w:rPr>
                <w:b/>
                <w:snapToGrid w:val="0"/>
                <w:color w:val="006B54"/>
                <w:sz w:val="16"/>
              </w:rPr>
            </w:pPr>
            <w:r>
              <w:rPr>
                <w:b/>
                <w:snapToGrid w:val="0"/>
                <w:color w:val="006B54"/>
                <w:sz w:val="16"/>
              </w:rPr>
              <w:t>Dáta tosaigh:</w:t>
            </w:r>
            <w:r w:rsidR="00FB29CE">
              <w:rPr>
                <w:b/>
                <w:snapToGrid w:val="0"/>
                <w:color w:val="006B54"/>
                <w:sz w:val="16"/>
              </w:rPr>
              <w:t xml:space="preserve">         </w:t>
            </w:r>
            <w:r w:rsidR="003C1B4F">
              <w:rPr>
                <w:b/>
                <w:snapToGrid w:val="0"/>
                <w:color w:val="006B54"/>
                <w:sz w:val="16"/>
              </w:rPr>
              <w:t xml:space="preserve">   </w:t>
            </w:r>
            <w:r w:rsidR="00FB29CE">
              <w:rPr>
                <w:b/>
                <w:snapToGrid w:val="0"/>
                <w:color w:val="006B54"/>
                <w:sz w:val="16"/>
              </w:rPr>
              <w:t xml:space="preserve"> </w:t>
            </w:r>
            <w:r>
              <w:rPr>
                <w:b/>
                <w:snapToGrid w:val="0"/>
                <w:color w:val="006B54"/>
                <w:sz w:val="16"/>
              </w:rPr>
              <w:t xml:space="preserve">  Dáta deiridh:</w:t>
            </w:r>
          </w:p>
          <w:p w14:paraId="62A8A13B" w14:textId="1DCA4001" w:rsidR="00CF648B" w:rsidRPr="002875B8" w:rsidRDefault="00CF648B">
            <w:pPr>
              <w:rPr>
                <w:snapToGrid w:val="0"/>
              </w:rPr>
            </w:pPr>
          </w:p>
        </w:tc>
      </w:tr>
      <w:tr w:rsidR="00CF648B" w:rsidRPr="002875B8" w14:paraId="65001577" w14:textId="77777777">
        <w:tc>
          <w:tcPr>
            <w:tcW w:w="10318" w:type="dxa"/>
            <w:gridSpan w:val="2"/>
            <w:shd w:val="clear" w:color="auto" w:fill="F2F8F5"/>
            <w:tcMar>
              <w:top w:w="100" w:type="dxa"/>
              <w:left w:w="120" w:type="dxa"/>
              <w:bottom w:w="100" w:type="dxa"/>
              <w:right w:w="120" w:type="dxa"/>
            </w:tcMar>
            <w:vAlign w:val="center"/>
          </w:tcPr>
          <w:p w14:paraId="301E0572" w14:textId="77777777" w:rsidR="002875B8" w:rsidRPr="002875B8" w:rsidRDefault="00DC0437">
            <w:pPr>
              <w:rPr>
                <w:b/>
                <w:snapToGrid w:val="0"/>
                <w:color w:val="006B54"/>
                <w:sz w:val="16"/>
              </w:rPr>
            </w:pPr>
            <w:r>
              <w:rPr>
                <w:b/>
                <w:snapToGrid w:val="0"/>
                <w:color w:val="006B54"/>
                <w:sz w:val="16"/>
              </w:rPr>
              <w:t>Róil agus Freagrachtaí:</w:t>
            </w:r>
          </w:p>
          <w:p w14:paraId="0A83F4DA"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1C12CB3F" w14:textId="03550E84" w:rsidR="00CF648B" w:rsidRPr="002875B8" w:rsidRDefault="00CF648B">
            <w:pPr>
              <w:rPr>
                <w:snapToGrid w:val="0"/>
              </w:rPr>
            </w:pPr>
          </w:p>
        </w:tc>
      </w:tr>
    </w:tbl>
    <w:p w14:paraId="637805D2" w14:textId="77777777" w:rsidR="00CF648B" w:rsidRPr="002875B8" w:rsidRDefault="00CF648B">
      <w:pPr>
        <w:spacing w:after="6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64B3B167" w14:textId="77777777">
        <w:tc>
          <w:tcPr>
            <w:tcW w:w="5159" w:type="dxa"/>
            <w:shd w:val="clear" w:color="auto" w:fill="DDEFE8"/>
            <w:tcMar>
              <w:top w:w="100" w:type="dxa"/>
              <w:left w:w="120" w:type="dxa"/>
              <w:bottom w:w="100" w:type="dxa"/>
              <w:right w:w="120" w:type="dxa"/>
            </w:tcMar>
            <w:vAlign w:val="center"/>
          </w:tcPr>
          <w:p w14:paraId="4B7C05E4" w14:textId="77777777" w:rsidR="002875B8" w:rsidRPr="002875B8" w:rsidRDefault="00DC0437">
            <w:pPr>
              <w:rPr>
                <w:b/>
                <w:snapToGrid w:val="0"/>
                <w:color w:val="006B54"/>
                <w:sz w:val="16"/>
              </w:rPr>
            </w:pPr>
            <w:r>
              <w:rPr>
                <w:b/>
                <w:snapToGrid w:val="0"/>
                <w:color w:val="006B54"/>
                <w:sz w:val="16"/>
              </w:rPr>
              <w:t>Ainm an fhostóra:</w:t>
            </w:r>
          </w:p>
          <w:p w14:paraId="2791D43F" w14:textId="6FFAD1C5"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4CCD0CF8" w14:textId="77777777" w:rsidR="002875B8" w:rsidRPr="002875B8" w:rsidRDefault="00DC0437">
            <w:pPr>
              <w:rPr>
                <w:b/>
                <w:snapToGrid w:val="0"/>
                <w:color w:val="006B54"/>
                <w:sz w:val="16"/>
              </w:rPr>
            </w:pPr>
            <w:r>
              <w:rPr>
                <w:b/>
                <w:snapToGrid w:val="0"/>
                <w:color w:val="006B54"/>
                <w:sz w:val="16"/>
              </w:rPr>
              <w:t>Cineál gnó:</w:t>
            </w:r>
          </w:p>
          <w:p w14:paraId="5073D0C8" w14:textId="71777523" w:rsidR="00CF648B" w:rsidRPr="002875B8" w:rsidRDefault="00CF648B">
            <w:pPr>
              <w:rPr>
                <w:snapToGrid w:val="0"/>
              </w:rPr>
            </w:pPr>
          </w:p>
        </w:tc>
      </w:tr>
      <w:tr w:rsidR="00CF648B" w:rsidRPr="002875B8" w14:paraId="426F3C01" w14:textId="77777777">
        <w:tc>
          <w:tcPr>
            <w:tcW w:w="5159" w:type="dxa"/>
            <w:shd w:val="clear" w:color="auto" w:fill="DDEFE8"/>
            <w:tcMar>
              <w:top w:w="100" w:type="dxa"/>
              <w:left w:w="120" w:type="dxa"/>
              <w:bottom w:w="100" w:type="dxa"/>
              <w:right w:w="120" w:type="dxa"/>
            </w:tcMar>
            <w:vAlign w:val="center"/>
          </w:tcPr>
          <w:p w14:paraId="348A61A9" w14:textId="77777777" w:rsidR="002875B8" w:rsidRPr="002875B8" w:rsidRDefault="00DC0437">
            <w:pPr>
              <w:rPr>
                <w:b/>
                <w:snapToGrid w:val="0"/>
                <w:color w:val="006B54"/>
                <w:sz w:val="16"/>
              </w:rPr>
            </w:pPr>
            <w:r>
              <w:rPr>
                <w:b/>
                <w:snapToGrid w:val="0"/>
                <w:color w:val="006B54"/>
                <w:sz w:val="16"/>
              </w:rPr>
              <w:t>Teideal an phoist:</w:t>
            </w:r>
          </w:p>
          <w:p w14:paraId="5D09F4CD" w14:textId="3BD15C86"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031D8FFF" w14:textId="69E3513F" w:rsidR="002875B8" w:rsidRPr="002875B8" w:rsidRDefault="00DC0437">
            <w:pPr>
              <w:rPr>
                <w:b/>
                <w:snapToGrid w:val="0"/>
                <w:color w:val="006B54"/>
                <w:sz w:val="16"/>
              </w:rPr>
            </w:pPr>
            <w:r>
              <w:rPr>
                <w:b/>
                <w:snapToGrid w:val="0"/>
                <w:color w:val="006B54"/>
                <w:sz w:val="16"/>
              </w:rPr>
              <w:t>Dáta tosaigh:</w:t>
            </w:r>
            <w:r w:rsidR="00FB29CE">
              <w:rPr>
                <w:b/>
                <w:snapToGrid w:val="0"/>
                <w:color w:val="006B54"/>
                <w:sz w:val="16"/>
              </w:rPr>
              <w:t xml:space="preserve">      </w:t>
            </w:r>
            <w:r w:rsidR="003C1B4F">
              <w:rPr>
                <w:b/>
                <w:snapToGrid w:val="0"/>
                <w:color w:val="006B54"/>
                <w:sz w:val="16"/>
              </w:rPr>
              <w:t xml:space="preserve">   </w:t>
            </w:r>
            <w:r w:rsidR="00FB29CE">
              <w:rPr>
                <w:b/>
                <w:snapToGrid w:val="0"/>
                <w:color w:val="006B54"/>
                <w:sz w:val="16"/>
              </w:rPr>
              <w:t xml:space="preserve">    </w:t>
            </w:r>
            <w:r>
              <w:rPr>
                <w:b/>
                <w:snapToGrid w:val="0"/>
                <w:color w:val="006B54"/>
                <w:sz w:val="16"/>
              </w:rPr>
              <w:t xml:space="preserve">  Dáta deiridh:</w:t>
            </w:r>
          </w:p>
          <w:p w14:paraId="2B1D8A46" w14:textId="2029D9AB" w:rsidR="00CF648B" w:rsidRPr="002875B8" w:rsidRDefault="00CF648B">
            <w:pPr>
              <w:rPr>
                <w:snapToGrid w:val="0"/>
              </w:rPr>
            </w:pPr>
          </w:p>
        </w:tc>
      </w:tr>
      <w:tr w:rsidR="00CF648B" w:rsidRPr="002875B8" w14:paraId="74825FE4" w14:textId="77777777">
        <w:tc>
          <w:tcPr>
            <w:tcW w:w="10318" w:type="dxa"/>
            <w:gridSpan w:val="2"/>
            <w:shd w:val="clear" w:color="auto" w:fill="F2F8F5"/>
            <w:tcMar>
              <w:top w:w="100" w:type="dxa"/>
              <w:left w:w="120" w:type="dxa"/>
              <w:bottom w:w="100" w:type="dxa"/>
              <w:right w:w="120" w:type="dxa"/>
            </w:tcMar>
            <w:vAlign w:val="center"/>
          </w:tcPr>
          <w:p w14:paraId="37EDA1AD" w14:textId="77777777" w:rsidR="002875B8" w:rsidRPr="002875B8" w:rsidRDefault="00DC0437">
            <w:pPr>
              <w:rPr>
                <w:b/>
                <w:snapToGrid w:val="0"/>
                <w:color w:val="006B54"/>
                <w:sz w:val="16"/>
              </w:rPr>
            </w:pPr>
            <w:r>
              <w:rPr>
                <w:b/>
                <w:snapToGrid w:val="0"/>
                <w:color w:val="006B54"/>
                <w:sz w:val="16"/>
              </w:rPr>
              <w:t>Róil agus Freagrachtaí:</w:t>
            </w:r>
          </w:p>
          <w:p w14:paraId="7D10E99D"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41BFD97D" w14:textId="0CDF3887" w:rsidR="00CF648B" w:rsidRPr="002875B8" w:rsidRDefault="00CF648B">
            <w:pPr>
              <w:rPr>
                <w:snapToGrid w:val="0"/>
              </w:rPr>
            </w:pPr>
          </w:p>
        </w:tc>
      </w:tr>
    </w:tbl>
    <w:p w14:paraId="463F29E8" w14:textId="77777777" w:rsidR="00CF648B" w:rsidRPr="002875B8" w:rsidRDefault="00CF648B">
      <w:pPr>
        <w:spacing w:after="60"/>
        <w:rPr>
          <w:snapToGrid w:val="0"/>
        </w:rPr>
      </w:pPr>
    </w:p>
    <w:p w14:paraId="3B7B4B86"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5C57A25A" w14:textId="77777777" w:rsidTr="3F9B9FB5">
        <w:trPr>
          <w:jc w:val="center"/>
        </w:trPr>
        <w:tc>
          <w:tcPr>
            <w:tcW w:w="5159" w:type="dxa"/>
            <w:tcMar>
              <w:top w:w="100" w:type="dxa"/>
              <w:left w:w="120" w:type="dxa"/>
              <w:bottom w:w="100" w:type="dxa"/>
              <w:right w:w="120" w:type="dxa"/>
            </w:tcMar>
            <w:vAlign w:val="center"/>
          </w:tcPr>
          <w:p w14:paraId="59079538" w14:textId="6260B549"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3A0FF5F2" w14:textId="4A8A6C30" w:rsidR="00CF648B" w:rsidRPr="002875B8" w:rsidRDefault="00CF648B">
            <w:pPr>
              <w:jc w:val="right"/>
              <w:rPr>
                <w:snapToGrid w:val="0"/>
              </w:rPr>
            </w:pPr>
          </w:p>
        </w:tc>
      </w:tr>
      <w:tr w:rsidR="00CF648B" w:rsidRPr="002875B8"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2A2D2FE1" w:rsidR="00CF648B" w:rsidRPr="002875B8" w:rsidRDefault="00DC0437">
            <w:pPr>
              <w:spacing w:after="0"/>
              <w:rPr>
                <w:snapToGrid w:val="0"/>
              </w:rPr>
            </w:pPr>
            <w:r>
              <w:rPr>
                <w:b/>
                <w:snapToGrid w:val="0"/>
                <w:color w:val="FFFFFF"/>
                <w:sz w:val="22"/>
              </w:rPr>
              <w:t>STAIR FOSTAÍOCHTA</w:t>
            </w:r>
          </w:p>
        </w:tc>
      </w:tr>
    </w:tbl>
    <w:p w14:paraId="5630AD66"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3896B6D8" w14:textId="77777777">
        <w:tc>
          <w:tcPr>
            <w:tcW w:w="5159" w:type="dxa"/>
            <w:shd w:val="clear" w:color="auto" w:fill="DDEFE8"/>
            <w:tcMar>
              <w:top w:w="100" w:type="dxa"/>
              <w:left w:w="120" w:type="dxa"/>
              <w:bottom w:w="100" w:type="dxa"/>
              <w:right w:w="120" w:type="dxa"/>
            </w:tcMar>
            <w:vAlign w:val="center"/>
          </w:tcPr>
          <w:p w14:paraId="0C5907B6" w14:textId="77777777" w:rsidR="002875B8" w:rsidRPr="002875B8" w:rsidRDefault="00DC0437">
            <w:pPr>
              <w:rPr>
                <w:b/>
                <w:snapToGrid w:val="0"/>
                <w:color w:val="006B54"/>
                <w:sz w:val="16"/>
              </w:rPr>
            </w:pPr>
            <w:r>
              <w:rPr>
                <w:b/>
                <w:snapToGrid w:val="0"/>
                <w:color w:val="006B54"/>
                <w:sz w:val="16"/>
              </w:rPr>
              <w:t>Ainm an fhostóra:</w:t>
            </w:r>
          </w:p>
          <w:p w14:paraId="74B9C3CE" w14:textId="4E898BEF"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E80F2A0" w14:textId="77777777" w:rsidR="002875B8" w:rsidRPr="002875B8" w:rsidRDefault="00DC0437">
            <w:pPr>
              <w:rPr>
                <w:b/>
                <w:snapToGrid w:val="0"/>
                <w:color w:val="006B54"/>
                <w:sz w:val="16"/>
              </w:rPr>
            </w:pPr>
            <w:r>
              <w:rPr>
                <w:b/>
                <w:snapToGrid w:val="0"/>
                <w:color w:val="006B54"/>
                <w:sz w:val="16"/>
              </w:rPr>
              <w:t>Cineál gnó:</w:t>
            </w:r>
          </w:p>
          <w:p w14:paraId="6F16CBF1" w14:textId="33E8EA19" w:rsidR="00CF648B" w:rsidRPr="002875B8" w:rsidRDefault="00CF648B">
            <w:pPr>
              <w:rPr>
                <w:snapToGrid w:val="0"/>
              </w:rPr>
            </w:pPr>
          </w:p>
        </w:tc>
      </w:tr>
      <w:tr w:rsidR="00CF648B" w:rsidRPr="002875B8" w14:paraId="65C6241A" w14:textId="77777777">
        <w:tc>
          <w:tcPr>
            <w:tcW w:w="5159" w:type="dxa"/>
            <w:shd w:val="clear" w:color="auto" w:fill="DDEFE8"/>
            <w:tcMar>
              <w:top w:w="100" w:type="dxa"/>
              <w:left w:w="120" w:type="dxa"/>
              <w:bottom w:w="100" w:type="dxa"/>
              <w:right w:w="120" w:type="dxa"/>
            </w:tcMar>
            <w:vAlign w:val="center"/>
          </w:tcPr>
          <w:p w14:paraId="230E6981" w14:textId="77777777" w:rsidR="002875B8" w:rsidRPr="002875B8" w:rsidRDefault="00DC0437">
            <w:pPr>
              <w:rPr>
                <w:b/>
                <w:snapToGrid w:val="0"/>
                <w:color w:val="006B54"/>
                <w:sz w:val="16"/>
              </w:rPr>
            </w:pPr>
            <w:r>
              <w:rPr>
                <w:b/>
                <w:snapToGrid w:val="0"/>
                <w:color w:val="006B54"/>
                <w:sz w:val="16"/>
              </w:rPr>
              <w:t>Teideal an phoist:</w:t>
            </w:r>
          </w:p>
          <w:p w14:paraId="0EF80079" w14:textId="7AF24670"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321BB069" w14:textId="7BCA0B58"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1C07F0D6" w14:textId="6B4B70DA" w:rsidR="00CF648B" w:rsidRPr="002875B8" w:rsidRDefault="00CF648B">
            <w:pPr>
              <w:rPr>
                <w:snapToGrid w:val="0"/>
              </w:rPr>
            </w:pPr>
          </w:p>
        </w:tc>
      </w:tr>
      <w:tr w:rsidR="00CF648B" w:rsidRPr="002875B8" w14:paraId="30BEFFE1" w14:textId="77777777">
        <w:tc>
          <w:tcPr>
            <w:tcW w:w="10318" w:type="dxa"/>
            <w:gridSpan w:val="2"/>
            <w:shd w:val="clear" w:color="auto" w:fill="F2F8F5"/>
            <w:tcMar>
              <w:top w:w="100" w:type="dxa"/>
              <w:left w:w="120" w:type="dxa"/>
              <w:bottom w:w="100" w:type="dxa"/>
              <w:right w:w="120" w:type="dxa"/>
            </w:tcMar>
            <w:vAlign w:val="center"/>
          </w:tcPr>
          <w:p w14:paraId="3F7F2691" w14:textId="77777777" w:rsidR="002875B8" w:rsidRPr="002875B8" w:rsidRDefault="00DC0437">
            <w:pPr>
              <w:rPr>
                <w:b/>
                <w:snapToGrid w:val="0"/>
                <w:color w:val="006B54"/>
                <w:sz w:val="16"/>
              </w:rPr>
            </w:pPr>
            <w:r>
              <w:rPr>
                <w:b/>
                <w:snapToGrid w:val="0"/>
                <w:color w:val="006B54"/>
                <w:sz w:val="16"/>
              </w:rPr>
              <w:t>Róil agus Freagrachtaí:</w:t>
            </w:r>
          </w:p>
          <w:p w14:paraId="754E5BAF"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4597DA7A" w14:textId="5A20324C" w:rsidR="00CF648B" w:rsidRPr="002875B8" w:rsidRDefault="00CF648B">
            <w:pPr>
              <w:rPr>
                <w:snapToGrid w:val="0"/>
              </w:rPr>
            </w:pPr>
          </w:p>
        </w:tc>
      </w:tr>
    </w:tbl>
    <w:p w14:paraId="61829076" w14:textId="77777777" w:rsidR="00CF648B" w:rsidRPr="002875B8" w:rsidRDefault="00CF648B">
      <w:pPr>
        <w:spacing w:after="6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330BC5FB" w14:textId="77777777">
        <w:tc>
          <w:tcPr>
            <w:tcW w:w="5159" w:type="dxa"/>
            <w:shd w:val="clear" w:color="auto" w:fill="DDEFE8"/>
            <w:tcMar>
              <w:top w:w="100" w:type="dxa"/>
              <w:left w:w="120" w:type="dxa"/>
              <w:bottom w:w="100" w:type="dxa"/>
              <w:right w:w="120" w:type="dxa"/>
            </w:tcMar>
            <w:vAlign w:val="center"/>
          </w:tcPr>
          <w:p w14:paraId="63E064CA" w14:textId="77777777" w:rsidR="002875B8" w:rsidRPr="002875B8" w:rsidRDefault="00DC0437">
            <w:pPr>
              <w:rPr>
                <w:b/>
                <w:snapToGrid w:val="0"/>
                <w:color w:val="006B54"/>
                <w:sz w:val="16"/>
              </w:rPr>
            </w:pPr>
            <w:r>
              <w:rPr>
                <w:b/>
                <w:snapToGrid w:val="0"/>
                <w:color w:val="006B54"/>
                <w:sz w:val="16"/>
              </w:rPr>
              <w:t>Ainm an fhostóra:</w:t>
            </w:r>
          </w:p>
          <w:p w14:paraId="0A2A72D8" w14:textId="32878C8C"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E21D326" w14:textId="77777777" w:rsidR="002875B8" w:rsidRPr="002875B8" w:rsidRDefault="00DC0437">
            <w:pPr>
              <w:rPr>
                <w:b/>
                <w:snapToGrid w:val="0"/>
                <w:color w:val="006B54"/>
                <w:sz w:val="16"/>
              </w:rPr>
            </w:pPr>
            <w:r>
              <w:rPr>
                <w:b/>
                <w:snapToGrid w:val="0"/>
                <w:color w:val="006B54"/>
                <w:sz w:val="16"/>
              </w:rPr>
              <w:t>Cineál gnó:</w:t>
            </w:r>
          </w:p>
          <w:p w14:paraId="505BC253" w14:textId="72AE4D04" w:rsidR="00CF648B" w:rsidRPr="002875B8" w:rsidRDefault="00CF648B">
            <w:pPr>
              <w:rPr>
                <w:snapToGrid w:val="0"/>
              </w:rPr>
            </w:pPr>
          </w:p>
        </w:tc>
      </w:tr>
      <w:tr w:rsidR="00CF648B" w:rsidRPr="002875B8" w14:paraId="2D4A1C43" w14:textId="77777777">
        <w:tc>
          <w:tcPr>
            <w:tcW w:w="5159" w:type="dxa"/>
            <w:shd w:val="clear" w:color="auto" w:fill="DDEFE8"/>
            <w:tcMar>
              <w:top w:w="100" w:type="dxa"/>
              <w:left w:w="120" w:type="dxa"/>
              <w:bottom w:w="100" w:type="dxa"/>
              <w:right w:w="120" w:type="dxa"/>
            </w:tcMar>
            <w:vAlign w:val="center"/>
          </w:tcPr>
          <w:p w14:paraId="2FBDE8AC" w14:textId="77777777" w:rsidR="002875B8" w:rsidRPr="002875B8" w:rsidRDefault="00DC0437">
            <w:pPr>
              <w:rPr>
                <w:b/>
                <w:snapToGrid w:val="0"/>
                <w:color w:val="006B54"/>
                <w:sz w:val="16"/>
              </w:rPr>
            </w:pPr>
            <w:r>
              <w:rPr>
                <w:b/>
                <w:snapToGrid w:val="0"/>
                <w:color w:val="006B54"/>
                <w:sz w:val="16"/>
              </w:rPr>
              <w:t>Teideal an phoist:</w:t>
            </w:r>
          </w:p>
          <w:p w14:paraId="2D0651E9" w14:textId="2393E840"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1EED9AE3" w14:textId="644991BD"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3A0BC237" w14:textId="1C5BB1F6" w:rsidR="00CF648B" w:rsidRPr="002875B8" w:rsidRDefault="00CF648B">
            <w:pPr>
              <w:rPr>
                <w:snapToGrid w:val="0"/>
              </w:rPr>
            </w:pPr>
          </w:p>
        </w:tc>
      </w:tr>
      <w:tr w:rsidR="00CF648B" w:rsidRPr="002875B8" w14:paraId="42F2A786" w14:textId="77777777">
        <w:tc>
          <w:tcPr>
            <w:tcW w:w="10318" w:type="dxa"/>
            <w:gridSpan w:val="2"/>
            <w:shd w:val="clear" w:color="auto" w:fill="F2F8F5"/>
            <w:tcMar>
              <w:top w:w="100" w:type="dxa"/>
              <w:left w:w="120" w:type="dxa"/>
              <w:bottom w:w="100" w:type="dxa"/>
              <w:right w:w="120" w:type="dxa"/>
            </w:tcMar>
            <w:vAlign w:val="center"/>
          </w:tcPr>
          <w:p w14:paraId="5D812A65" w14:textId="77777777" w:rsidR="002875B8" w:rsidRPr="002875B8" w:rsidRDefault="00DC0437">
            <w:pPr>
              <w:rPr>
                <w:b/>
                <w:snapToGrid w:val="0"/>
                <w:color w:val="006B54"/>
                <w:sz w:val="16"/>
              </w:rPr>
            </w:pPr>
            <w:r>
              <w:rPr>
                <w:b/>
                <w:snapToGrid w:val="0"/>
                <w:color w:val="006B54"/>
                <w:sz w:val="16"/>
              </w:rPr>
              <w:t>Róil agus Freagrachtaí:</w:t>
            </w:r>
          </w:p>
          <w:p w14:paraId="64913C1B"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7D447025" w14:textId="32BBC14F" w:rsidR="00CF648B" w:rsidRPr="002875B8" w:rsidRDefault="00CF648B">
            <w:pPr>
              <w:rPr>
                <w:snapToGrid w:val="0"/>
              </w:rPr>
            </w:pPr>
          </w:p>
        </w:tc>
      </w:tr>
    </w:tbl>
    <w:p w14:paraId="2BA226A1" w14:textId="77777777" w:rsidR="00CF648B" w:rsidRPr="002875B8" w:rsidRDefault="00CF648B">
      <w:pPr>
        <w:spacing w:after="60"/>
        <w:rPr>
          <w:snapToGrid w:val="0"/>
        </w:rPr>
      </w:pPr>
    </w:p>
    <w:p w14:paraId="17AD93B2"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4739E1CD" w14:textId="77777777" w:rsidTr="3F9B9FB5">
        <w:trPr>
          <w:jc w:val="center"/>
        </w:trPr>
        <w:tc>
          <w:tcPr>
            <w:tcW w:w="5159" w:type="dxa"/>
            <w:tcMar>
              <w:top w:w="100" w:type="dxa"/>
              <w:left w:w="120" w:type="dxa"/>
              <w:bottom w:w="100" w:type="dxa"/>
              <w:right w:w="120" w:type="dxa"/>
            </w:tcMar>
            <w:vAlign w:val="center"/>
          </w:tcPr>
          <w:p w14:paraId="40A840BB" w14:textId="7D0F54F1"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0DE4B5B7" w14:textId="26338EAC" w:rsidR="00CF648B" w:rsidRPr="002875B8" w:rsidRDefault="00CF648B">
            <w:pPr>
              <w:jc w:val="right"/>
              <w:rPr>
                <w:snapToGrid w:val="0"/>
              </w:rPr>
            </w:pPr>
          </w:p>
        </w:tc>
      </w:tr>
      <w:tr w:rsidR="00CF648B" w:rsidRPr="002875B8"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66A5180" w:rsidR="00CF648B" w:rsidRPr="002875B8" w:rsidRDefault="00DC0437">
            <w:pPr>
              <w:spacing w:after="0"/>
              <w:rPr>
                <w:snapToGrid w:val="0"/>
              </w:rPr>
            </w:pPr>
            <w:r>
              <w:rPr>
                <w:b/>
                <w:snapToGrid w:val="0"/>
                <w:color w:val="FFFFFF"/>
                <w:sz w:val="22"/>
              </w:rPr>
              <w:t>STAIR FOSTAÍOCHTA</w:t>
            </w:r>
          </w:p>
        </w:tc>
      </w:tr>
    </w:tbl>
    <w:p w14:paraId="66204FF1" w14:textId="77777777" w:rsidR="00CF648B" w:rsidRPr="002875B8" w:rsidRDefault="00CF648B">
      <w:pPr>
        <w:spacing w:after="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31ACB849" w14:textId="77777777">
        <w:tc>
          <w:tcPr>
            <w:tcW w:w="5159" w:type="dxa"/>
            <w:shd w:val="clear" w:color="auto" w:fill="DDEFE8"/>
            <w:tcMar>
              <w:top w:w="100" w:type="dxa"/>
              <w:left w:w="120" w:type="dxa"/>
              <w:bottom w:w="100" w:type="dxa"/>
              <w:right w:w="120" w:type="dxa"/>
            </w:tcMar>
            <w:vAlign w:val="center"/>
          </w:tcPr>
          <w:p w14:paraId="0DB1095D" w14:textId="77777777" w:rsidR="002875B8" w:rsidRPr="002875B8" w:rsidRDefault="00DC0437">
            <w:pPr>
              <w:rPr>
                <w:b/>
                <w:snapToGrid w:val="0"/>
                <w:color w:val="006B54"/>
                <w:sz w:val="16"/>
              </w:rPr>
            </w:pPr>
            <w:r>
              <w:rPr>
                <w:b/>
                <w:snapToGrid w:val="0"/>
                <w:color w:val="006B54"/>
                <w:sz w:val="16"/>
              </w:rPr>
              <w:t>Ainm an fhostóra:</w:t>
            </w:r>
          </w:p>
          <w:p w14:paraId="6FE00986" w14:textId="5BC0DE38"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74872991" w14:textId="77777777" w:rsidR="002875B8" w:rsidRPr="002875B8" w:rsidRDefault="00DC0437">
            <w:pPr>
              <w:rPr>
                <w:b/>
                <w:snapToGrid w:val="0"/>
                <w:color w:val="006B54"/>
                <w:sz w:val="16"/>
              </w:rPr>
            </w:pPr>
            <w:r>
              <w:rPr>
                <w:b/>
                <w:snapToGrid w:val="0"/>
                <w:color w:val="006B54"/>
                <w:sz w:val="16"/>
              </w:rPr>
              <w:t>Cineál gnó:</w:t>
            </w:r>
          </w:p>
          <w:p w14:paraId="185AC3FE" w14:textId="00529218" w:rsidR="00CF648B" w:rsidRPr="002875B8" w:rsidRDefault="00CF648B">
            <w:pPr>
              <w:rPr>
                <w:snapToGrid w:val="0"/>
              </w:rPr>
            </w:pPr>
          </w:p>
        </w:tc>
      </w:tr>
      <w:tr w:rsidR="00CF648B" w:rsidRPr="002875B8" w14:paraId="6B107590" w14:textId="77777777">
        <w:tc>
          <w:tcPr>
            <w:tcW w:w="5159" w:type="dxa"/>
            <w:shd w:val="clear" w:color="auto" w:fill="DDEFE8"/>
            <w:tcMar>
              <w:top w:w="100" w:type="dxa"/>
              <w:left w:w="120" w:type="dxa"/>
              <w:bottom w:w="100" w:type="dxa"/>
              <w:right w:w="120" w:type="dxa"/>
            </w:tcMar>
            <w:vAlign w:val="center"/>
          </w:tcPr>
          <w:p w14:paraId="2BE5F322" w14:textId="77777777" w:rsidR="002875B8" w:rsidRPr="002875B8" w:rsidRDefault="00DC0437">
            <w:pPr>
              <w:rPr>
                <w:b/>
                <w:snapToGrid w:val="0"/>
                <w:color w:val="006B54"/>
                <w:sz w:val="16"/>
              </w:rPr>
            </w:pPr>
            <w:r>
              <w:rPr>
                <w:b/>
                <w:snapToGrid w:val="0"/>
                <w:color w:val="006B54"/>
                <w:sz w:val="16"/>
              </w:rPr>
              <w:t>Teideal an phoist:</w:t>
            </w:r>
          </w:p>
          <w:p w14:paraId="202DAFBA" w14:textId="2FAD21BD"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0202F587" w14:textId="5E9A5E18"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62D7F8A9" w14:textId="4691F5F6" w:rsidR="00CF648B" w:rsidRPr="002875B8" w:rsidRDefault="00CF648B">
            <w:pPr>
              <w:rPr>
                <w:snapToGrid w:val="0"/>
              </w:rPr>
            </w:pPr>
          </w:p>
        </w:tc>
      </w:tr>
      <w:tr w:rsidR="00CF648B" w:rsidRPr="002875B8" w14:paraId="238673E1" w14:textId="77777777">
        <w:tc>
          <w:tcPr>
            <w:tcW w:w="10318" w:type="dxa"/>
            <w:gridSpan w:val="2"/>
            <w:shd w:val="clear" w:color="auto" w:fill="F2F8F5"/>
            <w:tcMar>
              <w:top w:w="100" w:type="dxa"/>
              <w:left w:w="120" w:type="dxa"/>
              <w:bottom w:w="100" w:type="dxa"/>
              <w:right w:w="120" w:type="dxa"/>
            </w:tcMar>
            <w:vAlign w:val="center"/>
          </w:tcPr>
          <w:p w14:paraId="552176E6" w14:textId="77777777" w:rsidR="002875B8" w:rsidRPr="002875B8" w:rsidRDefault="00DC0437">
            <w:pPr>
              <w:rPr>
                <w:b/>
                <w:snapToGrid w:val="0"/>
                <w:color w:val="006B54"/>
                <w:sz w:val="16"/>
              </w:rPr>
            </w:pPr>
            <w:r>
              <w:rPr>
                <w:b/>
                <w:snapToGrid w:val="0"/>
                <w:color w:val="006B54"/>
                <w:sz w:val="16"/>
              </w:rPr>
              <w:t>Róil agus Freagrachtaí:</w:t>
            </w:r>
          </w:p>
          <w:p w14:paraId="36A10756"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42114AC0" w14:textId="5AA34FCC" w:rsidR="00CF648B" w:rsidRPr="002875B8" w:rsidRDefault="00CF648B">
            <w:pPr>
              <w:rPr>
                <w:snapToGrid w:val="0"/>
              </w:rPr>
            </w:pPr>
          </w:p>
        </w:tc>
      </w:tr>
    </w:tbl>
    <w:p w14:paraId="2DBF0D7D" w14:textId="77777777" w:rsidR="00CF648B" w:rsidRPr="002875B8" w:rsidRDefault="00CF648B">
      <w:pPr>
        <w:spacing w:after="60"/>
        <w:rPr>
          <w:snapToGrid w:val="0"/>
        </w:rPr>
      </w:pPr>
    </w:p>
    <w:tbl>
      <w:tblPr>
        <w:tblStyle w:val="TableGrid"/>
        <w:tblW w:w="0" w:type="auto"/>
        <w:tblLook w:val="04A0" w:firstRow="1" w:lastRow="0" w:firstColumn="1" w:lastColumn="0" w:noHBand="0" w:noVBand="1"/>
      </w:tblPr>
      <w:tblGrid>
        <w:gridCol w:w="5154"/>
        <w:gridCol w:w="5154"/>
      </w:tblGrid>
      <w:tr w:rsidR="00CF648B" w:rsidRPr="002875B8" w14:paraId="5138CC87" w14:textId="77777777">
        <w:tc>
          <w:tcPr>
            <w:tcW w:w="5159" w:type="dxa"/>
            <w:shd w:val="clear" w:color="auto" w:fill="DDEFE8"/>
            <w:tcMar>
              <w:top w:w="100" w:type="dxa"/>
              <w:left w:w="120" w:type="dxa"/>
              <w:bottom w:w="100" w:type="dxa"/>
              <w:right w:w="120" w:type="dxa"/>
            </w:tcMar>
            <w:vAlign w:val="center"/>
          </w:tcPr>
          <w:p w14:paraId="1B3F411A" w14:textId="77777777" w:rsidR="002875B8" w:rsidRPr="002875B8" w:rsidRDefault="00DC0437">
            <w:pPr>
              <w:rPr>
                <w:b/>
                <w:snapToGrid w:val="0"/>
                <w:color w:val="006B54"/>
                <w:sz w:val="16"/>
              </w:rPr>
            </w:pPr>
            <w:r>
              <w:rPr>
                <w:b/>
                <w:snapToGrid w:val="0"/>
                <w:color w:val="006B54"/>
                <w:sz w:val="16"/>
              </w:rPr>
              <w:t>Ainm an fhostóra:</w:t>
            </w:r>
          </w:p>
          <w:p w14:paraId="26318634" w14:textId="64B150E5"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23E007D0" w14:textId="77777777" w:rsidR="002875B8" w:rsidRPr="002875B8" w:rsidRDefault="00DC0437">
            <w:pPr>
              <w:rPr>
                <w:b/>
                <w:snapToGrid w:val="0"/>
                <w:color w:val="006B54"/>
                <w:sz w:val="16"/>
              </w:rPr>
            </w:pPr>
            <w:r>
              <w:rPr>
                <w:b/>
                <w:snapToGrid w:val="0"/>
                <w:color w:val="006B54"/>
                <w:sz w:val="16"/>
              </w:rPr>
              <w:t>Cineál gnó:</w:t>
            </w:r>
          </w:p>
          <w:p w14:paraId="2CD3B037" w14:textId="64987234" w:rsidR="00CF648B" w:rsidRPr="002875B8" w:rsidRDefault="00CF648B">
            <w:pPr>
              <w:rPr>
                <w:snapToGrid w:val="0"/>
              </w:rPr>
            </w:pPr>
          </w:p>
        </w:tc>
      </w:tr>
      <w:tr w:rsidR="00CF648B" w:rsidRPr="002875B8" w14:paraId="3ED9DF97" w14:textId="77777777">
        <w:tc>
          <w:tcPr>
            <w:tcW w:w="5159" w:type="dxa"/>
            <w:shd w:val="clear" w:color="auto" w:fill="DDEFE8"/>
            <w:tcMar>
              <w:top w:w="100" w:type="dxa"/>
              <w:left w:w="120" w:type="dxa"/>
              <w:bottom w:w="100" w:type="dxa"/>
              <w:right w:w="120" w:type="dxa"/>
            </w:tcMar>
            <w:vAlign w:val="center"/>
          </w:tcPr>
          <w:p w14:paraId="17C3404F" w14:textId="77777777" w:rsidR="002875B8" w:rsidRPr="002875B8" w:rsidRDefault="00DC0437">
            <w:pPr>
              <w:rPr>
                <w:b/>
                <w:snapToGrid w:val="0"/>
                <w:color w:val="006B54"/>
                <w:sz w:val="16"/>
              </w:rPr>
            </w:pPr>
            <w:r>
              <w:rPr>
                <w:b/>
                <w:snapToGrid w:val="0"/>
                <w:color w:val="006B54"/>
                <w:sz w:val="16"/>
              </w:rPr>
              <w:t>Teideal an phoist:</w:t>
            </w:r>
          </w:p>
          <w:p w14:paraId="45BD63B6" w14:textId="3886DDE2" w:rsidR="00CF648B" w:rsidRPr="002875B8" w:rsidRDefault="00CF648B">
            <w:pPr>
              <w:rPr>
                <w:snapToGrid w:val="0"/>
              </w:rPr>
            </w:pPr>
          </w:p>
        </w:tc>
        <w:tc>
          <w:tcPr>
            <w:tcW w:w="5159" w:type="dxa"/>
            <w:shd w:val="clear" w:color="auto" w:fill="DDEFE8"/>
            <w:tcMar>
              <w:top w:w="100" w:type="dxa"/>
              <w:left w:w="120" w:type="dxa"/>
              <w:bottom w:w="100" w:type="dxa"/>
              <w:right w:w="120" w:type="dxa"/>
            </w:tcMar>
            <w:vAlign w:val="center"/>
          </w:tcPr>
          <w:p w14:paraId="1CF382FF" w14:textId="3D3C4C8E" w:rsidR="002875B8" w:rsidRPr="002875B8" w:rsidRDefault="00DC0437">
            <w:pPr>
              <w:rPr>
                <w:b/>
                <w:snapToGrid w:val="0"/>
                <w:color w:val="006B54"/>
                <w:sz w:val="16"/>
              </w:rPr>
            </w:pPr>
            <w:r>
              <w:rPr>
                <w:b/>
                <w:snapToGrid w:val="0"/>
                <w:color w:val="006B54"/>
                <w:sz w:val="16"/>
              </w:rPr>
              <w:t xml:space="preserve">Dáta tosaigh:  </w:t>
            </w:r>
            <w:r w:rsidR="003C1B4F">
              <w:rPr>
                <w:b/>
                <w:snapToGrid w:val="0"/>
                <w:color w:val="006B54"/>
                <w:sz w:val="16"/>
              </w:rPr>
              <w:t xml:space="preserve">             </w:t>
            </w:r>
            <w:r>
              <w:rPr>
                <w:b/>
                <w:snapToGrid w:val="0"/>
                <w:color w:val="006B54"/>
                <w:sz w:val="16"/>
              </w:rPr>
              <w:t>Dáta deiridh:</w:t>
            </w:r>
          </w:p>
          <w:p w14:paraId="623E06EB" w14:textId="44F5320D" w:rsidR="00CF648B" w:rsidRPr="002875B8" w:rsidRDefault="00CF648B">
            <w:pPr>
              <w:rPr>
                <w:snapToGrid w:val="0"/>
              </w:rPr>
            </w:pPr>
          </w:p>
        </w:tc>
      </w:tr>
      <w:tr w:rsidR="00CF648B" w:rsidRPr="002875B8" w14:paraId="2A678356" w14:textId="77777777">
        <w:tc>
          <w:tcPr>
            <w:tcW w:w="10318" w:type="dxa"/>
            <w:gridSpan w:val="2"/>
            <w:shd w:val="clear" w:color="auto" w:fill="F2F8F5"/>
            <w:tcMar>
              <w:top w:w="100" w:type="dxa"/>
              <w:left w:w="120" w:type="dxa"/>
              <w:bottom w:w="100" w:type="dxa"/>
              <w:right w:w="120" w:type="dxa"/>
            </w:tcMar>
            <w:vAlign w:val="center"/>
          </w:tcPr>
          <w:p w14:paraId="3DD64C73" w14:textId="77777777" w:rsidR="002875B8" w:rsidRPr="002875B8" w:rsidRDefault="00DC0437">
            <w:pPr>
              <w:rPr>
                <w:b/>
                <w:snapToGrid w:val="0"/>
                <w:color w:val="006B54"/>
                <w:sz w:val="16"/>
              </w:rPr>
            </w:pPr>
            <w:r>
              <w:rPr>
                <w:b/>
                <w:snapToGrid w:val="0"/>
                <w:color w:val="006B54"/>
                <w:sz w:val="16"/>
              </w:rPr>
              <w:t>Róil agus Freagrachtaí:</w:t>
            </w:r>
          </w:p>
          <w:p w14:paraId="6742E90E" w14:textId="77777777" w:rsidR="002875B8" w:rsidRPr="002875B8" w:rsidRDefault="00DC0437">
            <w:pPr>
              <w:rPr>
                <w:b/>
                <w:snapToGrid w:val="0"/>
                <w:color w:val="006B54"/>
                <w:sz w:val="16"/>
              </w:rPr>
            </w:pPr>
            <w:r>
              <w:rPr>
                <w:b/>
                <w:snapToGrid w:val="0"/>
                <w:color w:val="006B54"/>
                <w:sz w:val="16"/>
              </w:rPr>
              <w:br/>
            </w:r>
            <w:r>
              <w:rPr>
                <w:b/>
                <w:snapToGrid w:val="0"/>
                <w:color w:val="006B54"/>
                <w:sz w:val="16"/>
              </w:rPr>
              <w:br/>
            </w:r>
            <w:r>
              <w:rPr>
                <w:b/>
                <w:snapToGrid w:val="0"/>
                <w:color w:val="006B54"/>
                <w:sz w:val="16"/>
              </w:rPr>
              <w:br/>
              <w:t>Cúis gur fhág tú:</w:t>
            </w:r>
          </w:p>
          <w:p w14:paraId="2502E8C9" w14:textId="0CF3BF44" w:rsidR="00CF648B" w:rsidRPr="002875B8" w:rsidRDefault="00CF648B">
            <w:pPr>
              <w:rPr>
                <w:snapToGrid w:val="0"/>
              </w:rPr>
            </w:pPr>
          </w:p>
        </w:tc>
      </w:tr>
    </w:tbl>
    <w:p w14:paraId="6B62F1B3" w14:textId="77777777" w:rsidR="00CF648B" w:rsidRPr="002875B8" w:rsidRDefault="00CF648B">
      <w:pPr>
        <w:spacing w:after="60"/>
        <w:rPr>
          <w:snapToGrid w:val="0"/>
        </w:rPr>
      </w:pPr>
    </w:p>
    <w:p w14:paraId="02F2C34E" w14:textId="77777777" w:rsidR="00CF648B" w:rsidRPr="002875B8" w:rsidRDefault="00DC0437">
      <w:pPr>
        <w:rPr>
          <w:snapToGrid w:val="0"/>
        </w:rPr>
      </w:pPr>
      <w:r>
        <w:rPr>
          <w:snapToGrid w:val="0"/>
        </w:rPr>
        <w:br w:type="page"/>
      </w:r>
    </w:p>
    <w:tbl>
      <w:tblPr>
        <w:tblW w:w="0" w:type="auto"/>
        <w:jc w:val="center"/>
        <w:tblLook w:val="04A0" w:firstRow="1" w:lastRow="0" w:firstColumn="1" w:lastColumn="0" w:noHBand="0" w:noVBand="1"/>
      </w:tblPr>
      <w:tblGrid>
        <w:gridCol w:w="5159"/>
        <w:gridCol w:w="5159"/>
      </w:tblGrid>
      <w:tr w:rsidR="00CF648B" w:rsidRPr="002875B8" w14:paraId="7023CB38" w14:textId="77777777" w:rsidTr="3F9B9FB5">
        <w:trPr>
          <w:jc w:val="center"/>
        </w:trPr>
        <w:tc>
          <w:tcPr>
            <w:tcW w:w="5159" w:type="dxa"/>
            <w:tcMar>
              <w:top w:w="100" w:type="dxa"/>
              <w:left w:w="120" w:type="dxa"/>
              <w:bottom w:w="100" w:type="dxa"/>
              <w:right w:w="120" w:type="dxa"/>
            </w:tcMar>
            <w:vAlign w:val="center"/>
          </w:tcPr>
          <w:p w14:paraId="7CBE6F3E" w14:textId="3770F5B9"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680A4E5D" w14:textId="4346E8CD" w:rsidR="00CF648B" w:rsidRPr="002875B8" w:rsidRDefault="00CF648B">
            <w:pPr>
              <w:jc w:val="right"/>
              <w:rPr>
                <w:snapToGrid w:val="0"/>
              </w:rPr>
            </w:pPr>
          </w:p>
        </w:tc>
      </w:tr>
      <w:tr w:rsidR="00CF648B" w:rsidRPr="002875B8"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9452991" w:rsidR="00CF648B" w:rsidRPr="002875B8" w:rsidRDefault="00DC0437">
            <w:pPr>
              <w:spacing w:after="0"/>
              <w:rPr>
                <w:snapToGrid w:val="0"/>
              </w:rPr>
            </w:pPr>
            <w:r>
              <w:rPr>
                <w:b/>
                <w:snapToGrid w:val="0"/>
                <w:color w:val="FFFFFF"/>
                <w:sz w:val="22"/>
              </w:rPr>
              <w:t>PRÍOMHINNIÚLACHTAÍ - Ní mór don iarrthóir fianaise a sholáthar ar na nithe seo a leanas:</w:t>
            </w:r>
          </w:p>
        </w:tc>
      </w:tr>
    </w:tbl>
    <w:p w14:paraId="19219836" w14:textId="77777777" w:rsidR="00CF648B" w:rsidRPr="002875B8" w:rsidRDefault="00CF648B">
      <w:pPr>
        <w:spacing w:after="0"/>
        <w:rPr>
          <w:snapToGrid w:val="0"/>
        </w:rPr>
      </w:pPr>
    </w:p>
    <w:p w14:paraId="6ACCC50A" w14:textId="42A45ABD" w:rsidR="7041137D" w:rsidRPr="002875B8" w:rsidRDefault="7041137D" w:rsidP="3F9B9FB5">
      <w:pPr>
        <w:pStyle w:val="Heading4"/>
        <w:shd w:val="clear" w:color="auto" w:fill="E6F0EC"/>
        <w:spacing w:before="0" w:after="240"/>
        <w:rPr>
          <w:rFonts w:ascii="Work Sans" w:eastAsia="Work Sans" w:hAnsi="Work Sans" w:cs="Work Sans"/>
          <w:i w:val="0"/>
          <w:iCs w:val="0"/>
          <w:snapToGrid w:val="0"/>
          <w:color w:val="006443"/>
          <w:sz w:val="24"/>
          <w:szCs w:val="24"/>
        </w:rPr>
      </w:pPr>
      <w:r>
        <w:rPr>
          <w:rFonts w:ascii="Work Sans" w:eastAsia="Work Sans" w:hAnsi="Work Sans" w:cs="Work Sans"/>
          <w:i w:val="0"/>
          <w:snapToGrid w:val="0"/>
          <w:color w:val="006443"/>
          <w:sz w:val="24"/>
        </w:rPr>
        <w:t>Ceisteanna Sonracha maidir le Folúntais &amp; Inniúlacht (Tabhair faoi deara go bhfuil uasmhéid de 350 focal in aghaidh na ceiste – ní dhéanfar aon rud os a chionn a thaifeadadh tar éis é a chur isteach).</w:t>
      </w:r>
    </w:p>
    <w:tbl>
      <w:tblPr>
        <w:tblStyle w:val="TableGrid"/>
        <w:tblW w:w="0" w:type="auto"/>
        <w:tblLook w:val="04A0" w:firstRow="1" w:lastRow="0" w:firstColumn="1" w:lastColumn="0" w:noHBand="0" w:noVBand="1"/>
      </w:tblPr>
      <w:tblGrid>
        <w:gridCol w:w="10308"/>
      </w:tblGrid>
      <w:tr w:rsidR="3F9B9FB5" w:rsidRPr="002875B8" w14:paraId="57B14DA5" w14:textId="77777777" w:rsidTr="3443A52E">
        <w:trPr>
          <w:trHeight w:val="300"/>
        </w:trPr>
        <w:tc>
          <w:tcPr>
            <w:tcW w:w="10308" w:type="dxa"/>
            <w:shd w:val="clear" w:color="auto" w:fill="DDEFE8"/>
            <w:tcMar>
              <w:top w:w="100" w:type="dxa"/>
              <w:left w:w="120" w:type="dxa"/>
              <w:bottom w:w="100" w:type="dxa"/>
              <w:right w:w="120" w:type="dxa"/>
            </w:tcMar>
            <w:vAlign w:val="center"/>
          </w:tcPr>
          <w:p w14:paraId="14DF5199" w14:textId="334286FB" w:rsidR="7041137D" w:rsidRPr="002875B8" w:rsidRDefault="7041137D" w:rsidP="3F9B9FB5">
            <w:pPr>
              <w:rPr>
                <w:b/>
                <w:bCs/>
                <w:snapToGrid w:val="0"/>
                <w:color w:val="006B54"/>
                <w:sz w:val="22"/>
              </w:rPr>
            </w:pPr>
            <w:r>
              <w:rPr>
                <w:rFonts w:asciiTheme="minorHAnsi" w:hAnsiTheme="minorHAnsi"/>
                <w:b/>
                <w:snapToGrid w:val="0"/>
                <w:color w:val="006B54"/>
                <w:sz w:val="22"/>
              </w:rPr>
              <w:t>Tabhair do chúiseanna leis an iarratas seo a dhéanamh, agus cuir do thaithí, d’éachtaí agus do chumais in iúl don phost a bhfuil tú ag déanamh iarratais air. Luaigh pointí a bhfuil spéis ar leith agat, amhail taithí phraiticiúil i sainréimsí agus éachtaí suntasacha.</w:t>
            </w:r>
          </w:p>
        </w:tc>
      </w:tr>
      <w:tr w:rsidR="3F9B9FB5" w:rsidRPr="002875B8" w14:paraId="0B9C91AB" w14:textId="77777777" w:rsidTr="3443A52E">
        <w:trPr>
          <w:trHeight w:val="300"/>
        </w:trPr>
        <w:tc>
          <w:tcPr>
            <w:tcW w:w="10308" w:type="dxa"/>
            <w:tcMar>
              <w:top w:w="100" w:type="dxa"/>
              <w:left w:w="120" w:type="dxa"/>
              <w:bottom w:w="100" w:type="dxa"/>
              <w:right w:w="120" w:type="dxa"/>
            </w:tcMar>
            <w:vAlign w:val="center"/>
          </w:tcPr>
          <w:p w14:paraId="354493E8" w14:textId="77777777" w:rsidR="3F9B9FB5" w:rsidRPr="002875B8" w:rsidRDefault="3F9B9FB5"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r w:rsidR="3443A52E" w:rsidRPr="002875B8" w14:paraId="23F4E72F" w14:textId="77777777" w:rsidTr="3443A52E">
        <w:tblPrEx>
          <w:tblLook w:val="06A0" w:firstRow="1" w:lastRow="0" w:firstColumn="1" w:lastColumn="0" w:noHBand="1" w:noVBand="1"/>
        </w:tblPrEx>
        <w:trPr>
          <w:trHeight w:val="300"/>
        </w:trPr>
        <w:tc>
          <w:tcPr>
            <w:tcW w:w="10305" w:type="dxa"/>
          </w:tcPr>
          <w:p w14:paraId="2D49EB8E" w14:textId="53BCC4A2" w:rsidR="3443A52E" w:rsidRPr="002875B8" w:rsidRDefault="3443A52E" w:rsidP="3443A52E">
            <w:pPr>
              <w:spacing w:line="276" w:lineRule="auto"/>
              <w:rPr>
                <w:snapToGrid w:val="0"/>
                <w:sz w:val="22"/>
              </w:rPr>
            </w:pPr>
          </w:p>
          <w:p w14:paraId="06F26E59" w14:textId="53A8FDC2" w:rsidR="09AF46E9" w:rsidRPr="002875B8" w:rsidRDefault="09AF46E9" w:rsidP="3443A52E">
            <w:pPr>
              <w:rPr>
                <w:snapToGrid w:val="0"/>
              </w:rPr>
            </w:pPr>
            <w:r>
              <w:rPr>
                <w:rFonts w:eastAsia="Arial" w:cs="Arial"/>
                <w:snapToGrid w:val="0"/>
                <w:sz w:val="22"/>
              </w:rPr>
              <w:t>An bhfuil tú inniúil ar úsáid a bhaint as feidhmchláir Microsoft Office (e.g. Outlook, Word, Excel, PowerPoint, agus Teams) atá riachtanach chun dualgais an róil seo a chomhlíonadh?</w:t>
            </w:r>
          </w:p>
          <w:p w14:paraId="79728924" w14:textId="706A33C2" w:rsidR="3443A52E" w:rsidRPr="002875B8" w:rsidRDefault="3443A52E" w:rsidP="3443A52E">
            <w:pPr>
              <w:rPr>
                <w:rFonts w:eastAsia="Arial" w:cs="Arial"/>
                <w:snapToGrid w:val="0"/>
                <w:sz w:val="22"/>
              </w:rPr>
            </w:pPr>
          </w:p>
          <w:p w14:paraId="0E875CE4" w14:textId="3EDE2A15" w:rsidR="0827A3FD" w:rsidRPr="002875B8" w:rsidRDefault="00000000" w:rsidP="3443A52E">
            <w:pPr>
              <w:rPr>
                <w:snapToGrid w:val="0"/>
                <w:color w:val="000000" w:themeColor="text1"/>
              </w:rPr>
            </w:pPr>
            <w:sdt>
              <w:sdtPr>
                <w:rPr>
                  <w:snapToGrid w:val="0"/>
                  <w:color w:val="000000" w:themeColor="text1"/>
                </w:rPr>
                <w:id w:val="1356394933"/>
                <w14:checkbox>
                  <w14:checked w14:val="0"/>
                  <w14:checkedState w14:val="2612" w14:font="MS Gothic"/>
                  <w14:uncheckedState w14:val="2610" w14:font="MS Gothic"/>
                </w14:checkbox>
              </w:sdtPr>
              <w:sdtContent>
                <w:r w:rsidR="00CE413A">
                  <w:rPr>
                    <w:rFonts w:ascii="MS Gothic" w:eastAsia="MS Gothic" w:hAnsi="MS Gothic" w:cs="MS Gothic"/>
                    <w:snapToGrid w:val="0"/>
                    <w:color w:val="000000" w:themeColor="text1"/>
                  </w:rPr>
                  <w:t>☐</w:t>
                </w:r>
              </w:sdtContent>
            </w:sdt>
            <w:r w:rsidR="00CE413A">
              <w:rPr>
                <w:snapToGrid w:val="0"/>
                <w:color w:val="000000" w:themeColor="text1"/>
              </w:rPr>
              <w:t xml:space="preserve"> Tá</w:t>
            </w:r>
            <w:sdt>
              <w:sdtPr>
                <w:rPr>
                  <w:snapToGrid w:val="0"/>
                  <w:color w:val="000000" w:themeColor="text1"/>
                </w:rPr>
                <w:id w:val="209717674"/>
                <w14:checkbox>
                  <w14:checked w14:val="0"/>
                  <w14:checkedState w14:val="2612" w14:font="MS Gothic"/>
                  <w14:uncheckedState w14:val="2610" w14:font="MS Gothic"/>
                </w14:checkbox>
              </w:sdtPr>
              <w:sdtContent>
                <w:r w:rsidR="00CE413A">
                  <w:rPr>
                    <w:rFonts w:ascii="MS Gothic" w:eastAsia="MS Gothic" w:hAnsi="MS Gothic"/>
                    <w:snapToGrid w:val="0"/>
                    <w:color w:val="000000" w:themeColor="text1"/>
                  </w:rPr>
                  <w:t>☐</w:t>
                </w:r>
              </w:sdtContent>
            </w:sdt>
            <w:r w:rsidR="00CE413A">
              <w:rPr>
                <w:snapToGrid w:val="0"/>
                <w:color w:val="000000" w:themeColor="text1"/>
              </w:rPr>
              <w:t xml:space="preserve"> Níl</w:t>
            </w:r>
          </w:p>
          <w:p w14:paraId="14CA9383" w14:textId="6F014BDA" w:rsidR="3443A52E" w:rsidRPr="002875B8" w:rsidRDefault="3443A52E" w:rsidP="3443A52E">
            <w:pPr>
              <w:rPr>
                <w:snapToGrid w:val="0"/>
                <w:sz w:val="22"/>
              </w:rPr>
            </w:pPr>
          </w:p>
        </w:tc>
      </w:tr>
    </w:tbl>
    <w:p w14:paraId="609C731C" w14:textId="56029E3B" w:rsidR="3443A52E" w:rsidRPr="002875B8" w:rsidRDefault="3443A52E" w:rsidP="3443A52E">
      <w:pPr>
        <w:spacing w:after="0"/>
        <w:rPr>
          <w:snapToGrid w:val="0"/>
          <w:sz w:val="22"/>
        </w:rPr>
      </w:pPr>
    </w:p>
    <w:tbl>
      <w:tblPr>
        <w:tblStyle w:val="TableGrid"/>
        <w:tblW w:w="0" w:type="auto"/>
        <w:tblLook w:val="04A0" w:firstRow="1" w:lastRow="0" w:firstColumn="1" w:lastColumn="0" w:noHBand="0" w:noVBand="1"/>
      </w:tblPr>
      <w:tblGrid>
        <w:gridCol w:w="10308"/>
      </w:tblGrid>
      <w:tr w:rsidR="00CF648B" w:rsidRPr="002875B8" w14:paraId="1FB14324" w14:textId="77777777" w:rsidTr="3F9B9FB5">
        <w:tc>
          <w:tcPr>
            <w:tcW w:w="10318" w:type="dxa"/>
            <w:shd w:val="clear" w:color="auto" w:fill="DDEFE8"/>
            <w:tcMar>
              <w:top w:w="100" w:type="dxa"/>
              <w:left w:w="120" w:type="dxa"/>
              <w:bottom w:w="100" w:type="dxa"/>
              <w:right w:w="120" w:type="dxa"/>
            </w:tcMar>
            <w:vAlign w:val="center"/>
          </w:tcPr>
          <w:p w14:paraId="039E69BA" w14:textId="395F7BAD" w:rsidR="002875B8" w:rsidRPr="003D26C9" w:rsidRDefault="00DC0437" w:rsidP="3F9B9FB5">
            <w:pPr>
              <w:rPr>
                <w:b/>
                <w:snapToGrid w:val="0"/>
                <w:color w:val="006B54"/>
                <w:sz w:val="22"/>
                <w:lang w:val="en-GB"/>
              </w:rPr>
            </w:pPr>
            <w:r>
              <w:rPr>
                <w:b/>
                <w:snapToGrid w:val="0"/>
                <w:color w:val="006B54"/>
                <w:sz w:val="22"/>
              </w:rPr>
              <w:t>[</w:t>
            </w:r>
            <w:proofErr w:type="spellStart"/>
            <w:r w:rsidR="003D26C9" w:rsidRPr="003D26C9">
              <w:rPr>
                <w:b/>
                <w:snapToGrid w:val="0"/>
                <w:color w:val="006B54"/>
                <w:sz w:val="22"/>
                <w:lang w:val="en-GB"/>
              </w:rPr>
              <w:t>Caidrimh</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Bhainistiú</w:t>
            </w:r>
            <w:proofErr w:type="spellEnd"/>
            <w:r w:rsidR="003D26C9" w:rsidRPr="003D26C9">
              <w:rPr>
                <w:b/>
                <w:snapToGrid w:val="0"/>
                <w:color w:val="006B54"/>
                <w:sz w:val="22"/>
                <w:lang w:val="en-GB"/>
              </w:rPr>
              <w:t xml:space="preserve">: Inis </w:t>
            </w:r>
            <w:proofErr w:type="spellStart"/>
            <w:r w:rsidR="003D26C9" w:rsidRPr="003D26C9">
              <w:rPr>
                <w:b/>
                <w:snapToGrid w:val="0"/>
                <w:color w:val="006B54"/>
                <w:sz w:val="22"/>
                <w:lang w:val="en-GB"/>
              </w:rPr>
              <w:t>dúinn</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faoi</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thráth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ar</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oibrigh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tú</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i</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gcomhar</w:t>
            </w:r>
            <w:proofErr w:type="spellEnd"/>
            <w:r w:rsidR="003D26C9" w:rsidRPr="003D26C9">
              <w:rPr>
                <w:b/>
                <w:snapToGrid w:val="0"/>
                <w:color w:val="006B54"/>
                <w:sz w:val="22"/>
                <w:lang w:val="en-GB"/>
              </w:rPr>
              <w:t xml:space="preserve"> le </w:t>
            </w:r>
            <w:proofErr w:type="spellStart"/>
            <w:r w:rsidR="003D26C9" w:rsidRPr="003D26C9">
              <w:rPr>
                <w:b/>
                <w:snapToGrid w:val="0"/>
                <w:color w:val="006B54"/>
                <w:sz w:val="22"/>
                <w:lang w:val="en-GB"/>
              </w:rPr>
              <w:t>páirtithe</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leasmhara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éagsúla</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raibh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tosaíochtaí</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nó</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cuspóirí</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difriúla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acu</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amhail</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comhlachtaí</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poiblí</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eagraíochtaí</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pobail</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agus</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gnólachtaí</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Conas</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chruthaigh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tú</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tacaíocht</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conas</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bhainistigh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tú</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na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leasanna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éagsúla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agus</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conas</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d’oibrigh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tú</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i</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dtreo</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toradh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comhaontaithe</w:t>
            </w:r>
            <w:proofErr w:type="spellEnd"/>
            <w:r w:rsidR="003D26C9" w:rsidRPr="003D26C9">
              <w:rPr>
                <w:b/>
                <w:snapToGrid w:val="0"/>
                <w:color w:val="006B54"/>
                <w:sz w:val="22"/>
                <w:lang w:val="en-GB"/>
              </w:rPr>
              <w:t>?</w:t>
            </w:r>
            <w:r>
              <w:rPr>
                <w:b/>
                <w:snapToGrid w:val="0"/>
                <w:color w:val="006B54"/>
                <w:sz w:val="22"/>
              </w:rPr>
              <w:t>]</w:t>
            </w:r>
            <w:r w:rsidR="003D26C9">
              <w:rPr>
                <w:b/>
                <w:snapToGrid w:val="0"/>
                <w:color w:val="006B54"/>
                <w:sz w:val="22"/>
              </w:rPr>
              <w:br/>
            </w:r>
          </w:p>
          <w:p w14:paraId="46B311D1" w14:textId="6F4AB02D"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296FEF7D" w14:textId="77777777" w:rsidTr="3F9B9FB5">
        <w:tc>
          <w:tcPr>
            <w:tcW w:w="10318" w:type="dxa"/>
            <w:tcMar>
              <w:top w:w="100" w:type="dxa"/>
              <w:left w:w="120" w:type="dxa"/>
              <w:bottom w:w="100" w:type="dxa"/>
              <w:right w:w="120" w:type="dxa"/>
            </w:tcMar>
            <w:vAlign w:val="center"/>
          </w:tcPr>
          <w:p w14:paraId="7194DBDC"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bl>
    <w:p w14:paraId="769D0D3C" w14:textId="77777777" w:rsidR="00CF648B" w:rsidRDefault="00CF648B" w:rsidP="3F9B9FB5">
      <w:pPr>
        <w:rPr>
          <w:snapToGrid w:val="0"/>
          <w:sz w:val="22"/>
        </w:rPr>
      </w:pPr>
    </w:p>
    <w:p w14:paraId="74638C92" w14:textId="77777777" w:rsidR="00D5467F" w:rsidRDefault="00D5467F" w:rsidP="3F9B9FB5">
      <w:pPr>
        <w:rPr>
          <w:snapToGrid w:val="0"/>
          <w:sz w:val="22"/>
        </w:rPr>
      </w:pPr>
    </w:p>
    <w:p w14:paraId="78E642AE" w14:textId="77777777" w:rsidR="00D5467F" w:rsidRDefault="00D5467F" w:rsidP="3F9B9FB5">
      <w:pPr>
        <w:rPr>
          <w:snapToGrid w:val="0"/>
          <w:sz w:val="22"/>
        </w:rPr>
      </w:pPr>
    </w:p>
    <w:p w14:paraId="6EC40BE8" w14:textId="77777777" w:rsidR="00D5467F" w:rsidRDefault="00D5467F" w:rsidP="3F9B9FB5">
      <w:pPr>
        <w:rPr>
          <w:snapToGrid w:val="0"/>
          <w:sz w:val="22"/>
        </w:rPr>
      </w:pPr>
    </w:p>
    <w:p w14:paraId="76D794D4" w14:textId="77777777" w:rsidR="00D5467F" w:rsidRPr="002875B8" w:rsidRDefault="00D5467F" w:rsidP="3F9B9FB5">
      <w:pPr>
        <w:rPr>
          <w:snapToGrid w:val="0"/>
          <w:sz w:val="22"/>
        </w:rPr>
      </w:pPr>
    </w:p>
    <w:tbl>
      <w:tblPr>
        <w:tblStyle w:val="TableGrid"/>
        <w:tblW w:w="0" w:type="auto"/>
        <w:tblLook w:val="04A0" w:firstRow="1" w:lastRow="0" w:firstColumn="1" w:lastColumn="0" w:noHBand="0" w:noVBand="1"/>
      </w:tblPr>
      <w:tblGrid>
        <w:gridCol w:w="10308"/>
      </w:tblGrid>
      <w:tr w:rsidR="00CF648B" w:rsidRPr="002875B8" w14:paraId="62FA3B99" w14:textId="77777777" w:rsidTr="3F9B9FB5">
        <w:tc>
          <w:tcPr>
            <w:tcW w:w="10318" w:type="dxa"/>
            <w:shd w:val="clear" w:color="auto" w:fill="DDEFE8"/>
            <w:tcMar>
              <w:top w:w="100" w:type="dxa"/>
              <w:left w:w="120" w:type="dxa"/>
              <w:bottom w:w="100" w:type="dxa"/>
              <w:right w:w="120" w:type="dxa"/>
            </w:tcMar>
            <w:vAlign w:val="center"/>
          </w:tcPr>
          <w:p w14:paraId="33727BDA" w14:textId="63595609" w:rsidR="002875B8" w:rsidRPr="003D26C9" w:rsidRDefault="00DC0437" w:rsidP="3F9B9FB5">
            <w:pPr>
              <w:rPr>
                <w:b/>
                <w:snapToGrid w:val="0"/>
                <w:color w:val="006B54"/>
                <w:sz w:val="22"/>
                <w:lang w:val="en-GB"/>
              </w:rPr>
            </w:pPr>
            <w:r>
              <w:rPr>
                <w:b/>
                <w:snapToGrid w:val="0"/>
                <w:color w:val="006B54"/>
                <w:sz w:val="22"/>
              </w:rPr>
              <w:lastRenderedPageBreak/>
              <w:t>[</w:t>
            </w:r>
            <w:proofErr w:type="spellStart"/>
            <w:r w:rsidR="003D26C9" w:rsidRPr="003D26C9">
              <w:rPr>
                <w:b/>
                <w:snapToGrid w:val="0"/>
                <w:color w:val="006B54"/>
                <w:sz w:val="22"/>
                <w:lang w:val="en-GB"/>
              </w:rPr>
              <w:t>Cumarsáid</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Éifeachtach</w:t>
            </w:r>
            <w:proofErr w:type="spellEnd"/>
            <w:r w:rsidR="003D26C9" w:rsidRPr="003D26C9">
              <w:rPr>
                <w:b/>
                <w:snapToGrid w:val="0"/>
                <w:color w:val="006B54"/>
                <w:sz w:val="22"/>
                <w:lang w:val="en-GB"/>
              </w:rPr>
              <w:t xml:space="preserve">: Inis </w:t>
            </w:r>
            <w:proofErr w:type="spellStart"/>
            <w:r w:rsidR="003D26C9" w:rsidRPr="003D26C9">
              <w:rPr>
                <w:b/>
                <w:snapToGrid w:val="0"/>
                <w:color w:val="006B54"/>
                <w:sz w:val="22"/>
                <w:lang w:val="en-GB"/>
              </w:rPr>
              <w:t>dúinn</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faoi</w:t>
            </w:r>
            <w:proofErr w:type="spellEnd"/>
            <w:r w:rsidR="003D26C9" w:rsidRPr="003D26C9">
              <w:rPr>
                <w:b/>
                <w:snapToGrid w:val="0"/>
                <w:color w:val="006B54"/>
                <w:sz w:val="22"/>
                <w:lang w:val="en-GB"/>
              </w:rPr>
              <w:t xml:space="preserve"> am </w:t>
            </w:r>
            <w:proofErr w:type="spellStart"/>
            <w:r w:rsidR="003D26C9" w:rsidRPr="003D26C9">
              <w:rPr>
                <w:b/>
                <w:snapToGrid w:val="0"/>
                <w:color w:val="006B54"/>
                <w:sz w:val="22"/>
                <w:lang w:val="en-GB"/>
              </w:rPr>
              <w:t>nuair</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rinne</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tú</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ionadaíocht</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ar</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d’eagraíocht</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agus</w:t>
            </w:r>
            <w:proofErr w:type="spellEnd"/>
            <w:r w:rsidR="003D26C9" w:rsidRPr="003D26C9">
              <w:rPr>
                <w:b/>
                <w:snapToGrid w:val="0"/>
                <w:color w:val="006B54"/>
                <w:sz w:val="22"/>
                <w:lang w:val="en-GB"/>
              </w:rPr>
              <w:t xml:space="preserve"> go </w:t>
            </w:r>
            <w:proofErr w:type="spellStart"/>
            <w:r w:rsidR="003D26C9" w:rsidRPr="003D26C9">
              <w:rPr>
                <w:b/>
                <w:snapToGrid w:val="0"/>
                <w:color w:val="006B54"/>
                <w:sz w:val="22"/>
                <w:lang w:val="en-GB"/>
              </w:rPr>
              <w:t>raibh</w:t>
            </w:r>
            <w:proofErr w:type="spellEnd"/>
            <w:r w:rsidR="003D26C9" w:rsidRPr="003D26C9">
              <w:rPr>
                <w:b/>
                <w:snapToGrid w:val="0"/>
                <w:color w:val="006B54"/>
                <w:sz w:val="22"/>
                <w:lang w:val="en-GB"/>
              </w:rPr>
              <w:t xml:space="preserve"> ort </w:t>
            </w:r>
            <w:proofErr w:type="spellStart"/>
            <w:r w:rsidR="003D26C9" w:rsidRPr="003D26C9">
              <w:rPr>
                <w:b/>
                <w:snapToGrid w:val="0"/>
                <w:color w:val="006B54"/>
                <w:sz w:val="22"/>
                <w:lang w:val="en-GB"/>
              </w:rPr>
              <w:t>faisnéis</w:t>
            </w:r>
            <w:proofErr w:type="spellEnd"/>
            <w:r w:rsidR="003D26C9" w:rsidRPr="003D26C9">
              <w:rPr>
                <w:b/>
                <w:snapToGrid w:val="0"/>
                <w:color w:val="006B54"/>
                <w:sz w:val="22"/>
                <w:lang w:val="en-GB"/>
              </w:rPr>
              <w:t xml:space="preserve"> a chur in </w:t>
            </w:r>
            <w:proofErr w:type="spellStart"/>
            <w:r w:rsidR="003D26C9" w:rsidRPr="003D26C9">
              <w:rPr>
                <w:b/>
                <w:snapToGrid w:val="0"/>
                <w:color w:val="006B54"/>
                <w:sz w:val="22"/>
                <w:lang w:val="en-GB"/>
              </w:rPr>
              <w:t>iúl</w:t>
            </w:r>
            <w:proofErr w:type="spellEnd"/>
            <w:r w:rsidR="003D26C9" w:rsidRPr="003D26C9">
              <w:rPr>
                <w:b/>
                <w:snapToGrid w:val="0"/>
                <w:color w:val="006B54"/>
                <w:sz w:val="22"/>
                <w:lang w:val="en-GB"/>
              </w:rPr>
              <w:t xml:space="preserve"> do </w:t>
            </w:r>
            <w:proofErr w:type="spellStart"/>
            <w:r w:rsidR="003D26C9" w:rsidRPr="003D26C9">
              <w:rPr>
                <w:b/>
                <w:snapToGrid w:val="0"/>
                <w:color w:val="006B54"/>
                <w:sz w:val="22"/>
                <w:lang w:val="en-GB"/>
              </w:rPr>
              <w:t>raon</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páirtithe</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leasmhara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nó</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lucht</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éisteachta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seachtrach</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Conas</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chuir</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tú</w:t>
            </w:r>
            <w:proofErr w:type="spellEnd"/>
            <w:r w:rsidR="003D26C9" w:rsidRPr="003D26C9">
              <w:rPr>
                <w:b/>
                <w:snapToGrid w:val="0"/>
                <w:color w:val="006B54"/>
                <w:sz w:val="22"/>
                <w:lang w:val="en-GB"/>
              </w:rPr>
              <w:t xml:space="preserve"> do </w:t>
            </w:r>
            <w:proofErr w:type="spellStart"/>
            <w:r w:rsidR="003D26C9" w:rsidRPr="003D26C9">
              <w:rPr>
                <w:b/>
                <w:snapToGrid w:val="0"/>
                <w:color w:val="006B54"/>
                <w:sz w:val="22"/>
                <w:lang w:val="en-GB"/>
              </w:rPr>
              <w:t>chumarsáid</w:t>
            </w:r>
            <w:proofErr w:type="spellEnd"/>
            <w:r w:rsidR="003D26C9" w:rsidRPr="003D26C9">
              <w:rPr>
                <w:b/>
                <w:snapToGrid w:val="0"/>
                <w:color w:val="006B54"/>
                <w:sz w:val="22"/>
                <w:lang w:val="en-GB"/>
              </w:rPr>
              <w:t xml:space="preserve"> in </w:t>
            </w:r>
            <w:proofErr w:type="spellStart"/>
            <w:r w:rsidR="003D26C9" w:rsidRPr="003D26C9">
              <w:rPr>
                <w:b/>
                <w:snapToGrid w:val="0"/>
                <w:color w:val="006B54"/>
                <w:sz w:val="22"/>
                <w:lang w:val="en-GB"/>
              </w:rPr>
              <w:t>oiriúint</w:t>
            </w:r>
            <w:proofErr w:type="spellEnd"/>
            <w:r w:rsidR="003D26C9" w:rsidRPr="003D26C9">
              <w:rPr>
                <w:b/>
                <w:snapToGrid w:val="0"/>
                <w:color w:val="006B54"/>
                <w:sz w:val="22"/>
                <w:lang w:val="en-GB"/>
              </w:rPr>
              <w:t xml:space="preserve"> don </w:t>
            </w:r>
            <w:proofErr w:type="spellStart"/>
            <w:r w:rsidR="003D26C9" w:rsidRPr="003D26C9">
              <w:rPr>
                <w:b/>
                <w:snapToGrid w:val="0"/>
                <w:color w:val="006B54"/>
                <w:sz w:val="22"/>
                <w:lang w:val="en-GB"/>
              </w:rPr>
              <w:t>lucht</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éisteachta</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agus</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cén</w:t>
            </w:r>
            <w:proofErr w:type="spellEnd"/>
            <w:r w:rsidR="003D26C9" w:rsidRPr="003D26C9">
              <w:rPr>
                <w:b/>
                <w:snapToGrid w:val="0"/>
                <w:color w:val="006B54"/>
                <w:sz w:val="22"/>
                <w:lang w:val="en-GB"/>
              </w:rPr>
              <w:t xml:space="preserve"> </w:t>
            </w:r>
            <w:proofErr w:type="spellStart"/>
            <w:r w:rsidR="003D26C9" w:rsidRPr="003D26C9">
              <w:rPr>
                <w:b/>
                <w:snapToGrid w:val="0"/>
                <w:color w:val="006B54"/>
                <w:sz w:val="22"/>
                <w:lang w:val="en-GB"/>
              </w:rPr>
              <w:t>toradh</w:t>
            </w:r>
            <w:proofErr w:type="spellEnd"/>
            <w:r w:rsidR="003D26C9" w:rsidRPr="003D26C9">
              <w:rPr>
                <w:b/>
                <w:snapToGrid w:val="0"/>
                <w:color w:val="006B54"/>
                <w:sz w:val="22"/>
                <w:lang w:val="en-GB"/>
              </w:rPr>
              <w:t xml:space="preserve"> a </w:t>
            </w:r>
            <w:proofErr w:type="spellStart"/>
            <w:r w:rsidR="003D26C9" w:rsidRPr="003D26C9">
              <w:rPr>
                <w:b/>
                <w:snapToGrid w:val="0"/>
                <w:color w:val="006B54"/>
                <w:sz w:val="22"/>
                <w:lang w:val="en-GB"/>
              </w:rPr>
              <w:t>bhí</w:t>
            </w:r>
            <w:proofErr w:type="spellEnd"/>
            <w:r w:rsidR="003D26C9" w:rsidRPr="003D26C9">
              <w:rPr>
                <w:b/>
                <w:snapToGrid w:val="0"/>
                <w:color w:val="006B54"/>
                <w:sz w:val="22"/>
                <w:lang w:val="en-GB"/>
              </w:rPr>
              <w:t xml:space="preserve"> air?</w:t>
            </w:r>
            <w:r>
              <w:rPr>
                <w:b/>
                <w:snapToGrid w:val="0"/>
                <w:color w:val="006B54"/>
                <w:sz w:val="22"/>
              </w:rPr>
              <w:t>]</w:t>
            </w:r>
            <w:r w:rsidR="003D26C9">
              <w:rPr>
                <w:b/>
                <w:snapToGrid w:val="0"/>
                <w:color w:val="006B54"/>
                <w:sz w:val="22"/>
              </w:rPr>
              <w:br/>
            </w:r>
          </w:p>
          <w:p w14:paraId="3E848124" w14:textId="4A062E6A"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54CD245A" w14:textId="77777777" w:rsidTr="3F9B9FB5">
        <w:tc>
          <w:tcPr>
            <w:tcW w:w="10318" w:type="dxa"/>
            <w:tcMar>
              <w:top w:w="100" w:type="dxa"/>
              <w:left w:w="120" w:type="dxa"/>
              <w:bottom w:w="100" w:type="dxa"/>
              <w:right w:w="120" w:type="dxa"/>
            </w:tcMar>
            <w:vAlign w:val="center"/>
          </w:tcPr>
          <w:p w14:paraId="1231BE67"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bl>
    <w:p w14:paraId="36FEB5B0" w14:textId="77777777" w:rsidR="00CF648B" w:rsidRPr="002875B8" w:rsidRDefault="00CF648B" w:rsidP="3F9B9FB5">
      <w:pPr>
        <w:rPr>
          <w:snapToGrid w:val="0"/>
          <w:sz w:val="22"/>
        </w:rPr>
      </w:pPr>
    </w:p>
    <w:p w14:paraId="30D7AA69" w14:textId="77777777" w:rsidR="00CF648B" w:rsidRPr="002875B8" w:rsidRDefault="00DC0437" w:rsidP="3F9B9FB5">
      <w:pPr>
        <w:rPr>
          <w:snapToGrid w:val="0"/>
          <w:sz w:val="22"/>
        </w:rPr>
      </w:pPr>
      <w:r>
        <w:rPr>
          <w:snapToGrid w:val="0"/>
          <w:sz w:val="22"/>
        </w:rPr>
        <w:br w:type="page"/>
      </w:r>
    </w:p>
    <w:tbl>
      <w:tblPr>
        <w:tblW w:w="0" w:type="auto"/>
        <w:jc w:val="center"/>
        <w:tblLook w:val="04A0" w:firstRow="1" w:lastRow="0" w:firstColumn="1" w:lastColumn="0" w:noHBand="0" w:noVBand="1"/>
      </w:tblPr>
      <w:tblGrid>
        <w:gridCol w:w="5159"/>
        <w:gridCol w:w="5159"/>
      </w:tblGrid>
      <w:tr w:rsidR="00CF648B" w:rsidRPr="002875B8" w14:paraId="3AB80BFB" w14:textId="77777777" w:rsidTr="3F9B9FB5">
        <w:trPr>
          <w:jc w:val="center"/>
        </w:trPr>
        <w:tc>
          <w:tcPr>
            <w:tcW w:w="5159" w:type="dxa"/>
            <w:tcMar>
              <w:top w:w="100" w:type="dxa"/>
              <w:left w:w="120" w:type="dxa"/>
              <w:bottom w:w="100" w:type="dxa"/>
              <w:right w:w="120" w:type="dxa"/>
            </w:tcMar>
            <w:vAlign w:val="center"/>
          </w:tcPr>
          <w:p w14:paraId="1F79CFFA" w14:textId="7CA7A3D0"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7196D064" w14:textId="2E52AEC2" w:rsidR="00CF648B" w:rsidRPr="002875B8" w:rsidRDefault="00CF648B" w:rsidP="3F9B9FB5">
            <w:pPr>
              <w:jc w:val="right"/>
              <w:rPr>
                <w:snapToGrid w:val="0"/>
                <w:sz w:val="22"/>
              </w:rPr>
            </w:pPr>
          </w:p>
        </w:tc>
      </w:tr>
      <w:tr w:rsidR="00CF648B" w:rsidRPr="002875B8" w14:paraId="7AF978F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E485654" w14:textId="7B44095D" w:rsidR="00CF648B" w:rsidRPr="002875B8" w:rsidRDefault="00DC0437" w:rsidP="3F9B9FB5">
            <w:pPr>
              <w:spacing w:after="0"/>
              <w:rPr>
                <w:b/>
                <w:bCs/>
                <w:snapToGrid w:val="0"/>
                <w:color w:val="FFFFFF" w:themeColor="background1"/>
                <w:sz w:val="22"/>
              </w:rPr>
            </w:pPr>
            <w:r>
              <w:rPr>
                <w:b/>
                <w:snapToGrid w:val="0"/>
                <w:color w:val="FFFFFF"/>
                <w:sz w:val="22"/>
              </w:rPr>
              <w:t>PRÍOMHINNIÚLACHTAÍ - Ní mór don iarrthóir fianaise a sholáthar ar na nithe seo a leanas:</w:t>
            </w:r>
          </w:p>
        </w:tc>
      </w:tr>
    </w:tbl>
    <w:p w14:paraId="34FF1C98" w14:textId="77777777" w:rsidR="00CF648B" w:rsidRPr="002875B8" w:rsidRDefault="00CF648B" w:rsidP="3F9B9FB5">
      <w:pPr>
        <w:spacing w:after="0"/>
        <w:rPr>
          <w:snapToGrid w:val="0"/>
          <w:sz w:val="22"/>
        </w:rPr>
      </w:pPr>
    </w:p>
    <w:tbl>
      <w:tblPr>
        <w:tblStyle w:val="TableGrid"/>
        <w:tblW w:w="0" w:type="auto"/>
        <w:tblLook w:val="04A0" w:firstRow="1" w:lastRow="0" w:firstColumn="1" w:lastColumn="0" w:noHBand="0" w:noVBand="1"/>
      </w:tblPr>
      <w:tblGrid>
        <w:gridCol w:w="10308"/>
      </w:tblGrid>
      <w:tr w:rsidR="00CF648B" w:rsidRPr="002875B8" w14:paraId="69A117A3" w14:textId="77777777" w:rsidTr="3F9B9FB5">
        <w:tc>
          <w:tcPr>
            <w:tcW w:w="10318" w:type="dxa"/>
            <w:shd w:val="clear" w:color="auto" w:fill="DDEFE8"/>
            <w:tcMar>
              <w:top w:w="100" w:type="dxa"/>
              <w:left w:w="120" w:type="dxa"/>
              <w:bottom w:w="100" w:type="dxa"/>
              <w:right w:w="120" w:type="dxa"/>
            </w:tcMar>
            <w:vAlign w:val="center"/>
          </w:tcPr>
          <w:p w14:paraId="3A340724" w14:textId="5054D4FA" w:rsidR="002875B8" w:rsidRDefault="00DC0437" w:rsidP="3F9B9FB5">
            <w:pPr>
              <w:rPr>
                <w:b/>
                <w:snapToGrid w:val="0"/>
                <w:color w:val="006B54"/>
                <w:sz w:val="22"/>
              </w:rPr>
            </w:pPr>
            <w:r>
              <w:rPr>
                <w:b/>
                <w:snapToGrid w:val="0"/>
                <w:color w:val="006B54"/>
                <w:sz w:val="22"/>
              </w:rPr>
              <w:t>[</w:t>
            </w:r>
            <w:r w:rsidR="007343A4" w:rsidRPr="007343A4">
              <w:rPr>
                <w:b/>
                <w:snapToGrid w:val="0"/>
                <w:color w:val="006B54"/>
                <w:sz w:val="22"/>
                <w:lang w:val="en-GB"/>
              </w:rPr>
              <w:t xml:space="preserve">Ag </w:t>
            </w:r>
            <w:proofErr w:type="spellStart"/>
            <w:r w:rsidR="007343A4" w:rsidRPr="007343A4">
              <w:rPr>
                <w:b/>
                <w:snapToGrid w:val="0"/>
                <w:color w:val="006B54"/>
                <w:sz w:val="22"/>
                <w:lang w:val="en-GB"/>
              </w:rPr>
              <w:t>Glacadh</w:t>
            </w:r>
            <w:proofErr w:type="spellEnd"/>
            <w:r w:rsidR="007343A4" w:rsidRPr="007343A4">
              <w:rPr>
                <w:b/>
                <w:snapToGrid w:val="0"/>
                <w:color w:val="006B54"/>
                <w:sz w:val="22"/>
                <w:lang w:val="en-GB"/>
              </w:rPr>
              <w:t xml:space="preserve"> le </w:t>
            </w:r>
            <w:proofErr w:type="spellStart"/>
            <w:r w:rsidR="007343A4" w:rsidRPr="007343A4">
              <w:rPr>
                <w:b/>
                <w:snapToGrid w:val="0"/>
                <w:color w:val="006B54"/>
                <w:sz w:val="22"/>
                <w:lang w:val="en-GB"/>
              </w:rPr>
              <w:t>Nuálaíocht</w:t>
            </w:r>
            <w:proofErr w:type="spellEnd"/>
            <w:r w:rsidR="007343A4" w:rsidRPr="007343A4">
              <w:rPr>
                <w:b/>
                <w:snapToGrid w:val="0"/>
                <w:color w:val="006B54"/>
                <w:sz w:val="22"/>
                <w:lang w:val="en-GB"/>
              </w:rPr>
              <w:t xml:space="preserve">: Inis </w:t>
            </w:r>
            <w:proofErr w:type="spellStart"/>
            <w:r w:rsidR="007343A4" w:rsidRPr="007343A4">
              <w:rPr>
                <w:b/>
                <w:snapToGrid w:val="0"/>
                <w:color w:val="006B54"/>
                <w:sz w:val="22"/>
                <w:lang w:val="en-GB"/>
              </w:rPr>
              <w:t>dúinn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faoi</w:t>
            </w:r>
            <w:proofErr w:type="spellEnd"/>
            <w:r w:rsidR="007343A4" w:rsidRPr="007343A4">
              <w:rPr>
                <w:b/>
                <w:snapToGrid w:val="0"/>
                <w:color w:val="006B54"/>
                <w:sz w:val="22"/>
                <w:lang w:val="en-GB"/>
              </w:rPr>
              <w:t xml:space="preserve"> am </w:t>
            </w:r>
            <w:proofErr w:type="spellStart"/>
            <w:r w:rsidR="007343A4" w:rsidRPr="007343A4">
              <w:rPr>
                <w:b/>
                <w:snapToGrid w:val="0"/>
                <w:color w:val="006B54"/>
                <w:sz w:val="22"/>
                <w:lang w:val="en-GB"/>
              </w:rPr>
              <w:t>inar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shainaithin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tú</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deis</w:t>
            </w:r>
            <w:proofErr w:type="spellEnd"/>
            <w:r w:rsidR="007343A4" w:rsidRPr="007343A4">
              <w:rPr>
                <w:b/>
                <w:snapToGrid w:val="0"/>
                <w:color w:val="006B54"/>
                <w:sz w:val="22"/>
                <w:lang w:val="en-GB"/>
              </w:rPr>
              <w:t xml:space="preserve"> chun </w:t>
            </w:r>
            <w:proofErr w:type="spellStart"/>
            <w:r w:rsidR="007343A4" w:rsidRPr="007343A4">
              <w:rPr>
                <w:b/>
                <w:snapToGrid w:val="0"/>
                <w:color w:val="006B54"/>
                <w:sz w:val="22"/>
                <w:lang w:val="en-GB"/>
              </w:rPr>
              <w:t>táirge</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eispéireas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cuairteora</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seirbhís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nó</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tionscnamh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eile</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fhorbairt</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nó</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fheabhsú</w:t>
            </w:r>
            <w:proofErr w:type="spellEnd"/>
            <w:r w:rsidR="007343A4" w:rsidRPr="007343A4">
              <w:rPr>
                <w:b/>
                <w:snapToGrid w:val="0"/>
                <w:color w:val="006B54"/>
                <w:sz w:val="22"/>
                <w:lang w:val="en-GB"/>
              </w:rPr>
              <w:t xml:space="preserve">. Cén </w:t>
            </w:r>
            <w:proofErr w:type="spellStart"/>
            <w:r w:rsidR="007343A4" w:rsidRPr="007343A4">
              <w:rPr>
                <w:b/>
                <w:snapToGrid w:val="0"/>
                <w:color w:val="006B54"/>
                <w:sz w:val="22"/>
                <w:lang w:val="en-GB"/>
              </w:rPr>
              <w:t>chaoi</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fhorbair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tú</w:t>
            </w:r>
            <w:proofErr w:type="spellEnd"/>
            <w:r w:rsidR="007343A4" w:rsidRPr="007343A4">
              <w:rPr>
                <w:b/>
                <w:snapToGrid w:val="0"/>
                <w:color w:val="006B54"/>
                <w:sz w:val="22"/>
                <w:lang w:val="en-GB"/>
              </w:rPr>
              <w:t xml:space="preserve"> an </w:t>
            </w:r>
            <w:proofErr w:type="spellStart"/>
            <w:r w:rsidR="007343A4" w:rsidRPr="007343A4">
              <w:rPr>
                <w:b/>
                <w:snapToGrid w:val="0"/>
                <w:color w:val="006B54"/>
                <w:sz w:val="22"/>
                <w:lang w:val="en-GB"/>
              </w:rPr>
              <w:t>smaoineamh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agus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thástáil</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tú</w:t>
            </w:r>
            <w:proofErr w:type="spellEnd"/>
            <w:r w:rsidR="007343A4" w:rsidRPr="007343A4">
              <w:rPr>
                <w:b/>
                <w:snapToGrid w:val="0"/>
                <w:color w:val="006B54"/>
                <w:sz w:val="22"/>
                <w:lang w:val="en-GB"/>
              </w:rPr>
              <w:t xml:space="preserve"> é, </w:t>
            </w:r>
            <w:proofErr w:type="spellStart"/>
            <w:r w:rsidR="007343A4" w:rsidRPr="007343A4">
              <w:rPr>
                <w:b/>
                <w:snapToGrid w:val="0"/>
                <w:color w:val="006B54"/>
                <w:sz w:val="22"/>
                <w:lang w:val="en-GB"/>
              </w:rPr>
              <w:t>conas</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chuaigh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tú</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i</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ngleic</w:t>
            </w:r>
            <w:proofErr w:type="spellEnd"/>
            <w:r w:rsidR="007343A4" w:rsidRPr="007343A4">
              <w:rPr>
                <w:b/>
                <w:snapToGrid w:val="0"/>
                <w:color w:val="006B54"/>
                <w:sz w:val="22"/>
                <w:lang w:val="en-GB"/>
              </w:rPr>
              <w:t xml:space="preserve"> le </w:t>
            </w:r>
            <w:proofErr w:type="spellStart"/>
            <w:r w:rsidR="007343A4" w:rsidRPr="007343A4">
              <w:rPr>
                <w:b/>
                <w:snapToGrid w:val="0"/>
                <w:color w:val="006B54"/>
                <w:sz w:val="22"/>
                <w:lang w:val="en-GB"/>
              </w:rPr>
              <w:t>daoine</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eile</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sa</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phróiseas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agus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conas</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thóg</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tú</w:t>
            </w:r>
            <w:proofErr w:type="spellEnd"/>
            <w:r w:rsidR="007343A4" w:rsidRPr="007343A4">
              <w:rPr>
                <w:b/>
                <w:snapToGrid w:val="0"/>
                <w:color w:val="006B54"/>
                <w:sz w:val="22"/>
                <w:lang w:val="en-GB"/>
              </w:rPr>
              <w:t xml:space="preserve"> é </w:t>
            </w:r>
            <w:proofErr w:type="spellStart"/>
            <w:r w:rsidR="007343A4" w:rsidRPr="007343A4">
              <w:rPr>
                <w:b/>
                <w:snapToGrid w:val="0"/>
                <w:color w:val="006B54"/>
                <w:sz w:val="22"/>
                <w:lang w:val="en-GB"/>
              </w:rPr>
              <w:t>ón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gcoincheap</w:t>
            </w:r>
            <w:proofErr w:type="spellEnd"/>
            <w:r w:rsidR="007343A4" w:rsidRPr="007343A4">
              <w:rPr>
                <w:b/>
                <w:snapToGrid w:val="0"/>
                <w:color w:val="006B54"/>
                <w:sz w:val="22"/>
                <w:lang w:val="en-GB"/>
              </w:rPr>
              <w:t xml:space="preserve"> go </w:t>
            </w:r>
            <w:proofErr w:type="spellStart"/>
            <w:r w:rsidR="007343A4" w:rsidRPr="007343A4">
              <w:rPr>
                <w:b/>
                <w:snapToGrid w:val="0"/>
                <w:color w:val="006B54"/>
                <w:sz w:val="22"/>
                <w:lang w:val="en-GB"/>
              </w:rPr>
              <w:t>dtí</w:t>
            </w:r>
            <w:proofErr w:type="spellEnd"/>
            <w:r w:rsidR="007343A4" w:rsidRPr="007343A4">
              <w:rPr>
                <w:b/>
                <w:snapToGrid w:val="0"/>
                <w:color w:val="006B54"/>
                <w:sz w:val="22"/>
                <w:lang w:val="en-GB"/>
              </w:rPr>
              <w:t xml:space="preserve"> an </w:t>
            </w:r>
            <w:proofErr w:type="spellStart"/>
            <w:r w:rsidR="007343A4" w:rsidRPr="007343A4">
              <w:rPr>
                <w:b/>
                <w:snapToGrid w:val="0"/>
                <w:color w:val="006B54"/>
                <w:sz w:val="22"/>
                <w:lang w:val="en-GB"/>
              </w:rPr>
              <w:t>seachadadh</w:t>
            </w:r>
            <w:proofErr w:type="spellEnd"/>
            <w:r w:rsidR="007343A4" w:rsidRPr="007343A4">
              <w:rPr>
                <w:b/>
                <w:snapToGrid w:val="0"/>
                <w:color w:val="006B54"/>
                <w:sz w:val="22"/>
                <w:lang w:val="en-GB"/>
              </w:rPr>
              <w:t>?</w:t>
            </w:r>
            <w:r>
              <w:rPr>
                <w:b/>
                <w:snapToGrid w:val="0"/>
                <w:color w:val="006B54"/>
                <w:sz w:val="22"/>
              </w:rPr>
              <w:t>]</w:t>
            </w:r>
          </w:p>
          <w:p w14:paraId="529132E5" w14:textId="77777777" w:rsidR="007343A4" w:rsidRPr="007343A4" w:rsidRDefault="007343A4" w:rsidP="3F9B9FB5">
            <w:pPr>
              <w:rPr>
                <w:b/>
                <w:snapToGrid w:val="0"/>
                <w:color w:val="006B54"/>
                <w:sz w:val="22"/>
                <w:lang w:val="en-GB"/>
              </w:rPr>
            </w:pPr>
          </w:p>
          <w:p w14:paraId="026FBB7F" w14:textId="7902C891"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6D072C0D" w14:textId="77777777" w:rsidTr="3F9B9FB5">
        <w:tc>
          <w:tcPr>
            <w:tcW w:w="10318" w:type="dxa"/>
            <w:tcMar>
              <w:top w:w="100" w:type="dxa"/>
              <w:left w:w="120" w:type="dxa"/>
              <w:bottom w:w="100" w:type="dxa"/>
              <w:right w:w="120" w:type="dxa"/>
            </w:tcMar>
            <w:vAlign w:val="center"/>
          </w:tcPr>
          <w:p w14:paraId="48A21919"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bl>
    <w:p w14:paraId="6BD18F9B" w14:textId="77777777" w:rsidR="00CF648B" w:rsidRPr="002875B8" w:rsidRDefault="00CF648B" w:rsidP="3F9B9FB5">
      <w:pPr>
        <w:rPr>
          <w:snapToGrid w:val="0"/>
          <w:sz w:val="22"/>
        </w:rPr>
      </w:pPr>
    </w:p>
    <w:tbl>
      <w:tblPr>
        <w:tblStyle w:val="TableGrid"/>
        <w:tblW w:w="0" w:type="auto"/>
        <w:tblLook w:val="04A0" w:firstRow="1" w:lastRow="0" w:firstColumn="1" w:lastColumn="0" w:noHBand="0" w:noVBand="1"/>
      </w:tblPr>
      <w:tblGrid>
        <w:gridCol w:w="10308"/>
      </w:tblGrid>
      <w:tr w:rsidR="00CF648B" w:rsidRPr="002875B8" w14:paraId="733798A5" w14:textId="77777777" w:rsidTr="3F9B9FB5">
        <w:tc>
          <w:tcPr>
            <w:tcW w:w="10318" w:type="dxa"/>
            <w:shd w:val="clear" w:color="auto" w:fill="DDEFE8"/>
            <w:tcMar>
              <w:top w:w="100" w:type="dxa"/>
              <w:left w:w="120" w:type="dxa"/>
              <w:bottom w:w="100" w:type="dxa"/>
              <w:right w:w="120" w:type="dxa"/>
            </w:tcMar>
            <w:vAlign w:val="center"/>
          </w:tcPr>
          <w:p w14:paraId="6479235A" w14:textId="0409686B" w:rsidR="002875B8" w:rsidRDefault="00DC0437" w:rsidP="3F9B9FB5">
            <w:pPr>
              <w:rPr>
                <w:b/>
                <w:snapToGrid w:val="0"/>
                <w:color w:val="006B54"/>
                <w:sz w:val="22"/>
              </w:rPr>
            </w:pPr>
            <w:r>
              <w:rPr>
                <w:b/>
                <w:snapToGrid w:val="0"/>
                <w:color w:val="006B54"/>
                <w:sz w:val="22"/>
              </w:rPr>
              <w:t>[</w:t>
            </w:r>
            <w:r w:rsidR="007343A4" w:rsidRPr="007343A4">
              <w:rPr>
                <w:b/>
                <w:snapToGrid w:val="0"/>
                <w:color w:val="006B54"/>
                <w:sz w:val="22"/>
                <w:lang w:val="en-GB"/>
              </w:rPr>
              <w:t xml:space="preserve">Inis </w:t>
            </w:r>
            <w:proofErr w:type="spellStart"/>
            <w:r w:rsidR="007343A4" w:rsidRPr="007343A4">
              <w:rPr>
                <w:b/>
                <w:snapToGrid w:val="0"/>
                <w:color w:val="006B54"/>
                <w:sz w:val="22"/>
                <w:lang w:val="en-GB"/>
              </w:rPr>
              <w:t>dúinn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faoi</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smaoineamh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bunaidh</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mhol</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tú</w:t>
            </w:r>
            <w:proofErr w:type="spellEnd"/>
            <w:r w:rsidR="007343A4" w:rsidRPr="007343A4">
              <w:rPr>
                <w:b/>
                <w:snapToGrid w:val="0"/>
                <w:color w:val="006B54"/>
                <w:sz w:val="22"/>
                <w:lang w:val="en-GB"/>
              </w:rPr>
              <w:t xml:space="preserve"> chun </w:t>
            </w:r>
            <w:proofErr w:type="spellStart"/>
            <w:r w:rsidR="007343A4" w:rsidRPr="007343A4">
              <w:rPr>
                <w:b/>
                <w:snapToGrid w:val="0"/>
                <w:color w:val="006B54"/>
                <w:sz w:val="22"/>
                <w:lang w:val="en-GB"/>
              </w:rPr>
              <w:t>rud</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éigin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nua</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chruthú</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nó</w:t>
            </w:r>
            <w:proofErr w:type="spellEnd"/>
            <w:r w:rsidR="007343A4" w:rsidRPr="007343A4">
              <w:rPr>
                <w:b/>
                <w:snapToGrid w:val="0"/>
                <w:color w:val="006B54"/>
                <w:sz w:val="22"/>
                <w:lang w:val="en-GB"/>
              </w:rPr>
              <w:t xml:space="preserve"> chun cur </w:t>
            </w:r>
            <w:proofErr w:type="spellStart"/>
            <w:r w:rsidR="007343A4" w:rsidRPr="007343A4">
              <w:rPr>
                <w:b/>
                <w:snapToGrid w:val="0"/>
                <w:color w:val="006B54"/>
                <w:sz w:val="22"/>
                <w:lang w:val="en-GB"/>
              </w:rPr>
              <w:t>chuige</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difriúil</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ghlacadh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cibé</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acu</w:t>
            </w:r>
            <w:proofErr w:type="spellEnd"/>
            <w:r w:rsidR="007343A4" w:rsidRPr="007343A4">
              <w:rPr>
                <w:b/>
                <w:snapToGrid w:val="0"/>
                <w:color w:val="006B54"/>
                <w:sz w:val="22"/>
                <w:lang w:val="en-GB"/>
              </w:rPr>
              <w:t xml:space="preserve"> is </w:t>
            </w:r>
            <w:proofErr w:type="spellStart"/>
            <w:r w:rsidR="007343A4" w:rsidRPr="007343A4">
              <w:rPr>
                <w:b/>
                <w:snapToGrid w:val="0"/>
                <w:color w:val="006B54"/>
                <w:sz w:val="22"/>
                <w:lang w:val="en-GB"/>
              </w:rPr>
              <w:t>táirge</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eispéireas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cuairteora</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seirbhís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nó</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modh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oibre</w:t>
            </w:r>
            <w:proofErr w:type="spellEnd"/>
            <w:r w:rsidR="007343A4" w:rsidRPr="007343A4">
              <w:rPr>
                <w:b/>
                <w:snapToGrid w:val="0"/>
                <w:color w:val="006B54"/>
                <w:sz w:val="22"/>
                <w:lang w:val="en-GB"/>
              </w:rPr>
              <w:t xml:space="preserve"> é. Cén </w:t>
            </w:r>
            <w:proofErr w:type="spellStart"/>
            <w:r w:rsidR="007343A4" w:rsidRPr="007343A4">
              <w:rPr>
                <w:b/>
                <w:snapToGrid w:val="0"/>
                <w:color w:val="006B54"/>
                <w:sz w:val="22"/>
                <w:lang w:val="en-GB"/>
              </w:rPr>
              <w:t>áit</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tháinig</w:t>
            </w:r>
            <w:proofErr w:type="spellEnd"/>
            <w:r w:rsidR="007343A4" w:rsidRPr="007343A4">
              <w:rPr>
                <w:b/>
                <w:snapToGrid w:val="0"/>
                <w:color w:val="006B54"/>
                <w:sz w:val="22"/>
                <w:lang w:val="en-GB"/>
              </w:rPr>
              <w:t xml:space="preserve"> an </w:t>
            </w:r>
            <w:proofErr w:type="spellStart"/>
            <w:r w:rsidR="007343A4" w:rsidRPr="007343A4">
              <w:rPr>
                <w:b/>
                <w:snapToGrid w:val="0"/>
                <w:color w:val="006B54"/>
                <w:sz w:val="22"/>
                <w:lang w:val="en-GB"/>
              </w:rPr>
              <w:t>smaoineamh</w:t>
            </w:r>
            <w:proofErr w:type="spellEnd"/>
            <w:r w:rsidR="007343A4" w:rsidRPr="007343A4">
              <w:rPr>
                <w:b/>
                <w:snapToGrid w:val="0"/>
                <w:color w:val="006B54"/>
                <w:sz w:val="22"/>
                <w:lang w:val="en-GB"/>
              </w:rPr>
              <w:t xml:space="preserve"> sin as? </w:t>
            </w:r>
            <w:proofErr w:type="spellStart"/>
            <w:r w:rsidR="007343A4" w:rsidRPr="007343A4">
              <w:rPr>
                <w:b/>
                <w:snapToGrid w:val="0"/>
                <w:color w:val="006B54"/>
                <w:sz w:val="22"/>
                <w:lang w:val="en-GB"/>
              </w:rPr>
              <w:t>cén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fáth</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raibh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sé</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difriúil</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ón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méid</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bhí</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ann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cheana</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féin</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agus</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conas</w:t>
            </w:r>
            <w:proofErr w:type="spellEnd"/>
            <w:r w:rsidR="007343A4" w:rsidRPr="007343A4">
              <w:rPr>
                <w:b/>
                <w:snapToGrid w:val="0"/>
                <w:color w:val="006B54"/>
                <w:sz w:val="22"/>
                <w:lang w:val="en-GB"/>
              </w:rPr>
              <w:t xml:space="preserve"> a </w:t>
            </w:r>
            <w:proofErr w:type="spellStart"/>
            <w:r w:rsidR="007343A4" w:rsidRPr="007343A4">
              <w:rPr>
                <w:b/>
                <w:snapToGrid w:val="0"/>
                <w:color w:val="006B54"/>
                <w:sz w:val="22"/>
                <w:lang w:val="en-GB"/>
              </w:rPr>
              <w:t>chuir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tú</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ina</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luí</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dhaoine</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eile</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tacú</w:t>
            </w:r>
            <w:proofErr w:type="spellEnd"/>
            <w:r w:rsidR="007343A4" w:rsidRPr="007343A4">
              <w:rPr>
                <w:b/>
                <w:snapToGrid w:val="0"/>
                <w:color w:val="006B54"/>
                <w:sz w:val="22"/>
                <w:lang w:val="en-GB"/>
              </w:rPr>
              <w:t xml:space="preserve"> leis? Cad a </w:t>
            </w:r>
            <w:proofErr w:type="spellStart"/>
            <w:r w:rsidR="007343A4" w:rsidRPr="007343A4">
              <w:rPr>
                <w:b/>
                <w:snapToGrid w:val="0"/>
                <w:color w:val="006B54"/>
                <w:sz w:val="22"/>
                <w:lang w:val="en-GB"/>
              </w:rPr>
              <w:t>tharla</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agus</w:t>
            </w:r>
            <w:proofErr w:type="spellEnd"/>
            <w:r w:rsidR="007343A4" w:rsidRPr="007343A4">
              <w:rPr>
                <w:b/>
                <w:snapToGrid w:val="0"/>
                <w:color w:val="006B54"/>
                <w:sz w:val="22"/>
                <w:lang w:val="en-GB"/>
              </w:rPr>
              <w:t xml:space="preserve"> cad a </w:t>
            </w:r>
            <w:proofErr w:type="spellStart"/>
            <w:r w:rsidR="007343A4" w:rsidRPr="007343A4">
              <w:rPr>
                <w:b/>
                <w:snapToGrid w:val="0"/>
                <w:color w:val="006B54"/>
                <w:sz w:val="22"/>
                <w:lang w:val="en-GB"/>
              </w:rPr>
              <w:t>dhéanfá</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ar</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bhealach</w:t>
            </w:r>
            <w:proofErr w:type="spellEnd"/>
            <w:r w:rsidR="007343A4" w:rsidRPr="007343A4">
              <w:rPr>
                <w:b/>
                <w:snapToGrid w:val="0"/>
                <w:color w:val="006B54"/>
                <w:sz w:val="22"/>
                <w:lang w:val="en-GB"/>
              </w:rPr>
              <w:t xml:space="preserve"> </w:t>
            </w:r>
            <w:proofErr w:type="spellStart"/>
            <w:r w:rsidR="007343A4" w:rsidRPr="007343A4">
              <w:rPr>
                <w:b/>
                <w:snapToGrid w:val="0"/>
                <w:color w:val="006B54"/>
                <w:sz w:val="22"/>
                <w:lang w:val="en-GB"/>
              </w:rPr>
              <w:t>difriúil</w:t>
            </w:r>
            <w:proofErr w:type="spellEnd"/>
            <w:r w:rsidR="007343A4" w:rsidRPr="007343A4">
              <w:rPr>
                <w:b/>
                <w:snapToGrid w:val="0"/>
                <w:color w:val="006B54"/>
                <w:sz w:val="22"/>
                <w:lang w:val="en-GB"/>
              </w:rPr>
              <w:t>?</w:t>
            </w:r>
            <w:r>
              <w:rPr>
                <w:b/>
                <w:snapToGrid w:val="0"/>
                <w:color w:val="006B54"/>
                <w:sz w:val="22"/>
              </w:rPr>
              <w:t>]</w:t>
            </w:r>
          </w:p>
          <w:p w14:paraId="6FE7819E" w14:textId="77777777" w:rsidR="007343A4" w:rsidRPr="007343A4" w:rsidRDefault="007343A4" w:rsidP="3F9B9FB5">
            <w:pPr>
              <w:rPr>
                <w:b/>
                <w:snapToGrid w:val="0"/>
                <w:color w:val="006B54"/>
                <w:sz w:val="22"/>
                <w:lang w:val="en-GB"/>
              </w:rPr>
            </w:pPr>
          </w:p>
          <w:p w14:paraId="1B7008A6" w14:textId="164E219E" w:rsidR="00CF648B" w:rsidRPr="002875B8" w:rsidRDefault="00DC0437" w:rsidP="3F9B9FB5">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CF648B" w:rsidRPr="002875B8" w14:paraId="238601FE" w14:textId="77777777" w:rsidTr="3F9B9FB5">
        <w:tc>
          <w:tcPr>
            <w:tcW w:w="10318" w:type="dxa"/>
            <w:tcMar>
              <w:top w:w="100" w:type="dxa"/>
              <w:left w:w="120" w:type="dxa"/>
              <w:bottom w:w="100" w:type="dxa"/>
              <w:right w:w="120" w:type="dxa"/>
            </w:tcMar>
            <w:vAlign w:val="center"/>
          </w:tcPr>
          <w:p w14:paraId="0F3CABC7" w14:textId="77777777" w:rsidR="00CF648B" w:rsidRPr="002875B8" w:rsidRDefault="00DC0437" w:rsidP="3F9B9FB5">
            <w:pPr>
              <w:rPr>
                <w:snapToGrid w:val="0"/>
                <w:sz w:val="22"/>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p>
        </w:tc>
      </w:tr>
    </w:tbl>
    <w:p w14:paraId="5B08B5D1" w14:textId="77777777" w:rsidR="00CF648B" w:rsidRDefault="00CF648B">
      <w:pPr>
        <w:rPr>
          <w:snapToGrid w:val="0"/>
        </w:rPr>
      </w:pPr>
    </w:p>
    <w:tbl>
      <w:tblPr>
        <w:tblStyle w:val="TableGrid"/>
        <w:tblW w:w="0" w:type="auto"/>
        <w:tblLook w:val="04A0" w:firstRow="1" w:lastRow="0" w:firstColumn="1" w:lastColumn="0" w:noHBand="0" w:noVBand="1"/>
      </w:tblPr>
      <w:tblGrid>
        <w:gridCol w:w="10308"/>
      </w:tblGrid>
      <w:tr w:rsidR="007343A4" w:rsidRPr="002875B8" w14:paraId="5B6CDFAB" w14:textId="77777777" w:rsidTr="001400CD">
        <w:tc>
          <w:tcPr>
            <w:tcW w:w="10318" w:type="dxa"/>
            <w:shd w:val="clear" w:color="auto" w:fill="DDEFE8"/>
            <w:tcMar>
              <w:top w:w="100" w:type="dxa"/>
              <w:left w:w="120" w:type="dxa"/>
              <w:bottom w:w="100" w:type="dxa"/>
              <w:right w:w="120" w:type="dxa"/>
            </w:tcMar>
            <w:vAlign w:val="center"/>
          </w:tcPr>
          <w:p w14:paraId="2BA7F714" w14:textId="0F43D1EE" w:rsidR="007343A4" w:rsidRPr="007343A4" w:rsidRDefault="007343A4" w:rsidP="001400CD">
            <w:pPr>
              <w:rPr>
                <w:b/>
                <w:snapToGrid w:val="0"/>
                <w:color w:val="006B54"/>
                <w:sz w:val="22"/>
                <w:lang w:val="en-GB"/>
              </w:rPr>
            </w:pPr>
            <w:r>
              <w:rPr>
                <w:b/>
                <w:snapToGrid w:val="0"/>
                <w:color w:val="006B54"/>
                <w:sz w:val="22"/>
              </w:rPr>
              <w:t>[</w:t>
            </w:r>
            <w:r w:rsidRPr="007343A4">
              <w:rPr>
                <w:b/>
                <w:snapToGrid w:val="0"/>
                <w:color w:val="006B54"/>
                <w:sz w:val="22"/>
                <w:lang w:val="en-GB"/>
              </w:rPr>
              <w:t xml:space="preserve">Obair a </w:t>
            </w:r>
            <w:proofErr w:type="spellStart"/>
            <w:r w:rsidRPr="007343A4">
              <w:rPr>
                <w:b/>
                <w:snapToGrid w:val="0"/>
                <w:color w:val="006B54"/>
                <w:sz w:val="22"/>
                <w:lang w:val="en-GB"/>
              </w:rPr>
              <w:t>Phleanáil</w:t>
            </w:r>
            <w:proofErr w:type="spellEnd"/>
            <w:r w:rsidRPr="007343A4">
              <w:rPr>
                <w:b/>
                <w:snapToGrid w:val="0"/>
                <w:color w:val="006B54"/>
                <w:sz w:val="22"/>
                <w:lang w:val="en-GB"/>
              </w:rPr>
              <w:t xml:space="preserve"> </w:t>
            </w:r>
            <w:proofErr w:type="spellStart"/>
            <w:r w:rsidRPr="007343A4">
              <w:rPr>
                <w:b/>
                <w:snapToGrid w:val="0"/>
                <w:color w:val="006B54"/>
                <w:sz w:val="22"/>
                <w:lang w:val="en-GB"/>
              </w:rPr>
              <w:t>agus</w:t>
            </w:r>
            <w:proofErr w:type="spellEnd"/>
            <w:r w:rsidRPr="007343A4">
              <w:rPr>
                <w:b/>
                <w:snapToGrid w:val="0"/>
                <w:color w:val="006B54"/>
                <w:sz w:val="22"/>
                <w:lang w:val="en-GB"/>
              </w:rPr>
              <w:t xml:space="preserve"> a </w:t>
            </w:r>
            <w:proofErr w:type="spellStart"/>
            <w:r w:rsidRPr="007343A4">
              <w:rPr>
                <w:b/>
                <w:snapToGrid w:val="0"/>
                <w:color w:val="006B54"/>
                <w:sz w:val="22"/>
                <w:lang w:val="en-GB"/>
              </w:rPr>
              <w:t>Bhainistiú</w:t>
            </w:r>
            <w:proofErr w:type="spellEnd"/>
            <w:r w:rsidRPr="007343A4">
              <w:rPr>
                <w:b/>
                <w:snapToGrid w:val="0"/>
                <w:color w:val="006B54"/>
                <w:sz w:val="22"/>
                <w:lang w:val="en-GB"/>
              </w:rPr>
              <w:t xml:space="preserve">: Inis </w:t>
            </w:r>
            <w:proofErr w:type="spellStart"/>
            <w:r w:rsidRPr="007343A4">
              <w:rPr>
                <w:b/>
                <w:snapToGrid w:val="0"/>
                <w:color w:val="006B54"/>
                <w:sz w:val="22"/>
                <w:lang w:val="en-GB"/>
              </w:rPr>
              <w:t>dúinn</w:t>
            </w:r>
            <w:proofErr w:type="spellEnd"/>
            <w:r w:rsidRPr="007343A4">
              <w:rPr>
                <w:b/>
                <w:snapToGrid w:val="0"/>
                <w:color w:val="006B54"/>
                <w:sz w:val="22"/>
                <w:lang w:val="en-GB"/>
              </w:rPr>
              <w:t xml:space="preserve"> </w:t>
            </w:r>
            <w:proofErr w:type="spellStart"/>
            <w:r w:rsidRPr="007343A4">
              <w:rPr>
                <w:b/>
                <w:snapToGrid w:val="0"/>
                <w:color w:val="006B54"/>
                <w:sz w:val="22"/>
                <w:lang w:val="en-GB"/>
              </w:rPr>
              <w:t>faoi</w:t>
            </w:r>
            <w:proofErr w:type="spellEnd"/>
            <w:r w:rsidRPr="007343A4">
              <w:rPr>
                <w:b/>
                <w:snapToGrid w:val="0"/>
                <w:color w:val="006B54"/>
                <w:sz w:val="22"/>
                <w:lang w:val="en-GB"/>
              </w:rPr>
              <w:t xml:space="preserve"> </w:t>
            </w:r>
            <w:proofErr w:type="spellStart"/>
            <w:r w:rsidRPr="007343A4">
              <w:rPr>
                <w:b/>
                <w:snapToGrid w:val="0"/>
                <w:color w:val="006B54"/>
                <w:sz w:val="22"/>
                <w:lang w:val="en-GB"/>
              </w:rPr>
              <w:t>thionscadal</w:t>
            </w:r>
            <w:proofErr w:type="spellEnd"/>
            <w:r w:rsidRPr="007343A4">
              <w:rPr>
                <w:b/>
                <w:snapToGrid w:val="0"/>
                <w:color w:val="006B54"/>
                <w:sz w:val="22"/>
                <w:lang w:val="en-GB"/>
              </w:rPr>
              <w:t xml:space="preserve"> </w:t>
            </w:r>
            <w:proofErr w:type="spellStart"/>
            <w:r w:rsidRPr="007343A4">
              <w:rPr>
                <w:b/>
                <w:snapToGrid w:val="0"/>
                <w:color w:val="006B54"/>
                <w:sz w:val="22"/>
                <w:lang w:val="en-GB"/>
              </w:rPr>
              <w:t>nó</w:t>
            </w:r>
            <w:proofErr w:type="spellEnd"/>
            <w:r w:rsidRPr="007343A4">
              <w:rPr>
                <w:b/>
                <w:snapToGrid w:val="0"/>
                <w:color w:val="006B54"/>
                <w:sz w:val="22"/>
                <w:lang w:val="en-GB"/>
              </w:rPr>
              <w:t xml:space="preserve"> </w:t>
            </w:r>
            <w:proofErr w:type="spellStart"/>
            <w:r w:rsidRPr="007343A4">
              <w:rPr>
                <w:b/>
                <w:snapToGrid w:val="0"/>
                <w:color w:val="006B54"/>
                <w:sz w:val="22"/>
                <w:lang w:val="en-GB"/>
              </w:rPr>
              <w:t>faoi</w:t>
            </w:r>
            <w:proofErr w:type="spellEnd"/>
            <w:r w:rsidRPr="007343A4">
              <w:rPr>
                <w:b/>
                <w:snapToGrid w:val="0"/>
                <w:color w:val="006B54"/>
                <w:sz w:val="22"/>
                <w:lang w:val="en-GB"/>
              </w:rPr>
              <w:t xml:space="preserve"> </w:t>
            </w:r>
            <w:proofErr w:type="spellStart"/>
            <w:r w:rsidRPr="007343A4">
              <w:rPr>
                <w:b/>
                <w:snapToGrid w:val="0"/>
                <w:color w:val="006B54"/>
                <w:sz w:val="22"/>
                <w:lang w:val="en-GB"/>
              </w:rPr>
              <w:t>thionscnamh</w:t>
            </w:r>
            <w:proofErr w:type="spellEnd"/>
            <w:r w:rsidRPr="007343A4">
              <w:rPr>
                <w:b/>
                <w:snapToGrid w:val="0"/>
                <w:color w:val="006B54"/>
                <w:sz w:val="22"/>
                <w:lang w:val="en-GB"/>
              </w:rPr>
              <w:t xml:space="preserve"> a </w:t>
            </w:r>
            <w:proofErr w:type="spellStart"/>
            <w:r w:rsidRPr="007343A4">
              <w:rPr>
                <w:b/>
                <w:snapToGrid w:val="0"/>
                <w:color w:val="006B54"/>
                <w:sz w:val="22"/>
                <w:lang w:val="en-GB"/>
              </w:rPr>
              <w:t>raibh</w:t>
            </w:r>
            <w:proofErr w:type="spellEnd"/>
            <w:r w:rsidRPr="007343A4">
              <w:rPr>
                <w:b/>
                <w:snapToGrid w:val="0"/>
                <w:color w:val="006B54"/>
                <w:sz w:val="22"/>
                <w:lang w:val="en-GB"/>
              </w:rPr>
              <w:t xml:space="preserve"> </w:t>
            </w:r>
            <w:proofErr w:type="spellStart"/>
            <w:r w:rsidRPr="007343A4">
              <w:rPr>
                <w:b/>
                <w:snapToGrid w:val="0"/>
                <w:color w:val="006B54"/>
                <w:sz w:val="22"/>
                <w:lang w:val="en-GB"/>
              </w:rPr>
              <w:t>tú</w:t>
            </w:r>
            <w:proofErr w:type="spellEnd"/>
            <w:r w:rsidRPr="007343A4">
              <w:rPr>
                <w:b/>
                <w:snapToGrid w:val="0"/>
                <w:color w:val="006B54"/>
                <w:sz w:val="22"/>
                <w:lang w:val="en-GB"/>
              </w:rPr>
              <w:t xml:space="preserve"> </w:t>
            </w:r>
            <w:proofErr w:type="spellStart"/>
            <w:r w:rsidRPr="007343A4">
              <w:rPr>
                <w:b/>
                <w:snapToGrid w:val="0"/>
                <w:color w:val="006B54"/>
                <w:sz w:val="22"/>
                <w:lang w:val="en-GB"/>
              </w:rPr>
              <w:t>freagrach</w:t>
            </w:r>
            <w:proofErr w:type="spellEnd"/>
            <w:r w:rsidRPr="007343A4">
              <w:rPr>
                <w:b/>
                <w:snapToGrid w:val="0"/>
                <w:color w:val="006B54"/>
                <w:sz w:val="22"/>
                <w:lang w:val="en-GB"/>
              </w:rPr>
              <w:t xml:space="preserve"> as a </w:t>
            </w:r>
            <w:proofErr w:type="spellStart"/>
            <w:r w:rsidRPr="007343A4">
              <w:rPr>
                <w:b/>
                <w:snapToGrid w:val="0"/>
                <w:color w:val="006B54"/>
                <w:sz w:val="22"/>
                <w:lang w:val="en-GB"/>
              </w:rPr>
              <w:t>phleanáil</w:t>
            </w:r>
            <w:proofErr w:type="spellEnd"/>
            <w:r w:rsidRPr="007343A4">
              <w:rPr>
                <w:b/>
                <w:snapToGrid w:val="0"/>
                <w:color w:val="006B54"/>
                <w:sz w:val="22"/>
                <w:lang w:val="en-GB"/>
              </w:rPr>
              <w:t xml:space="preserve"> </w:t>
            </w:r>
            <w:proofErr w:type="spellStart"/>
            <w:r w:rsidRPr="007343A4">
              <w:rPr>
                <w:b/>
                <w:snapToGrid w:val="0"/>
                <w:color w:val="006B54"/>
                <w:sz w:val="22"/>
                <w:lang w:val="en-GB"/>
              </w:rPr>
              <w:t>agus</w:t>
            </w:r>
            <w:proofErr w:type="spellEnd"/>
            <w:r w:rsidRPr="007343A4">
              <w:rPr>
                <w:b/>
                <w:snapToGrid w:val="0"/>
                <w:color w:val="006B54"/>
                <w:sz w:val="22"/>
                <w:lang w:val="en-GB"/>
              </w:rPr>
              <w:t xml:space="preserve"> a </w:t>
            </w:r>
            <w:proofErr w:type="spellStart"/>
            <w:r w:rsidRPr="007343A4">
              <w:rPr>
                <w:b/>
                <w:snapToGrid w:val="0"/>
                <w:color w:val="006B54"/>
                <w:sz w:val="22"/>
                <w:lang w:val="en-GB"/>
              </w:rPr>
              <w:t>sheachadadh</w:t>
            </w:r>
            <w:proofErr w:type="spellEnd"/>
            <w:r w:rsidRPr="007343A4">
              <w:rPr>
                <w:b/>
                <w:snapToGrid w:val="0"/>
                <w:color w:val="006B54"/>
                <w:sz w:val="22"/>
                <w:lang w:val="en-GB"/>
              </w:rPr>
              <w:t xml:space="preserve"> </w:t>
            </w:r>
            <w:proofErr w:type="spellStart"/>
            <w:r w:rsidRPr="007343A4">
              <w:rPr>
                <w:b/>
                <w:snapToGrid w:val="0"/>
                <w:color w:val="006B54"/>
                <w:sz w:val="22"/>
                <w:lang w:val="en-GB"/>
              </w:rPr>
              <w:t>lena</w:t>
            </w:r>
            <w:proofErr w:type="spellEnd"/>
            <w:r w:rsidRPr="007343A4">
              <w:rPr>
                <w:b/>
                <w:snapToGrid w:val="0"/>
                <w:color w:val="006B54"/>
                <w:sz w:val="22"/>
                <w:lang w:val="en-GB"/>
              </w:rPr>
              <w:t xml:space="preserve"> </w:t>
            </w:r>
            <w:proofErr w:type="spellStart"/>
            <w:r w:rsidRPr="007343A4">
              <w:rPr>
                <w:b/>
                <w:snapToGrid w:val="0"/>
                <w:color w:val="006B54"/>
                <w:sz w:val="22"/>
                <w:lang w:val="en-GB"/>
              </w:rPr>
              <w:t>mbaineann</w:t>
            </w:r>
            <w:proofErr w:type="spellEnd"/>
            <w:r w:rsidRPr="007343A4">
              <w:rPr>
                <w:b/>
                <w:snapToGrid w:val="0"/>
                <w:color w:val="006B54"/>
                <w:sz w:val="22"/>
                <w:lang w:val="en-GB"/>
              </w:rPr>
              <w:t xml:space="preserve"> </w:t>
            </w:r>
            <w:proofErr w:type="spellStart"/>
            <w:r w:rsidRPr="007343A4">
              <w:rPr>
                <w:b/>
                <w:snapToGrid w:val="0"/>
                <w:color w:val="006B54"/>
                <w:sz w:val="22"/>
                <w:lang w:val="en-GB"/>
              </w:rPr>
              <w:t>gníomhaíochtaí</w:t>
            </w:r>
            <w:proofErr w:type="spellEnd"/>
            <w:r w:rsidRPr="007343A4">
              <w:rPr>
                <w:b/>
                <w:snapToGrid w:val="0"/>
                <w:color w:val="006B54"/>
                <w:sz w:val="22"/>
                <w:lang w:val="en-GB"/>
              </w:rPr>
              <w:t xml:space="preserve"> </w:t>
            </w:r>
            <w:proofErr w:type="spellStart"/>
            <w:r w:rsidRPr="007343A4">
              <w:rPr>
                <w:b/>
                <w:snapToGrid w:val="0"/>
                <w:color w:val="006B54"/>
                <w:sz w:val="22"/>
                <w:lang w:val="en-GB"/>
              </w:rPr>
              <w:t>nó</w:t>
            </w:r>
            <w:proofErr w:type="spellEnd"/>
            <w:r w:rsidRPr="007343A4">
              <w:rPr>
                <w:b/>
                <w:snapToGrid w:val="0"/>
                <w:color w:val="006B54"/>
                <w:sz w:val="22"/>
                <w:lang w:val="en-GB"/>
              </w:rPr>
              <w:t xml:space="preserve"> </w:t>
            </w:r>
            <w:proofErr w:type="spellStart"/>
            <w:r w:rsidRPr="007343A4">
              <w:rPr>
                <w:b/>
                <w:snapToGrid w:val="0"/>
                <w:color w:val="006B54"/>
                <w:sz w:val="22"/>
                <w:lang w:val="en-GB"/>
              </w:rPr>
              <w:t>páirtithe</w:t>
            </w:r>
            <w:proofErr w:type="spellEnd"/>
            <w:r w:rsidRPr="007343A4">
              <w:rPr>
                <w:b/>
                <w:snapToGrid w:val="0"/>
                <w:color w:val="006B54"/>
                <w:sz w:val="22"/>
                <w:lang w:val="en-GB"/>
              </w:rPr>
              <w:t xml:space="preserve"> </w:t>
            </w:r>
            <w:proofErr w:type="spellStart"/>
            <w:r w:rsidRPr="007343A4">
              <w:rPr>
                <w:b/>
                <w:snapToGrid w:val="0"/>
                <w:color w:val="006B54"/>
                <w:sz w:val="22"/>
                <w:lang w:val="en-GB"/>
              </w:rPr>
              <w:t>leasmhara</w:t>
            </w:r>
            <w:proofErr w:type="spellEnd"/>
            <w:r w:rsidRPr="007343A4">
              <w:rPr>
                <w:b/>
                <w:snapToGrid w:val="0"/>
                <w:color w:val="006B54"/>
                <w:sz w:val="22"/>
                <w:lang w:val="en-GB"/>
              </w:rPr>
              <w:t xml:space="preserve"> </w:t>
            </w:r>
            <w:proofErr w:type="spellStart"/>
            <w:r w:rsidRPr="007343A4">
              <w:rPr>
                <w:b/>
                <w:snapToGrid w:val="0"/>
                <w:color w:val="006B54"/>
                <w:sz w:val="22"/>
                <w:lang w:val="en-GB"/>
              </w:rPr>
              <w:t>iolracha</w:t>
            </w:r>
            <w:proofErr w:type="spellEnd"/>
            <w:r w:rsidRPr="007343A4">
              <w:rPr>
                <w:b/>
                <w:snapToGrid w:val="0"/>
                <w:color w:val="006B54"/>
                <w:sz w:val="22"/>
                <w:lang w:val="en-GB"/>
              </w:rPr>
              <w:t xml:space="preserve">. </w:t>
            </w:r>
            <w:proofErr w:type="spellStart"/>
            <w:r w:rsidRPr="007343A4">
              <w:rPr>
                <w:b/>
                <w:snapToGrid w:val="0"/>
                <w:color w:val="006B54"/>
                <w:sz w:val="22"/>
                <w:lang w:val="en-GB"/>
              </w:rPr>
              <w:t>Conas</w:t>
            </w:r>
            <w:proofErr w:type="spellEnd"/>
            <w:r w:rsidRPr="007343A4">
              <w:rPr>
                <w:b/>
                <w:snapToGrid w:val="0"/>
                <w:color w:val="006B54"/>
                <w:sz w:val="22"/>
                <w:lang w:val="en-GB"/>
              </w:rPr>
              <w:t xml:space="preserve"> a </w:t>
            </w:r>
            <w:proofErr w:type="spellStart"/>
            <w:r w:rsidRPr="007343A4">
              <w:rPr>
                <w:b/>
                <w:snapToGrid w:val="0"/>
                <w:color w:val="006B54"/>
                <w:sz w:val="22"/>
                <w:lang w:val="en-GB"/>
              </w:rPr>
              <w:t>bhunaigh</w:t>
            </w:r>
            <w:proofErr w:type="spellEnd"/>
            <w:r w:rsidRPr="007343A4">
              <w:rPr>
                <w:b/>
                <w:snapToGrid w:val="0"/>
                <w:color w:val="006B54"/>
                <w:sz w:val="22"/>
                <w:lang w:val="en-GB"/>
              </w:rPr>
              <w:t xml:space="preserve"> </w:t>
            </w:r>
            <w:proofErr w:type="spellStart"/>
            <w:r w:rsidRPr="007343A4">
              <w:rPr>
                <w:b/>
                <w:snapToGrid w:val="0"/>
                <w:color w:val="006B54"/>
                <w:sz w:val="22"/>
                <w:lang w:val="en-GB"/>
              </w:rPr>
              <w:t>tú</w:t>
            </w:r>
            <w:proofErr w:type="spellEnd"/>
            <w:r w:rsidRPr="007343A4">
              <w:rPr>
                <w:b/>
                <w:snapToGrid w:val="0"/>
                <w:color w:val="006B54"/>
                <w:sz w:val="22"/>
                <w:lang w:val="en-GB"/>
              </w:rPr>
              <w:t xml:space="preserve"> an </w:t>
            </w:r>
            <w:proofErr w:type="spellStart"/>
            <w:r w:rsidRPr="007343A4">
              <w:rPr>
                <w:b/>
                <w:snapToGrid w:val="0"/>
                <w:color w:val="006B54"/>
                <w:sz w:val="22"/>
                <w:lang w:val="en-GB"/>
              </w:rPr>
              <w:t>plean</w:t>
            </w:r>
            <w:proofErr w:type="spellEnd"/>
            <w:r w:rsidRPr="007343A4">
              <w:rPr>
                <w:b/>
                <w:snapToGrid w:val="0"/>
                <w:color w:val="006B54"/>
                <w:sz w:val="22"/>
                <w:lang w:val="en-GB"/>
              </w:rPr>
              <w:t xml:space="preserve">, a </w:t>
            </w:r>
            <w:proofErr w:type="spellStart"/>
            <w:r w:rsidRPr="007343A4">
              <w:rPr>
                <w:b/>
                <w:snapToGrid w:val="0"/>
                <w:color w:val="006B54"/>
                <w:sz w:val="22"/>
                <w:lang w:val="en-GB"/>
              </w:rPr>
              <w:t>ndearna</w:t>
            </w:r>
            <w:proofErr w:type="spellEnd"/>
            <w:r w:rsidRPr="007343A4">
              <w:rPr>
                <w:b/>
                <w:snapToGrid w:val="0"/>
                <w:color w:val="006B54"/>
                <w:sz w:val="22"/>
                <w:lang w:val="en-GB"/>
              </w:rPr>
              <w:t xml:space="preserve"> </w:t>
            </w:r>
            <w:proofErr w:type="spellStart"/>
            <w:r w:rsidRPr="007343A4">
              <w:rPr>
                <w:b/>
                <w:snapToGrid w:val="0"/>
                <w:color w:val="006B54"/>
                <w:sz w:val="22"/>
                <w:lang w:val="en-GB"/>
              </w:rPr>
              <w:t>tú</w:t>
            </w:r>
            <w:proofErr w:type="spellEnd"/>
            <w:r w:rsidRPr="007343A4">
              <w:rPr>
                <w:b/>
                <w:snapToGrid w:val="0"/>
                <w:color w:val="006B54"/>
                <w:sz w:val="22"/>
                <w:lang w:val="en-GB"/>
              </w:rPr>
              <w:t xml:space="preserve"> </w:t>
            </w:r>
            <w:proofErr w:type="spellStart"/>
            <w:r w:rsidRPr="007343A4">
              <w:rPr>
                <w:b/>
                <w:snapToGrid w:val="0"/>
                <w:color w:val="006B54"/>
                <w:sz w:val="22"/>
                <w:lang w:val="en-GB"/>
              </w:rPr>
              <w:t>bainistiú</w:t>
            </w:r>
            <w:proofErr w:type="spellEnd"/>
            <w:r w:rsidRPr="007343A4">
              <w:rPr>
                <w:b/>
                <w:snapToGrid w:val="0"/>
                <w:color w:val="006B54"/>
                <w:sz w:val="22"/>
                <w:lang w:val="en-GB"/>
              </w:rPr>
              <w:t xml:space="preserve"> </w:t>
            </w:r>
            <w:proofErr w:type="spellStart"/>
            <w:r w:rsidRPr="007343A4">
              <w:rPr>
                <w:b/>
                <w:snapToGrid w:val="0"/>
                <w:color w:val="006B54"/>
                <w:sz w:val="22"/>
                <w:lang w:val="en-GB"/>
              </w:rPr>
              <w:t>ar</w:t>
            </w:r>
            <w:proofErr w:type="spellEnd"/>
            <w:r w:rsidRPr="007343A4">
              <w:rPr>
                <w:b/>
                <w:snapToGrid w:val="0"/>
                <w:color w:val="006B54"/>
                <w:sz w:val="22"/>
                <w:lang w:val="en-GB"/>
              </w:rPr>
              <w:t xml:space="preserve"> </w:t>
            </w:r>
            <w:proofErr w:type="spellStart"/>
            <w:r w:rsidRPr="007343A4">
              <w:rPr>
                <w:b/>
                <w:snapToGrid w:val="0"/>
                <w:color w:val="006B54"/>
                <w:sz w:val="22"/>
                <w:lang w:val="en-GB"/>
              </w:rPr>
              <w:t>thosaíochtaí</w:t>
            </w:r>
            <w:proofErr w:type="spellEnd"/>
            <w:r w:rsidRPr="007343A4">
              <w:rPr>
                <w:b/>
                <w:snapToGrid w:val="0"/>
                <w:color w:val="006B54"/>
                <w:sz w:val="22"/>
                <w:lang w:val="en-GB"/>
              </w:rPr>
              <w:t xml:space="preserve"> </w:t>
            </w:r>
            <w:proofErr w:type="spellStart"/>
            <w:r w:rsidRPr="007343A4">
              <w:rPr>
                <w:b/>
                <w:snapToGrid w:val="0"/>
                <w:color w:val="006B54"/>
                <w:sz w:val="22"/>
                <w:lang w:val="en-GB"/>
              </w:rPr>
              <w:t>agus</w:t>
            </w:r>
            <w:proofErr w:type="spellEnd"/>
            <w:r w:rsidRPr="007343A4">
              <w:rPr>
                <w:b/>
                <w:snapToGrid w:val="0"/>
                <w:color w:val="006B54"/>
                <w:sz w:val="22"/>
                <w:lang w:val="en-GB"/>
              </w:rPr>
              <w:t xml:space="preserve"> </w:t>
            </w:r>
            <w:proofErr w:type="spellStart"/>
            <w:r w:rsidRPr="007343A4">
              <w:rPr>
                <w:b/>
                <w:snapToGrid w:val="0"/>
                <w:color w:val="006B54"/>
                <w:sz w:val="22"/>
                <w:lang w:val="en-GB"/>
              </w:rPr>
              <w:t>acmhainní</w:t>
            </w:r>
            <w:proofErr w:type="spellEnd"/>
            <w:r w:rsidRPr="007343A4">
              <w:rPr>
                <w:b/>
                <w:snapToGrid w:val="0"/>
                <w:color w:val="006B54"/>
                <w:sz w:val="22"/>
                <w:lang w:val="en-GB"/>
              </w:rPr>
              <w:t xml:space="preserve">, </w:t>
            </w:r>
            <w:proofErr w:type="spellStart"/>
            <w:r w:rsidRPr="007343A4">
              <w:rPr>
                <w:b/>
                <w:snapToGrid w:val="0"/>
                <w:color w:val="006B54"/>
                <w:sz w:val="22"/>
                <w:lang w:val="en-GB"/>
              </w:rPr>
              <w:t>conas</w:t>
            </w:r>
            <w:proofErr w:type="spellEnd"/>
            <w:r w:rsidRPr="007343A4">
              <w:rPr>
                <w:b/>
                <w:snapToGrid w:val="0"/>
                <w:color w:val="006B54"/>
                <w:sz w:val="22"/>
                <w:lang w:val="en-GB"/>
              </w:rPr>
              <w:t xml:space="preserve"> a </w:t>
            </w:r>
            <w:proofErr w:type="spellStart"/>
            <w:r w:rsidRPr="007343A4">
              <w:rPr>
                <w:b/>
                <w:snapToGrid w:val="0"/>
                <w:color w:val="006B54"/>
                <w:sz w:val="22"/>
                <w:lang w:val="en-GB"/>
              </w:rPr>
              <w:t>rinne</w:t>
            </w:r>
            <w:proofErr w:type="spellEnd"/>
            <w:r w:rsidRPr="007343A4">
              <w:rPr>
                <w:b/>
                <w:snapToGrid w:val="0"/>
                <w:color w:val="006B54"/>
                <w:sz w:val="22"/>
                <w:lang w:val="en-GB"/>
              </w:rPr>
              <w:t xml:space="preserve"> </w:t>
            </w:r>
            <w:proofErr w:type="spellStart"/>
            <w:r w:rsidRPr="007343A4">
              <w:rPr>
                <w:b/>
                <w:snapToGrid w:val="0"/>
                <w:color w:val="006B54"/>
                <w:sz w:val="22"/>
                <w:lang w:val="en-GB"/>
              </w:rPr>
              <w:t>tú</w:t>
            </w:r>
            <w:proofErr w:type="spellEnd"/>
            <w:r w:rsidRPr="007343A4">
              <w:rPr>
                <w:b/>
                <w:snapToGrid w:val="0"/>
                <w:color w:val="006B54"/>
                <w:sz w:val="22"/>
                <w:lang w:val="en-GB"/>
              </w:rPr>
              <w:t xml:space="preserve"> </w:t>
            </w:r>
            <w:proofErr w:type="spellStart"/>
            <w:r w:rsidRPr="007343A4">
              <w:rPr>
                <w:b/>
                <w:snapToGrid w:val="0"/>
                <w:color w:val="006B54"/>
                <w:sz w:val="22"/>
                <w:lang w:val="en-GB"/>
              </w:rPr>
              <w:t>monatóireacht</w:t>
            </w:r>
            <w:proofErr w:type="spellEnd"/>
            <w:r w:rsidRPr="007343A4">
              <w:rPr>
                <w:b/>
                <w:snapToGrid w:val="0"/>
                <w:color w:val="006B54"/>
                <w:sz w:val="22"/>
                <w:lang w:val="en-GB"/>
              </w:rPr>
              <w:t xml:space="preserve"> </w:t>
            </w:r>
            <w:proofErr w:type="spellStart"/>
            <w:r w:rsidRPr="007343A4">
              <w:rPr>
                <w:b/>
                <w:snapToGrid w:val="0"/>
                <w:color w:val="006B54"/>
                <w:sz w:val="22"/>
                <w:lang w:val="en-GB"/>
              </w:rPr>
              <w:t>ar</w:t>
            </w:r>
            <w:proofErr w:type="spellEnd"/>
            <w:r w:rsidRPr="007343A4">
              <w:rPr>
                <w:b/>
                <w:snapToGrid w:val="0"/>
                <w:color w:val="006B54"/>
                <w:sz w:val="22"/>
                <w:lang w:val="en-GB"/>
              </w:rPr>
              <w:t xml:space="preserve"> </w:t>
            </w:r>
            <w:proofErr w:type="spellStart"/>
            <w:r w:rsidRPr="007343A4">
              <w:rPr>
                <w:b/>
                <w:snapToGrid w:val="0"/>
                <w:color w:val="006B54"/>
                <w:sz w:val="22"/>
                <w:lang w:val="en-GB"/>
              </w:rPr>
              <w:t>dhul</w:t>
            </w:r>
            <w:proofErr w:type="spellEnd"/>
            <w:r w:rsidRPr="007343A4">
              <w:rPr>
                <w:b/>
                <w:snapToGrid w:val="0"/>
                <w:color w:val="006B54"/>
                <w:sz w:val="22"/>
                <w:lang w:val="en-GB"/>
              </w:rPr>
              <w:t xml:space="preserve"> chun </w:t>
            </w:r>
            <w:proofErr w:type="spellStart"/>
            <w:r w:rsidRPr="007343A4">
              <w:rPr>
                <w:b/>
                <w:snapToGrid w:val="0"/>
                <w:color w:val="006B54"/>
                <w:sz w:val="22"/>
                <w:lang w:val="en-GB"/>
              </w:rPr>
              <w:t>cinn</w:t>
            </w:r>
            <w:proofErr w:type="spellEnd"/>
            <w:r w:rsidRPr="007343A4">
              <w:rPr>
                <w:b/>
                <w:snapToGrid w:val="0"/>
                <w:color w:val="006B54"/>
                <w:sz w:val="22"/>
                <w:lang w:val="en-GB"/>
              </w:rPr>
              <w:t xml:space="preserve"> </w:t>
            </w:r>
            <w:proofErr w:type="spellStart"/>
            <w:r w:rsidRPr="007343A4">
              <w:rPr>
                <w:b/>
                <w:snapToGrid w:val="0"/>
                <w:color w:val="006B54"/>
                <w:sz w:val="22"/>
                <w:lang w:val="en-GB"/>
              </w:rPr>
              <w:t>agus</w:t>
            </w:r>
            <w:proofErr w:type="spellEnd"/>
            <w:r w:rsidRPr="007343A4">
              <w:rPr>
                <w:b/>
                <w:snapToGrid w:val="0"/>
                <w:color w:val="006B54"/>
                <w:sz w:val="22"/>
                <w:lang w:val="en-GB"/>
              </w:rPr>
              <w:t xml:space="preserve"> </w:t>
            </w:r>
            <w:proofErr w:type="spellStart"/>
            <w:r w:rsidRPr="007343A4">
              <w:rPr>
                <w:b/>
                <w:snapToGrid w:val="0"/>
                <w:color w:val="006B54"/>
                <w:sz w:val="22"/>
                <w:lang w:val="en-GB"/>
              </w:rPr>
              <w:t>conas</w:t>
            </w:r>
            <w:proofErr w:type="spellEnd"/>
            <w:r w:rsidRPr="007343A4">
              <w:rPr>
                <w:b/>
                <w:snapToGrid w:val="0"/>
                <w:color w:val="006B54"/>
                <w:sz w:val="22"/>
                <w:lang w:val="en-GB"/>
              </w:rPr>
              <w:t xml:space="preserve"> a thug </w:t>
            </w:r>
            <w:proofErr w:type="spellStart"/>
            <w:r w:rsidRPr="007343A4">
              <w:rPr>
                <w:b/>
                <w:snapToGrid w:val="0"/>
                <w:color w:val="006B54"/>
                <w:sz w:val="22"/>
                <w:lang w:val="en-GB"/>
              </w:rPr>
              <w:t>tú</w:t>
            </w:r>
            <w:proofErr w:type="spellEnd"/>
            <w:r w:rsidRPr="007343A4">
              <w:rPr>
                <w:b/>
                <w:snapToGrid w:val="0"/>
                <w:color w:val="006B54"/>
                <w:sz w:val="22"/>
                <w:lang w:val="en-GB"/>
              </w:rPr>
              <w:t xml:space="preserve"> </w:t>
            </w:r>
            <w:proofErr w:type="spellStart"/>
            <w:r w:rsidRPr="007343A4">
              <w:rPr>
                <w:b/>
                <w:snapToGrid w:val="0"/>
                <w:color w:val="006B54"/>
                <w:sz w:val="22"/>
                <w:lang w:val="en-GB"/>
              </w:rPr>
              <w:t>aghaidh</w:t>
            </w:r>
            <w:proofErr w:type="spellEnd"/>
            <w:r w:rsidRPr="007343A4">
              <w:rPr>
                <w:b/>
                <w:snapToGrid w:val="0"/>
                <w:color w:val="006B54"/>
                <w:sz w:val="22"/>
                <w:lang w:val="en-GB"/>
              </w:rPr>
              <w:t xml:space="preserve"> </w:t>
            </w:r>
            <w:proofErr w:type="spellStart"/>
            <w:r w:rsidRPr="007343A4">
              <w:rPr>
                <w:b/>
                <w:snapToGrid w:val="0"/>
                <w:color w:val="006B54"/>
                <w:sz w:val="22"/>
                <w:lang w:val="en-GB"/>
              </w:rPr>
              <w:t>ar</w:t>
            </w:r>
            <w:proofErr w:type="spellEnd"/>
            <w:r w:rsidRPr="007343A4">
              <w:rPr>
                <w:b/>
                <w:snapToGrid w:val="0"/>
                <w:color w:val="006B54"/>
                <w:sz w:val="22"/>
                <w:lang w:val="en-GB"/>
              </w:rPr>
              <w:t xml:space="preserve"> </w:t>
            </w:r>
            <w:proofErr w:type="spellStart"/>
            <w:r w:rsidRPr="007343A4">
              <w:rPr>
                <w:b/>
                <w:snapToGrid w:val="0"/>
                <w:color w:val="006B54"/>
                <w:sz w:val="22"/>
                <w:lang w:val="en-GB"/>
              </w:rPr>
              <w:t>rioscaí</w:t>
            </w:r>
            <w:proofErr w:type="spellEnd"/>
            <w:r w:rsidRPr="007343A4">
              <w:rPr>
                <w:b/>
                <w:snapToGrid w:val="0"/>
                <w:color w:val="006B54"/>
                <w:sz w:val="22"/>
                <w:lang w:val="en-GB"/>
              </w:rPr>
              <w:t xml:space="preserve"> </w:t>
            </w:r>
            <w:proofErr w:type="spellStart"/>
            <w:r w:rsidRPr="007343A4">
              <w:rPr>
                <w:b/>
                <w:snapToGrid w:val="0"/>
                <w:color w:val="006B54"/>
                <w:sz w:val="22"/>
                <w:lang w:val="en-GB"/>
              </w:rPr>
              <w:t>nó</w:t>
            </w:r>
            <w:proofErr w:type="spellEnd"/>
            <w:r w:rsidRPr="007343A4">
              <w:rPr>
                <w:b/>
                <w:snapToGrid w:val="0"/>
                <w:color w:val="006B54"/>
                <w:sz w:val="22"/>
                <w:lang w:val="en-GB"/>
              </w:rPr>
              <w:t xml:space="preserve"> </w:t>
            </w:r>
            <w:proofErr w:type="spellStart"/>
            <w:r w:rsidRPr="007343A4">
              <w:rPr>
                <w:b/>
                <w:snapToGrid w:val="0"/>
                <w:color w:val="006B54"/>
                <w:sz w:val="22"/>
                <w:lang w:val="en-GB"/>
              </w:rPr>
              <w:t>saincheisteanna</w:t>
            </w:r>
            <w:proofErr w:type="spellEnd"/>
            <w:r w:rsidRPr="007343A4">
              <w:rPr>
                <w:b/>
                <w:snapToGrid w:val="0"/>
                <w:color w:val="006B54"/>
                <w:sz w:val="22"/>
                <w:lang w:val="en-GB"/>
              </w:rPr>
              <w:t xml:space="preserve"> chun </w:t>
            </w:r>
            <w:proofErr w:type="spellStart"/>
            <w:r w:rsidRPr="007343A4">
              <w:rPr>
                <w:b/>
                <w:snapToGrid w:val="0"/>
                <w:color w:val="006B54"/>
                <w:sz w:val="22"/>
                <w:lang w:val="en-GB"/>
              </w:rPr>
              <w:t>seachadadh</w:t>
            </w:r>
            <w:proofErr w:type="spellEnd"/>
            <w:r w:rsidRPr="007343A4">
              <w:rPr>
                <w:b/>
                <w:snapToGrid w:val="0"/>
                <w:color w:val="006B54"/>
                <w:sz w:val="22"/>
                <w:lang w:val="en-GB"/>
              </w:rPr>
              <w:t xml:space="preserve"> </w:t>
            </w:r>
            <w:proofErr w:type="spellStart"/>
            <w:r w:rsidRPr="007343A4">
              <w:rPr>
                <w:b/>
                <w:snapToGrid w:val="0"/>
                <w:color w:val="006B54"/>
                <w:sz w:val="22"/>
                <w:lang w:val="en-GB"/>
              </w:rPr>
              <w:t>rathúil</w:t>
            </w:r>
            <w:proofErr w:type="spellEnd"/>
            <w:r w:rsidRPr="007343A4">
              <w:rPr>
                <w:b/>
                <w:snapToGrid w:val="0"/>
                <w:color w:val="006B54"/>
                <w:sz w:val="22"/>
                <w:lang w:val="en-GB"/>
              </w:rPr>
              <w:t xml:space="preserve"> a </w:t>
            </w:r>
            <w:proofErr w:type="spellStart"/>
            <w:r w:rsidRPr="007343A4">
              <w:rPr>
                <w:b/>
                <w:snapToGrid w:val="0"/>
                <w:color w:val="006B54"/>
                <w:sz w:val="22"/>
                <w:lang w:val="en-GB"/>
              </w:rPr>
              <w:t>chinntiú</w:t>
            </w:r>
            <w:proofErr w:type="spellEnd"/>
            <w:r w:rsidRPr="007343A4">
              <w:rPr>
                <w:b/>
                <w:snapToGrid w:val="0"/>
                <w:color w:val="006B54"/>
                <w:sz w:val="22"/>
                <w:lang w:val="en-GB"/>
              </w:rPr>
              <w:t>?</w:t>
            </w:r>
            <w:r>
              <w:rPr>
                <w:b/>
                <w:snapToGrid w:val="0"/>
                <w:color w:val="006B54"/>
                <w:sz w:val="22"/>
              </w:rPr>
              <w:t>]</w:t>
            </w:r>
          </w:p>
          <w:p w14:paraId="6F990284" w14:textId="77777777" w:rsidR="007343A4" w:rsidRPr="002875B8" w:rsidRDefault="007343A4" w:rsidP="001400CD">
            <w:pPr>
              <w:rPr>
                <w:b/>
                <w:bCs/>
                <w:snapToGrid w:val="0"/>
                <w:color w:val="006B54"/>
                <w:sz w:val="22"/>
              </w:rPr>
            </w:pPr>
          </w:p>
          <w:p w14:paraId="65BE9527" w14:textId="77777777" w:rsidR="007343A4" w:rsidRPr="002875B8" w:rsidRDefault="007343A4" w:rsidP="001400CD">
            <w:pPr>
              <w:rPr>
                <w:b/>
                <w:bCs/>
                <w:snapToGrid w:val="0"/>
                <w:color w:val="006B54"/>
                <w:sz w:val="22"/>
              </w:rPr>
            </w:pPr>
            <w:r>
              <w:rPr>
                <w:b/>
                <w:snapToGrid w:val="0"/>
                <w:color w:val="006B54"/>
                <w:sz w:val="22"/>
              </w:rPr>
              <w:t>Tabhair sampla sonrach amháin den uair ar léirigh tú scileanna láidre sa réimse seo (350 focal ar a mhéad – d’fhéadfaí thú a dhícháiliú má sháraíonn tú an teorainn seo).</w:t>
            </w:r>
          </w:p>
        </w:tc>
      </w:tr>
      <w:tr w:rsidR="007343A4" w:rsidRPr="002875B8" w14:paraId="3B089AF8" w14:textId="77777777" w:rsidTr="001400CD">
        <w:tc>
          <w:tcPr>
            <w:tcW w:w="10318" w:type="dxa"/>
            <w:tcMar>
              <w:top w:w="100" w:type="dxa"/>
              <w:left w:w="120" w:type="dxa"/>
              <w:bottom w:w="100" w:type="dxa"/>
              <w:right w:w="120" w:type="dxa"/>
            </w:tcMar>
            <w:vAlign w:val="center"/>
          </w:tcPr>
          <w:p w14:paraId="7ACD8F8A" w14:textId="24313359" w:rsidR="007343A4" w:rsidRPr="002875B8" w:rsidRDefault="007343A4" w:rsidP="001400CD">
            <w:pPr>
              <w:rPr>
                <w:snapToGrid w:val="0"/>
                <w:sz w:val="22"/>
              </w:rPr>
            </w:pPr>
            <w:r>
              <w:rPr>
                <w:snapToGrid w:val="0"/>
              </w:rPr>
              <w:br/>
            </w:r>
            <w:r>
              <w:rPr>
                <w:snapToGrid w:val="0"/>
              </w:rPr>
              <w:br/>
            </w:r>
            <w:r>
              <w:rPr>
                <w:snapToGrid w:val="0"/>
              </w:rPr>
              <w:br/>
            </w:r>
          </w:p>
        </w:tc>
      </w:tr>
    </w:tbl>
    <w:tbl>
      <w:tblPr>
        <w:tblW w:w="0" w:type="auto"/>
        <w:jc w:val="center"/>
        <w:tblLook w:val="04A0" w:firstRow="1" w:lastRow="0" w:firstColumn="1" w:lastColumn="0" w:noHBand="0" w:noVBand="1"/>
      </w:tblPr>
      <w:tblGrid>
        <w:gridCol w:w="5159"/>
        <w:gridCol w:w="5159"/>
      </w:tblGrid>
      <w:tr w:rsidR="00CF648B" w:rsidRPr="002875B8" w14:paraId="17380A49" w14:textId="77777777" w:rsidTr="3F9B9FB5">
        <w:trPr>
          <w:jc w:val="center"/>
        </w:trPr>
        <w:tc>
          <w:tcPr>
            <w:tcW w:w="5159" w:type="dxa"/>
            <w:tcMar>
              <w:top w:w="100" w:type="dxa"/>
              <w:left w:w="120" w:type="dxa"/>
              <w:bottom w:w="100" w:type="dxa"/>
              <w:right w:w="120" w:type="dxa"/>
            </w:tcMar>
            <w:vAlign w:val="center"/>
          </w:tcPr>
          <w:p w14:paraId="512775C0" w14:textId="6E191AE1" w:rsidR="00CF648B" w:rsidRPr="002875B8" w:rsidRDefault="00DC0437" w:rsidP="3F9B9FB5">
            <w:pPr>
              <w:spacing w:after="0"/>
              <w:rPr>
                <w:b/>
                <w:bCs/>
                <w:snapToGrid w:val="0"/>
                <w:color w:val="006B54"/>
                <w:sz w:val="24"/>
                <w:szCs w:val="24"/>
              </w:rPr>
            </w:pPr>
            <w:r>
              <w:rPr>
                <w:b/>
                <w:snapToGrid w:val="0"/>
                <w:color w:val="006B54"/>
                <w:sz w:val="24"/>
              </w:rPr>
              <w:lastRenderedPageBreak/>
              <w:t>Foirm Iarratais Fostaíochta</w:t>
            </w:r>
          </w:p>
        </w:tc>
        <w:tc>
          <w:tcPr>
            <w:tcW w:w="5159" w:type="dxa"/>
            <w:tcMar>
              <w:top w:w="100" w:type="dxa"/>
              <w:left w:w="120" w:type="dxa"/>
              <w:bottom w:w="100" w:type="dxa"/>
              <w:right w:w="120" w:type="dxa"/>
            </w:tcMar>
            <w:vAlign w:val="center"/>
          </w:tcPr>
          <w:p w14:paraId="0AD9C6F4" w14:textId="23CBB2E3" w:rsidR="00CF648B" w:rsidRPr="002875B8" w:rsidRDefault="00CF648B">
            <w:pPr>
              <w:jc w:val="right"/>
              <w:rPr>
                <w:snapToGrid w:val="0"/>
              </w:rPr>
            </w:pPr>
          </w:p>
        </w:tc>
      </w:tr>
    </w:tbl>
    <w:p w14:paraId="7601D09C" w14:textId="7236F84D" w:rsidR="00CF648B" w:rsidRPr="002875B8" w:rsidRDefault="00DC0437">
      <w:pPr>
        <w:spacing w:before="500"/>
        <w:rPr>
          <w:snapToGrid w:val="0"/>
        </w:rPr>
      </w:pPr>
      <w:r>
        <w:rPr>
          <w:b/>
          <w:snapToGrid w:val="0"/>
          <w:color w:val="006B54"/>
        </w:rPr>
        <w:t>Is fostóir comhdheiseanna é Fáilte Ireland agus tá sé tiomanta d’ionad oibre cuimsitheach a chothú a bhfuil meas aige ar éagsúlacht an lucht saothair agus a bhaineann leas as an éagsúlacht sin. Molaimid duit teagmháil dhíreach a dhéanamh ag recruitment@failteireland.ie má theastaíonn cúnamh nó cóiríocht réasúnta uait le linn an phróisis earcaíochta.</w:t>
      </w:r>
    </w:p>
    <w:tbl>
      <w:tblPr>
        <w:tblW w:w="0" w:type="auto"/>
        <w:jc w:val="center"/>
        <w:tblLook w:val="04A0" w:firstRow="1" w:lastRow="0" w:firstColumn="1" w:lastColumn="0" w:noHBand="0" w:noVBand="1"/>
      </w:tblPr>
      <w:tblGrid>
        <w:gridCol w:w="10318"/>
      </w:tblGrid>
      <w:tr w:rsidR="00CF648B" w:rsidRPr="002875B8"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2875B8" w:rsidRDefault="00DC0437">
            <w:pPr>
              <w:spacing w:after="0"/>
              <w:rPr>
                <w:snapToGrid w:val="0"/>
              </w:rPr>
            </w:pPr>
            <w:r>
              <w:rPr>
                <w:b/>
                <w:snapToGrid w:val="0"/>
                <w:color w:val="FFFFFF"/>
                <w:sz w:val="22"/>
              </w:rPr>
              <w:t>DEARBHÚ</w:t>
            </w:r>
          </w:p>
        </w:tc>
      </w:tr>
    </w:tbl>
    <w:p w14:paraId="4B1F511A" w14:textId="77777777" w:rsidR="00CF648B" w:rsidRPr="002875B8" w:rsidRDefault="00CF648B">
      <w:pPr>
        <w:spacing w:after="0"/>
        <w:rPr>
          <w:snapToGrid w:val="0"/>
        </w:rPr>
      </w:pPr>
    </w:p>
    <w:p w14:paraId="31092D24" w14:textId="77777777" w:rsidR="002875B8" w:rsidRPr="002875B8" w:rsidRDefault="00DC0437" w:rsidP="002875B8">
      <w:pPr>
        <w:spacing w:after="0"/>
        <w:rPr>
          <w:snapToGrid w:val="0"/>
        </w:rPr>
      </w:pPr>
      <w:r>
        <w:rPr>
          <w:snapToGrid w:val="0"/>
        </w:rPr>
        <w:t>Dearbhaím, tríd an bhfoirm iarratais seo a chur isteach, go bhfuil na sonraí thuasluaite iomlán agus cruinn, chomh fada agus is eol dom agus mar a chreidim, agus tugaim toiliú go n-úsáidfear mo shonraí pearsanta chun m’iarratas fostaíochta a phróiseáil.</w:t>
      </w:r>
    </w:p>
    <w:p w14:paraId="11613342" w14:textId="48157D9E" w:rsidR="00CF648B" w:rsidRPr="002875B8" w:rsidRDefault="00DC0437" w:rsidP="002875B8">
      <w:pPr>
        <w:spacing w:after="0"/>
        <w:rPr>
          <w:snapToGrid w:val="0"/>
        </w:rPr>
      </w:pPr>
      <w:r>
        <w:rPr>
          <w:snapToGrid w:val="0"/>
        </w:rPr>
        <w:br/>
        <w:t>Beidh aon iarrthóir a bhfaighfear amach gur thug sé/sí faisnéis bhréagach go feasach, nó gur cheil sé/sí aon fhíoras ábhartha d’aon ghnó, faoi dhliteanas dícháilithe, nó, má cheaptar é/í, d’fhéadfaí é/í a dhífhostú.</w:t>
      </w:r>
    </w:p>
    <w:tbl>
      <w:tblPr>
        <w:tblStyle w:val="TableGrid"/>
        <w:tblW w:w="0" w:type="auto"/>
        <w:tblLook w:val="04A0" w:firstRow="1" w:lastRow="0" w:firstColumn="1" w:lastColumn="0" w:noHBand="0" w:noVBand="1"/>
      </w:tblPr>
      <w:tblGrid>
        <w:gridCol w:w="5154"/>
        <w:gridCol w:w="5154"/>
      </w:tblGrid>
      <w:tr w:rsidR="00CF648B" w:rsidRPr="002875B8"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2875B8" w:rsidRDefault="00DC0437">
            <w:pPr>
              <w:rPr>
                <w:snapToGrid w:val="0"/>
              </w:rPr>
            </w:pPr>
            <w:r>
              <w:rPr>
                <w:b/>
                <w:snapToGrid w:val="0"/>
                <w:color w:val="006B54"/>
              </w:rPr>
              <w:t>Síniú:</w:t>
            </w:r>
          </w:p>
        </w:tc>
        <w:tc>
          <w:tcPr>
            <w:tcW w:w="5159" w:type="dxa"/>
            <w:shd w:val="clear" w:color="auto" w:fill="DDEFE8"/>
            <w:tcMar>
              <w:top w:w="100" w:type="dxa"/>
              <w:left w:w="120" w:type="dxa"/>
              <w:bottom w:w="100" w:type="dxa"/>
              <w:right w:w="120" w:type="dxa"/>
            </w:tcMar>
            <w:vAlign w:val="center"/>
          </w:tcPr>
          <w:p w14:paraId="3101716D" w14:textId="77777777" w:rsidR="00CF648B" w:rsidRPr="002875B8" w:rsidRDefault="00DC0437">
            <w:pPr>
              <w:rPr>
                <w:snapToGrid w:val="0"/>
              </w:rPr>
            </w:pPr>
            <w:r>
              <w:rPr>
                <w:b/>
                <w:snapToGrid w:val="0"/>
                <w:color w:val="006B54"/>
              </w:rPr>
              <w:t>Dáta:</w:t>
            </w:r>
          </w:p>
        </w:tc>
      </w:tr>
      <w:tr w:rsidR="00CF648B" w:rsidRPr="002875B8" w14:paraId="65F9C3DC" w14:textId="77777777">
        <w:tc>
          <w:tcPr>
            <w:tcW w:w="5159" w:type="dxa"/>
            <w:tcMar>
              <w:top w:w="100" w:type="dxa"/>
              <w:left w:w="120" w:type="dxa"/>
              <w:bottom w:w="100" w:type="dxa"/>
              <w:right w:w="120" w:type="dxa"/>
            </w:tcMar>
            <w:vAlign w:val="center"/>
          </w:tcPr>
          <w:p w14:paraId="327E1418" w14:textId="77777777" w:rsidR="002875B8" w:rsidRPr="002875B8" w:rsidRDefault="002875B8">
            <w:pPr>
              <w:rPr>
                <w:snapToGrid w:val="0"/>
                <w:color w:val="000000"/>
              </w:rPr>
            </w:pPr>
          </w:p>
          <w:p w14:paraId="5023141B" w14:textId="29D59F08" w:rsidR="00CF648B" w:rsidRPr="002875B8" w:rsidRDefault="00CF648B">
            <w:pPr>
              <w:rPr>
                <w:snapToGrid w:val="0"/>
              </w:rPr>
            </w:pPr>
          </w:p>
        </w:tc>
        <w:tc>
          <w:tcPr>
            <w:tcW w:w="5159" w:type="dxa"/>
            <w:tcMar>
              <w:top w:w="100" w:type="dxa"/>
              <w:left w:w="120" w:type="dxa"/>
              <w:bottom w:w="100" w:type="dxa"/>
              <w:right w:w="120" w:type="dxa"/>
            </w:tcMar>
            <w:vAlign w:val="center"/>
          </w:tcPr>
          <w:p w14:paraId="33BB947C" w14:textId="77777777" w:rsidR="002875B8" w:rsidRPr="002875B8" w:rsidRDefault="002875B8">
            <w:pPr>
              <w:rPr>
                <w:snapToGrid w:val="0"/>
                <w:color w:val="000000"/>
              </w:rPr>
            </w:pPr>
          </w:p>
          <w:p w14:paraId="1F3B1409" w14:textId="3E3C24BA" w:rsidR="00CF648B" w:rsidRPr="002875B8" w:rsidRDefault="00CF648B">
            <w:pPr>
              <w:rPr>
                <w:snapToGrid w:val="0"/>
              </w:rPr>
            </w:pPr>
          </w:p>
        </w:tc>
      </w:tr>
    </w:tbl>
    <w:p w14:paraId="12AD40EC" w14:textId="77777777" w:rsidR="00DC0437" w:rsidRPr="002875B8" w:rsidRDefault="00DC0437">
      <w:pPr>
        <w:rPr>
          <w:snapToGrid w:val="0"/>
        </w:rPr>
      </w:pPr>
    </w:p>
    <w:sectPr w:rsidR="00DC0437" w:rsidRPr="002875B8"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DE288" w14:textId="77777777" w:rsidR="00355980" w:rsidRDefault="00355980" w:rsidP="00986640">
      <w:pPr>
        <w:spacing w:after="0" w:line="240" w:lineRule="auto"/>
      </w:pPr>
      <w:r>
        <w:separator/>
      </w:r>
    </w:p>
  </w:endnote>
  <w:endnote w:type="continuationSeparator" w:id="0">
    <w:p w14:paraId="0F116195" w14:textId="77777777" w:rsidR="00355980" w:rsidRDefault="00355980"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1185FD66" w:rsidR="00936385" w:rsidRDefault="009363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01255DA4" w:rsidR="00936385" w:rsidRDefault="00936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1E997B8C" w:rsidR="00936385" w:rsidRDefault="009363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CB0A3" w14:textId="77777777" w:rsidR="00355980" w:rsidRDefault="00355980" w:rsidP="00986640">
      <w:pPr>
        <w:spacing w:after="0" w:line="240" w:lineRule="auto"/>
      </w:pPr>
      <w:r>
        <w:separator/>
      </w:r>
    </w:p>
  </w:footnote>
  <w:footnote w:type="continuationSeparator" w:id="0">
    <w:p w14:paraId="01DDA36F" w14:textId="77777777" w:rsidR="00355980" w:rsidRDefault="00355980" w:rsidP="00986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3358FB"/>
    <w:multiLevelType w:val="hybridMultilevel"/>
    <w:tmpl w:val="C86A21D2"/>
    <w:lvl w:ilvl="0" w:tplc="D1CCF41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EC3924"/>
    <w:multiLevelType w:val="hybridMultilevel"/>
    <w:tmpl w:val="C5780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5210991">
    <w:abstractNumId w:val="5"/>
  </w:num>
  <w:num w:numId="2" w16cid:durableId="1034231460">
    <w:abstractNumId w:val="1"/>
  </w:num>
  <w:num w:numId="3" w16cid:durableId="1154683843">
    <w:abstractNumId w:val="4"/>
  </w:num>
  <w:num w:numId="4" w16cid:durableId="314720848">
    <w:abstractNumId w:val="6"/>
  </w:num>
  <w:num w:numId="5" w16cid:durableId="461777943">
    <w:abstractNumId w:val="7"/>
  </w:num>
  <w:num w:numId="6" w16cid:durableId="606080213">
    <w:abstractNumId w:val="2"/>
  </w:num>
  <w:num w:numId="7" w16cid:durableId="640043888">
    <w:abstractNumId w:val="3"/>
  </w:num>
  <w:num w:numId="8" w16cid:durableId="830413564">
    <w:abstractNumId w:val="0"/>
  </w:num>
  <w:num w:numId="9" w16cid:durableId="948002552">
    <w:abstractNumId w:val="8"/>
  </w:num>
  <w:num w:numId="10" w16cid:durableId="574046359">
    <w:abstractNumId w:val="10"/>
  </w:num>
  <w:num w:numId="11" w16cid:durableId="7017060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A0C6"/>
    <w:rsid w:val="000103F5"/>
    <w:rsid w:val="00034616"/>
    <w:rsid w:val="0006063C"/>
    <w:rsid w:val="000A3F83"/>
    <w:rsid w:val="0015074B"/>
    <w:rsid w:val="0017102D"/>
    <w:rsid w:val="00197D4A"/>
    <w:rsid w:val="0028111E"/>
    <w:rsid w:val="00284D82"/>
    <w:rsid w:val="002875B8"/>
    <w:rsid w:val="0029639D"/>
    <w:rsid w:val="002B76FE"/>
    <w:rsid w:val="002E779C"/>
    <w:rsid w:val="00326F90"/>
    <w:rsid w:val="00355980"/>
    <w:rsid w:val="00355FC1"/>
    <w:rsid w:val="00384C07"/>
    <w:rsid w:val="003C1B4F"/>
    <w:rsid w:val="003D26C9"/>
    <w:rsid w:val="00401DDE"/>
    <w:rsid w:val="004909F5"/>
    <w:rsid w:val="004D5A6C"/>
    <w:rsid w:val="005C5286"/>
    <w:rsid w:val="006417D8"/>
    <w:rsid w:val="006D710E"/>
    <w:rsid w:val="006D7F69"/>
    <w:rsid w:val="007343A4"/>
    <w:rsid w:val="00801C7D"/>
    <w:rsid w:val="00856EC6"/>
    <w:rsid w:val="00895F3E"/>
    <w:rsid w:val="008A6B23"/>
    <w:rsid w:val="00936385"/>
    <w:rsid w:val="009611D8"/>
    <w:rsid w:val="00986640"/>
    <w:rsid w:val="009A5BC9"/>
    <w:rsid w:val="00A407C0"/>
    <w:rsid w:val="00AA1D8D"/>
    <w:rsid w:val="00B17405"/>
    <w:rsid w:val="00B47730"/>
    <w:rsid w:val="00B622DB"/>
    <w:rsid w:val="00BE7C58"/>
    <w:rsid w:val="00C406A3"/>
    <w:rsid w:val="00CA08DD"/>
    <w:rsid w:val="00CB0664"/>
    <w:rsid w:val="00CE413A"/>
    <w:rsid w:val="00CF648B"/>
    <w:rsid w:val="00D5467F"/>
    <w:rsid w:val="00D77FD0"/>
    <w:rsid w:val="00DB0165"/>
    <w:rsid w:val="00DC0437"/>
    <w:rsid w:val="00E04701"/>
    <w:rsid w:val="00E324B3"/>
    <w:rsid w:val="00E5E8ED"/>
    <w:rsid w:val="00F00A8A"/>
    <w:rsid w:val="00F37F2A"/>
    <w:rsid w:val="00FB29CE"/>
    <w:rsid w:val="00FC693F"/>
    <w:rsid w:val="01C9DF74"/>
    <w:rsid w:val="01DDCBF1"/>
    <w:rsid w:val="01FF7788"/>
    <w:rsid w:val="0401B485"/>
    <w:rsid w:val="06815B54"/>
    <w:rsid w:val="07918B2D"/>
    <w:rsid w:val="079E254E"/>
    <w:rsid w:val="0827A3FD"/>
    <w:rsid w:val="08E786A4"/>
    <w:rsid w:val="09AF46E9"/>
    <w:rsid w:val="0A757EF4"/>
    <w:rsid w:val="0B6AC276"/>
    <w:rsid w:val="0C3DBE16"/>
    <w:rsid w:val="0CA17B4D"/>
    <w:rsid w:val="0E0B2D8C"/>
    <w:rsid w:val="0EC274A6"/>
    <w:rsid w:val="0F3E9B6D"/>
    <w:rsid w:val="0FE75AE6"/>
    <w:rsid w:val="101E7EA2"/>
    <w:rsid w:val="115824B7"/>
    <w:rsid w:val="11679F93"/>
    <w:rsid w:val="11D69E31"/>
    <w:rsid w:val="132D9D11"/>
    <w:rsid w:val="13F1FC16"/>
    <w:rsid w:val="14C248F9"/>
    <w:rsid w:val="15A94643"/>
    <w:rsid w:val="15E85AB5"/>
    <w:rsid w:val="16FF0ADD"/>
    <w:rsid w:val="17F23BF3"/>
    <w:rsid w:val="17FD0D3F"/>
    <w:rsid w:val="1A23DD4F"/>
    <w:rsid w:val="1AB5EDCD"/>
    <w:rsid w:val="1AFA1D20"/>
    <w:rsid w:val="1B3CF71D"/>
    <w:rsid w:val="1B677B44"/>
    <w:rsid w:val="1BA754B1"/>
    <w:rsid w:val="1BCE9C7D"/>
    <w:rsid w:val="1C396CE4"/>
    <w:rsid w:val="1E562961"/>
    <w:rsid w:val="207C565F"/>
    <w:rsid w:val="20BDE663"/>
    <w:rsid w:val="221A60E2"/>
    <w:rsid w:val="22A118FD"/>
    <w:rsid w:val="23A490E6"/>
    <w:rsid w:val="25078651"/>
    <w:rsid w:val="25A21460"/>
    <w:rsid w:val="26EF283E"/>
    <w:rsid w:val="273081F2"/>
    <w:rsid w:val="28B1BD14"/>
    <w:rsid w:val="28DEBC17"/>
    <w:rsid w:val="29892BCE"/>
    <w:rsid w:val="298FE48A"/>
    <w:rsid w:val="29B2D129"/>
    <w:rsid w:val="29BE5DFB"/>
    <w:rsid w:val="29D4D5B5"/>
    <w:rsid w:val="2BCA7865"/>
    <w:rsid w:val="2D79AA27"/>
    <w:rsid w:val="2EB80B06"/>
    <w:rsid w:val="2F6387FC"/>
    <w:rsid w:val="2FC3A388"/>
    <w:rsid w:val="303316B4"/>
    <w:rsid w:val="31D615F5"/>
    <w:rsid w:val="32004DDB"/>
    <w:rsid w:val="321C6976"/>
    <w:rsid w:val="328C74C2"/>
    <w:rsid w:val="32AFCF4A"/>
    <w:rsid w:val="3373E81D"/>
    <w:rsid w:val="33D127F8"/>
    <w:rsid w:val="33DA5CE5"/>
    <w:rsid w:val="3443A52E"/>
    <w:rsid w:val="35C51DF9"/>
    <w:rsid w:val="36CC93D1"/>
    <w:rsid w:val="36FDABA9"/>
    <w:rsid w:val="387F2E4D"/>
    <w:rsid w:val="395C151E"/>
    <w:rsid w:val="3A1C530A"/>
    <w:rsid w:val="3AB6485F"/>
    <w:rsid w:val="3B66DFB0"/>
    <w:rsid w:val="3ECACC6A"/>
    <w:rsid w:val="3F51EFF0"/>
    <w:rsid w:val="3F9B9FB5"/>
    <w:rsid w:val="404DC74A"/>
    <w:rsid w:val="40DF607A"/>
    <w:rsid w:val="41AE233F"/>
    <w:rsid w:val="43A33EEE"/>
    <w:rsid w:val="466D8BE0"/>
    <w:rsid w:val="46AA4338"/>
    <w:rsid w:val="4940B131"/>
    <w:rsid w:val="4A32AAFC"/>
    <w:rsid w:val="4D0F6964"/>
    <w:rsid w:val="4EE25D66"/>
    <w:rsid w:val="4EE803E2"/>
    <w:rsid w:val="4F44EAE2"/>
    <w:rsid w:val="4F76FF56"/>
    <w:rsid w:val="4F84C81D"/>
    <w:rsid w:val="4F8D2244"/>
    <w:rsid w:val="50CE9526"/>
    <w:rsid w:val="50F7D97F"/>
    <w:rsid w:val="5108E578"/>
    <w:rsid w:val="51AEC22F"/>
    <w:rsid w:val="52D680A9"/>
    <w:rsid w:val="52F5152A"/>
    <w:rsid w:val="531A3AB0"/>
    <w:rsid w:val="542FF2A0"/>
    <w:rsid w:val="55193DFD"/>
    <w:rsid w:val="5585F02F"/>
    <w:rsid w:val="567AE7AB"/>
    <w:rsid w:val="568FEB65"/>
    <w:rsid w:val="56EAF618"/>
    <w:rsid w:val="57410230"/>
    <w:rsid w:val="576819B8"/>
    <w:rsid w:val="57AAC996"/>
    <w:rsid w:val="5816CB99"/>
    <w:rsid w:val="58D494A6"/>
    <w:rsid w:val="58D62EEF"/>
    <w:rsid w:val="5C09367A"/>
    <w:rsid w:val="5C3504FC"/>
    <w:rsid w:val="5C70DDE6"/>
    <w:rsid w:val="5D29FD70"/>
    <w:rsid w:val="609D24A0"/>
    <w:rsid w:val="61E274A4"/>
    <w:rsid w:val="61F8660C"/>
    <w:rsid w:val="629958E2"/>
    <w:rsid w:val="62A7561B"/>
    <w:rsid w:val="650A679B"/>
    <w:rsid w:val="6764C63C"/>
    <w:rsid w:val="68EC88EC"/>
    <w:rsid w:val="6A77725C"/>
    <w:rsid w:val="6B13AFB4"/>
    <w:rsid w:val="6B3F1702"/>
    <w:rsid w:val="6BBD0937"/>
    <w:rsid w:val="6C7D987E"/>
    <w:rsid w:val="6CFBBD37"/>
    <w:rsid w:val="6ED6B7DF"/>
    <w:rsid w:val="6FD06E31"/>
    <w:rsid w:val="701762CF"/>
    <w:rsid w:val="703988AF"/>
    <w:rsid w:val="7041137D"/>
    <w:rsid w:val="7071C86B"/>
    <w:rsid w:val="7214D00B"/>
    <w:rsid w:val="725ADC84"/>
    <w:rsid w:val="72D98808"/>
    <w:rsid w:val="72DA18AC"/>
    <w:rsid w:val="737BE5E7"/>
    <w:rsid w:val="73947E00"/>
    <w:rsid w:val="766D1AC1"/>
    <w:rsid w:val="76CA788B"/>
    <w:rsid w:val="77F04DC3"/>
    <w:rsid w:val="78A28CC0"/>
    <w:rsid w:val="79904713"/>
    <w:rsid w:val="7A28EFE1"/>
    <w:rsid w:val="7A5352C1"/>
    <w:rsid w:val="7A62AF76"/>
    <w:rsid w:val="7BB14BCE"/>
    <w:rsid w:val="7CCEFF0D"/>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ga-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9"/>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http://schemas.openxmlformats.org/officeDocument/2006/bibliography" xmlns:b="http://schemas.openxmlformats.org/officeDocument/2006/bibliography" xmlns:star_td="http://www.star-group.net/schemas/transit/filters/textdata" SelectedStyle="/APA.XSL" StyleName="APA"/>
</file>

<file path=customXml/itemProps1.xml><?xml version="1.0" encoding="utf-8"?>
<ds:datastoreItem xmlns:ds="http://schemas.openxmlformats.org/officeDocument/2006/customXml" ds:itemID="{8C5C6CA0-81D8-4640-A932-18BCBCD15CFD}">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02791A9-14FB-4BE9-8B69-7CDE47922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33E093-C67B-43F0-ABCD-94FD86ACC938}">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1542</Words>
  <Characters>8791</Characters>
  <Application>Microsoft Office Word</Application>
  <DocSecurity>0</DocSecurity>
  <Lines>73</Lines>
  <Paragraphs>20</Paragraphs>
  <ScaleCrop>false</ScaleCrop>
  <Manager/>
  <Company/>
  <LinksUpToDate>false</LinksUpToDate>
  <CharactersWithSpaces>10313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32</cp:revision>
  <dcterms:created xsi:type="dcterms:W3CDTF">2026-10-28T07:50:00Z</dcterms:created>
  <dcterms:modified xsi:type="dcterms:W3CDTF">2026-11-02T12:16:00Z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7ba567-9985-4881-9d60-f0801f75e5ee_Enabled">
    <vt:lpwstr>true</vt:lpwstr>
  </property>
  <property fmtid="{D5CDD505-2E9C-101B-9397-08002B2CF9AE}" pid="3" name="MSIP_Label_337ba567-9985-4881-9d60-f0801f75e5ee_SetDate">
    <vt:lpwstr>2026-10-28T07:50:53Z</vt:lpwstr>
  </property>
  <property fmtid="{D5CDD505-2E9C-101B-9397-08002B2CF9AE}" pid="4" name="MSIP_Label_337ba567-9985-4881-9d60-f0801f75e5ee_Method">
    <vt:lpwstr>Privileged</vt:lpwstr>
  </property>
  <property fmtid="{D5CDD505-2E9C-101B-9397-08002B2CF9AE}" pid="5" name="MSIP_Label_337ba567-9985-4881-9d60-f0801f75e5ee_Name">
    <vt:lpwstr>Public</vt:lpwstr>
  </property>
  <property fmtid="{D5CDD505-2E9C-101B-9397-08002B2CF9AE}" pid="6" name="MSIP_Label_337ba567-9985-4881-9d60-f0801f75e5ee_SiteId">
    <vt:lpwstr>caebc2d2-83f5-4f60-b6db-8273d5335aad</vt:lpwstr>
  </property>
  <property fmtid="{D5CDD505-2E9C-101B-9397-08002B2CF9AE}" pid="7" name="MSIP_Label_337ba567-9985-4881-9d60-f0801f75e5ee_ActionId">
    <vt:lpwstr>dd9c8b8f-1d03-4170-a255-a0cf66e830ca</vt:lpwstr>
  </property>
  <property fmtid="{D5CDD505-2E9C-101B-9397-08002B2CF9AE}" pid="8" name="MSIP_Label_337ba567-9985-4881-9d60-f0801f75e5ee_ContentBits">
    <vt:lpwstr>0</vt:lpwstr>
  </property>
  <property fmtid="{D5CDD505-2E9C-101B-9397-08002B2CF9AE}" pid="9" name="MSIP_Label_337ba567-9985-4881-9d60-f0801f75e5ee_Tag">
    <vt:lpwstr>10, 0, 1, 2</vt:lpwstr>
  </property>
  <property fmtid="{D5CDD505-2E9C-101B-9397-08002B2CF9AE}" pid="10" name="ContentTypeId">
    <vt:lpwstr>0x0101006096F1EF16152B4ABAB7A366295D5EEE</vt:lpwstr>
  </property>
  <property fmtid="{D5CDD505-2E9C-101B-9397-08002B2CF9AE}" pid="11" name="docLang">
    <vt:lpwstr>ga</vt:lpwstr>
  </property>
  <property fmtid="{D5CDD505-2E9C-101B-9397-08002B2CF9AE}" pid="12" name="MediaServiceImageTags">
    <vt:lpwstr/>
  </property>
</Properties>
</file>