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rsidRPr="001A4E91"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Pr="001A4E91" w:rsidRDefault="00DC0437" w:rsidP="3F9B9FB5">
            <w:pPr>
              <w:spacing w:after="0"/>
              <w:rPr>
                <w:rFonts w:ascii="Aptos" w:hAnsi="Aptos"/>
                <w:b/>
                <w:bCs/>
                <w:color w:val="006B54"/>
                <w:sz w:val="24"/>
                <w:szCs w:val="24"/>
              </w:rPr>
            </w:pPr>
            <w:r w:rsidRPr="001A4E91">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Pr="001A4E91" w:rsidRDefault="00CF648B">
            <w:pPr>
              <w:jc w:val="right"/>
              <w:rPr>
                <w:rFonts w:ascii="Aptos" w:hAnsi="Aptos"/>
              </w:rPr>
            </w:pPr>
          </w:p>
        </w:tc>
      </w:tr>
    </w:tbl>
    <w:tbl>
      <w:tblPr>
        <w:tblStyle w:val="TableGrid"/>
        <w:tblW w:w="10308" w:type="dxa"/>
        <w:tblLook w:val="04A0" w:firstRow="1" w:lastRow="0" w:firstColumn="1" w:lastColumn="0" w:noHBand="0" w:noVBand="1"/>
      </w:tblPr>
      <w:tblGrid>
        <w:gridCol w:w="6091"/>
        <w:gridCol w:w="4217"/>
      </w:tblGrid>
      <w:tr w:rsidR="00CF648B" w:rsidRPr="001A4E91" w14:paraId="27B27951" w14:textId="77777777" w:rsidTr="437BC99B">
        <w:trPr>
          <w:trHeight w:val="300"/>
        </w:trPr>
        <w:tc>
          <w:tcPr>
            <w:tcW w:w="10308" w:type="dxa"/>
            <w:gridSpan w:val="2"/>
            <w:shd w:val="clear" w:color="auto" w:fill="DDEFE8"/>
            <w:tcMar>
              <w:top w:w="100" w:type="dxa"/>
              <w:left w:w="120" w:type="dxa"/>
              <w:bottom w:w="100" w:type="dxa"/>
              <w:right w:w="120" w:type="dxa"/>
            </w:tcMar>
            <w:vAlign w:val="center"/>
          </w:tcPr>
          <w:p w14:paraId="1F7D8BBD" w14:textId="77777777" w:rsidR="00CF648B" w:rsidRPr="001A4E91" w:rsidRDefault="00DC0437">
            <w:pPr>
              <w:rPr>
                <w:rFonts w:ascii="Aptos" w:hAnsi="Aptos"/>
                <w:sz w:val="20"/>
                <w:szCs w:val="20"/>
              </w:rPr>
            </w:pPr>
            <w:r w:rsidRPr="001A4E91">
              <w:rPr>
                <w:rFonts w:ascii="Aptos" w:hAnsi="Aptos"/>
                <w:b/>
                <w:color w:val="006B54"/>
                <w:sz w:val="20"/>
                <w:szCs w:val="20"/>
              </w:rPr>
              <w:t>Position Applied For:</w:t>
            </w:r>
          </w:p>
        </w:tc>
      </w:tr>
      <w:tr w:rsidR="00CF648B" w:rsidRPr="001A4E91" w14:paraId="5A39BBE3" w14:textId="77777777" w:rsidTr="437BC99B">
        <w:trPr>
          <w:trHeight w:val="300"/>
        </w:trPr>
        <w:tc>
          <w:tcPr>
            <w:tcW w:w="10308" w:type="dxa"/>
            <w:gridSpan w:val="2"/>
            <w:tcMar>
              <w:top w:w="100" w:type="dxa"/>
              <w:left w:w="120" w:type="dxa"/>
              <w:bottom w:w="100" w:type="dxa"/>
              <w:right w:w="120" w:type="dxa"/>
            </w:tcMar>
            <w:vAlign w:val="center"/>
          </w:tcPr>
          <w:p w14:paraId="41C8F396" w14:textId="61EBD60B" w:rsidR="00CF648B" w:rsidRPr="00D92A8F" w:rsidRDefault="00C67B76" w:rsidP="00204135">
            <w:pPr>
              <w:rPr>
                <w:rFonts w:ascii="Aptos" w:eastAsia="Arial" w:hAnsi="Aptos" w:cs="Arial"/>
                <w:color w:val="000000" w:themeColor="text1"/>
                <w:sz w:val="20"/>
                <w:szCs w:val="20"/>
              </w:rPr>
            </w:pPr>
            <w:r w:rsidRPr="00C67B76">
              <w:rPr>
                <w:rFonts w:ascii="Aptos" w:eastAsia="Arial" w:hAnsi="Aptos" w:cs="Arial"/>
                <w:b/>
                <w:bCs/>
                <w:color w:val="000000" w:themeColor="text1"/>
                <w:sz w:val="20"/>
                <w:szCs w:val="20"/>
              </w:rPr>
              <w:t>Support, Product and Regional Development Wild Atlantic Way (Temporary, part time)</w:t>
            </w:r>
          </w:p>
        </w:tc>
      </w:tr>
      <w:tr w:rsidR="00CF648B" w:rsidRPr="001A4E91" w14:paraId="5C4879D2" w14:textId="77777777" w:rsidTr="437BC99B">
        <w:trPr>
          <w:trHeight w:val="300"/>
        </w:trPr>
        <w:tc>
          <w:tcPr>
            <w:tcW w:w="6091" w:type="dxa"/>
            <w:shd w:val="clear" w:color="auto" w:fill="DDEFE8"/>
            <w:tcMar>
              <w:top w:w="100" w:type="dxa"/>
              <w:left w:w="120" w:type="dxa"/>
              <w:bottom w:w="100" w:type="dxa"/>
              <w:right w:w="120" w:type="dxa"/>
            </w:tcMar>
            <w:vAlign w:val="center"/>
          </w:tcPr>
          <w:p w14:paraId="1C75BF29" w14:textId="0D9D722C"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 xml:space="preserve">Preferred Location </w:t>
            </w:r>
          </w:p>
          <w:p w14:paraId="7B9C589C" w14:textId="16F2239A"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(Please select up to a maximum of 2 locations)</w:t>
            </w:r>
          </w:p>
          <w:p w14:paraId="454B23F8" w14:textId="73F81628" w:rsidR="00CF648B" w:rsidRPr="001A4E91" w:rsidRDefault="00CF648B" w:rsidP="401D4E06">
            <w:pPr>
              <w:rPr>
                <w:rFonts w:ascii="Aptos" w:hAnsi="Aptos"/>
                <w:b/>
                <w:bCs/>
                <w:color w:val="006B54"/>
                <w:sz w:val="20"/>
                <w:szCs w:val="20"/>
              </w:rPr>
            </w:pPr>
          </w:p>
        </w:tc>
        <w:tc>
          <w:tcPr>
            <w:tcW w:w="4217" w:type="dxa"/>
            <w:shd w:val="clear" w:color="auto" w:fill="DDEFE8"/>
            <w:tcMar>
              <w:top w:w="100" w:type="dxa"/>
              <w:left w:w="120" w:type="dxa"/>
              <w:bottom w:w="100" w:type="dxa"/>
              <w:right w:w="120" w:type="dxa"/>
            </w:tcMar>
            <w:vAlign w:val="center"/>
          </w:tcPr>
          <w:p w14:paraId="61061EFC" w14:textId="5B8BE181" w:rsidR="7B2B2066" w:rsidRPr="001A4E91" w:rsidRDefault="7B2B2066" w:rsidP="401D4E06">
            <w:pPr>
              <w:rPr>
                <w:rFonts w:ascii="Aptos" w:hAnsi="Aptos"/>
                <w:sz w:val="20"/>
                <w:szCs w:val="20"/>
              </w:rPr>
            </w:pPr>
            <w:r w:rsidRPr="001A4E91">
              <w:rPr>
                <w:rFonts w:ascii="Aptos" w:hAnsi="Aptos"/>
                <w:b/>
                <w:bCs/>
                <w:color w:val="006B54"/>
                <w:sz w:val="20"/>
                <w:szCs w:val="20"/>
                <w:lang w:val="en-IE"/>
              </w:rPr>
              <w:t>Mark with (X)</w:t>
            </w:r>
          </w:p>
        </w:tc>
      </w:tr>
      <w:tr w:rsidR="00CF648B" w:rsidRPr="001A4E91" w14:paraId="72A3D3EC" w14:textId="77777777" w:rsidTr="437BC99B">
        <w:trPr>
          <w:trHeight w:val="300"/>
        </w:trPr>
        <w:tc>
          <w:tcPr>
            <w:tcW w:w="6091" w:type="dxa"/>
            <w:tcMar>
              <w:top w:w="100" w:type="dxa"/>
              <w:left w:w="120" w:type="dxa"/>
              <w:bottom w:w="100" w:type="dxa"/>
              <w:right w:w="120" w:type="dxa"/>
            </w:tcMar>
            <w:vAlign w:val="center"/>
          </w:tcPr>
          <w:p w14:paraId="0D0B940D" w14:textId="00A25460" w:rsidR="00D84176" w:rsidRPr="001A4E91" w:rsidRDefault="00477344">
            <w:pPr>
              <w:rPr>
                <w:rFonts w:ascii="Aptos" w:hAnsi="Aptos"/>
                <w:sz w:val="20"/>
                <w:szCs w:val="20"/>
              </w:rPr>
            </w:pPr>
            <w:r w:rsidRPr="00477344">
              <w:rPr>
                <w:rFonts w:ascii="Aptos" w:hAnsi="Aptos"/>
                <w:b/>
                <w:bCs/>
                <w:sz w:val="20"/>
                <w:szCs w:val="20"/>
              </w:rPr>
              <w:t xml:space="preserve">Current </w:t>
            </w:r>
            <w:r>
              <w:rPr>
                <w:rFonts w:ascii="Aptos" w:hAnsi="Aptos"/>
                <w:b/>
                <w:bCs/>
                <w:sz w:val="20"/>
                <w:szCs w:val="20"/>
              </w:rPr>
              <w:t>vacancy</w:t>
            </w:r>
            <w:r w:rsidRPr="00477344">
              <w:rPr>
                <w:rFonts w:ascii="Aptos" w:hAnsi="Aptos"/>
                <w:b/>
                <w:bCs/>
                <w:sz w:val="20"/>
                <w:szCs w:val="20"/>
              </w:rPr>
              <w:t xml:space="preserve">: </w:t>
            </w:r>
            <w:r w:rsidRPr="00D84176">
              <w:rPr>
                <w:rFonts w:ascii="Aptos" w:hAnsi="Aptos"/>
                <w:sz w:val="20"/>
                <w:szCs w:val="20"/>
              </w:rPr>
              <w:t xml:space="preserve">Unit 5, Calbro Court, Tuam Road, </w:t>
            </w:r>
            <w:r w:rsidRPr="00D84176">
              <w:rPr>
                <w:rFonts w:ascii="Aptos" w:hAnsi="Aptos"/>
                <w:b/>
                <w:bCs/>
                <w:sz w:val="20"/>
                <w:szCs w:val="20"/>
              </w:rPr>
              <w:t>Galway</w:t>
            </w:r>
            <w:r w:rsidRPr="00D84176">
              <w:rPr>
                <w:rFonts w:ascii="Aptos" w:hAnsi="Aptos"/>
                <w:sz w:val="20"/>
                <w:szCs w:val="20"/>
              </w:rPr>
              <w:t>, H91 YKH4 </w:t>
            </w:r>
            <w:r w:rsidR="003957C4" w:rsidRPr="003957C4">
              <w:rPr>
                <w:rFonts w:ascii="Aptos" w:hAnsi="Aptos"/>
                <w:b/>
                <w:bCs/>
                <w:sz w:val="20"/>
                <w:szCs w:val="20"/>
              </w:rPr>
              <w:t>OR</w:t>
            </w:r>
            <w:r w:rsidR="003957C4">
              <w:rPr>
                <w:rFonts w:ascii="Aptos" w:hAnsi="Aptos"/>
                <w:sz w:val="20"/>
                <w:szCs w:val="20"/>
              </w:rPr>
              <w:t xml:space="preserve"> </w:t>
            </w:r>
            <w:r w:rsidR="003957C4" w:rsidRPr="003957C4">
              <w:rPr>
                <w:rFonts w:ascii="Aptos" w:hAnsi="Aptos"/>
                <w:sz w:val="20"/>
                <w:szCs w:val="20"/>
              </w:rPr>
              <w:t xml:space="preserve">Áras Reddan, Temple St., </w:t>
            </w:r>
            <w:r w:rsidR="003957C4" w:rsidRPr="003957C4">
              <w:rPr>
                <w:rFonts w:ascii="Aptos" w:hAnsi="Aptos"/>
                <w:b/>
                <w:bCs/>
                <w:sz w:val="20"/>
                <w:szCs w:val="20"/>
              </w:rPr>
              <w:t>Sligo</w:t>
            </w:r>
            <w:r w:rsidR="003957C4" w:rsidRPr="003957C4">
              <w:rPr>
                <w:rFonts w:ascii="Aptos" w:hAnsi="Aptos"/>
                <w:sz w:val="20"/>
                <w:szCs w:val="20"/>
              </w:rPr>
              <w:t>, F91 RX45 </w:t>
            </w:r>
          </w:p>
        </w:tc>
        <w:tc>
          <w:tcPr>
            <w:tcW w:w="4217" w:type="dxa"/>
            <w:tcMar>
              <w:top w:w="100" w:type="dxa"/>
              <w:left w:w="120" w:type="dxa"/>
              <w:bottom w:w="100" w:type="dxa"/>
              <w:right w:w="120" w:type="dxa"/>
            </w:tcMar>
            <w:vAlign w:val="center"/>
          </w:tcPr>
          <w:p w14:paraId="0DDC30D3" w14:textId="4FAB629D" w:rsidR="401D4E06" w:rsidRPr="001A4E91" w:rsidRDefault="00B34293" w:rsidP="401D4E06">
            <w:pPr>
              <w:rPr>
                <w:rFonts w:ascii="Aptos" w:hAnsi="Aptos"/>
                <w:sz w:val="20"/>
                <w:szCs w:val="20"/>
              </w:rPr>
            </w:pPr>
            <w:r w:rsidRPr="001A4E91">
              <w:rPr>
                <w:rFonts w:ascii="Aptos" w:hAnsi="Aptos"/>
                <w:sz w:val="20"/>
                <w:szCs w:val="20"/>
              </w:rPr>
              <w:t xml:space="preserve">[  ] </w:t>
            </w:r>
          </w:p>
        </w:tc>
      </w:tr>
      <w:tr w:rsidR="00783929" w:rsidRPr="001A4E91" w14:paraId="6295DB4A" w14:textId="77777777" w:rsidTr="437BC99B">
        <w:trPr>
          <w:trHeight w:val="450"/>
        </w:trPr>
        <w:tc>
          <w:tcPr>
            <w:tcW w:w="6091" w:type="dxa"/>
            <w:tcMar>
              <w:top w:w="100" w:type="dxa"/>
              <w:left w:w="120" w:type="dxa"/>
              <w:bottom w:w="100" w:type="dxa"/>
              <w:right w:w="120" w:type="dxa"/>
            </w:tcMar>
            <w:vAlign w:val="center"/>
          </w:tcPr>
          <w:p w14:paraId="3EEB0F55" w14:textId="6C987BB8" w:rsidR="00783929" w:rsidRPr="00477344" w:rsidRDefault="00477344" w:rsidP="401D4E06">
            <w:pPr>
              <w:rPr>
                <w:rFonts w:ascii="Aptos" w:hAnsi="Aptos"/>
                <w:b/>
                <w:bCs/>
                <w:sz w:val="20"/>
                <w:szCs w:val="20"/>
              </w:rPr>
            </w:pPr>
            <w:r w:rsidRPr="00477344">
              <w:rPr>
                <w:rFonts w:ascii="Aptos" w:hAnsi="Aptos"/>
                <w:b/>
                <w:bCs/>
                <w:sz w:val="20"/>
                <w:szCs w:val="20"/>
              </w:rPr>
              <w:t xml:space="preserve">Panel </w:t>
            </w:r>
            <w:r w:rsidRPr="00477344">
              <w:rPr>
                <w:rFonts w:ascii="Aptos" w:hAnsi="Aptos"/>
                <w:sz w:val="20"/>
                <w:szCs w:val="20"/>
              </w:rPr>
              <w:t>to fill future vacancies that may arise in</w:t>
            </w:r>
            <w:r w:rsidRPr="00477344">
              <w:rPr>
                <w:rFonts w:ascii="Aptos" w:hAnsi="Aptos"/>
                <w:b/>
                <w:bCs/>
                <w:sz w:val="20"/>
                <w:szCs w:val="20"/>
              </w:rPr>
              <w:t xml:space="preserve"> Cork</w:t>
            </w:r>
            <w:r w:rsidR="00251D4A">
              <w:rPr>
                <w:rFonts w:ascii="Aptos" w:hAnsi="Aptos"/>
                <w:b/>
                <w:bCs/>
                <w:sz w:val="20"/>
                <w:szCs w:val="20"/>
              </w:rPr>
              <w:t xml:space="preserve"> or Killarney</w:t>
            </w:r>
          </w:p>
        </w:tc>
        <w:tc>
          <w:tcPr>
            <w:tcW w:w="4217" w:type="dxa"/>
            <w:tcMar>
              <w:top w:w="100" w:type="dxa"/>
              <w:left w:w="120" w:type="dxa"/>
              <w:bottom w:w="100" w:type="dxa"/>
              <w:right w:w="120" w:type="dxa"/>
            </w:tcMar>
            <w:vAlign w:val="center"/>
          </w:tcPr>
          <w:p w14:paraId="5AB811F5" w14:textId="4F51BBA5" w:rsidR="00783929" w:rsidRPr="001A4E91" w:rsidRDefault="00783929" w:rsidP="401D4E06">
            <w:pPr>
              <w:rPr>
                <w:rFonts w:ascii="Aptos" w:hAnsi="Aptos"/>
                <w:sz w:val="20"/>
                <w:szCs w:val="20"/>
              </w:rPr>
            </w:pPr>
            <w:r w:rsidRPr="001A4E91">
              <w:rPr>
                <w:rFonts w:ascii="Aptos" w:hAnsi="Aptos"/>
                <w:sz w:val="20"/>
                <w:szCs w:val="20"/>
              </w:rPr>
              <w:t>[  ]</w:t>
            </w:r>
          </w:p>
        </w:tc>
      </w:tr>
      <w:tr w:rsidR="00CF648B" w:rsidRPr="001A4E91" w14:paraId="226A1CB4" w14:textId="77777777" w:rsidTr="437BC99B">
        <w:trPr>
          <w:trHeight w:val="300"/>
        </w:trPr>
        <w:tc>
          <w:tcPr>
            <w:tcW w:w="10308" w:type="dxa"/>
            <w:gridSpan w:val="2"/>
            <w:shd w:val="clear" w:color="auto" w:fill="DDEFE8"/>
            <w:tcMar>
              <w:top w:w="100" w:type="dxa"/>
              <w:left w:w="120" w:type="dxa"/>
              <w:bottom w:w="100" w:type="dxa"/>
              <w:right w:w="120" w:type="dxa"/>
            </w:tcMar>
            <w:vAlign w:val="center"/>
          </w:tcPr>
          <w:p w14:paraId="1FAB5CE7" w14:textId="167B2C53" w:rsidR="00CF648B" w:rsidRPr="001A4E91" w:rsidRDefault="00DC0437">
            <w:pPr>
              <w:rPr>
                <w:rFonts w:ascii="Aptos" w:hAnsi="Aptos"/>
                <w:sz w:val="20"/>
                <w:szCs w:val="20"/>
              </w:rPr>
            </w:pPr>
            <w:r w:rsidRPr="001A4E91">
              <w:rPr>
                <w:rFonts w:ascii="Aptos" w:hAnsi="Aptos"/>
                <w:b/>
                <w:color w:val="006B54"/>
                <w:sz w:val="20"/>
                <w:szCs w:val="20"/>
              </w:rPr>
              <w:t xml:space="preserve">Closing Date </w:t>
            </w:r>
            <w:r w:rsidR="00B34293" w:rsidRPr="001A4E91">
              <w:rPr>
                <w:rFonts w:ascii="Aptos" w:hAnsi="Aptos"/>
                <w:b/>
                <w:color w:val="006B54"/>
                <w:sz w:val="20"/>
                <w:szCs w:val="20"/>
              </w:rPr>
              <w:t>for</w:t>
            </w:r>
            <w:r w:rsidRPr="001A4E91">
              <w:rPr>
                <w:rFonts w:ascii="Aptos" w:hAnsi="Aptos"/>
                <w:b/>
                <w:color w:val="006B54"/>
                <w:sz w:val="20"/>
                <w:szCs w:val="20"/>
              </w:rPr>
              <w:t xml:space="preserve"> Application:</w:t>
            </w:r>
          </w:p>
        </w:tc>
      </w:tr>
      <w:tr w:rsidR="00CF648B" w:rsidRPr="001A4E91" w14:paraId="0E27B00A" w14:textId="77777777" w:rsidTr="437BC99B">
        <w:trPr>
          <w:trHeight w:val="300"/>
        </w:trPr>
        <w:tc>
          <w:tcPr>
            <w:tcW w:w="10308" w:type="dxa"/>
            <w:gridSpan w:val="2"/>
            <w:tcMar>
              <w:top w:w="100" w:type="dxa"/>
              <w:left w:w="120" w:type="dxa"/>
              <w:bottom w:w="100" w:type="dxa"/>
              <w:right w:w="120" w:type="dxa"/>
            </w:tcMar>
            <w:vAlign w:val="center"/>
          </w:tcPr>
          <w:p w14:paraId="60061E4C" w14:textId="1B5558DC" w:rsidR="00CF648B" w:rsidRPr="001A4E91" w:rsidRDefault="00C67B76">
            <w:pPr>
              <w:rPr>
                <w:rFonts w:ascii="Aptos" w:hAnsi="Aptos"/>
                <w:sz w:val="20"/>
                <w:szCs w:val="20"/>
              </w:rPr>
            </w:pPr>
            <w:r>
              <w:rPr>
                <w:rFonts w:ascii="Aptos" w:hAnsi="Aptos"/>
                <w:sz w:val="20"/>
                <w:szCs w:val="20"/>
              </w:rPr>
              <w:t>19</w:t>
            </w:r>
            <w:r>
              <w:rPr>
                <w:rFonts w:ascii="Aptos" w:hAnsi="Aptos"/>
                <w:sz w:val="20"/>
                <w:szCs w:val="20"/>
                <w:vertAlign w:val="superscript"/>
              </w:rPr>
              <w:t>th</w:t>
            </w:r>
            <w:r w:rsidR="00D92A8F" w:rsidRPr="437BC99B">
              <w:rPr>
                <w:rFonts w:ascii="Aptos" w:hAnsi="Aptos"/>
                <w:sz w:val="20"/>
                <w:szCs w:val="20"/>
              </w:rPr>
              <w:t xml:space="preserve"> </w:t>
            </w:r>
            <w:r w:rsidR="0084002C">
              <w:rPr>
                <w:rFonts w:ascii="Aptos" w:hAnsi="Aptos"/>
                <w:sz w:val="20"/>
                <w:szCs w:val="20"/>
              </w:rPr>
              <w:t>November</w:t>
            </w:r>
            <w:r w:rsidR="1AA37D6B" w:rsidRPr="437BC99B">
              <w:rPr>
                <w:rFonts w:ascii="Aptos" w:hAnsi="Aptos"/>
                <w:sz w:val="20"/>
                <w:szCs w:val="20"/>
              </w:rPr>
              <w:t xml:space="preserve"> 2026</w:t>
            </w:r>
            <w:r w:rsidR="001A4E91" w:rsidRPr="437BC99B">
              <w:rPr>
                <w:rFonts w:ascii="Aptos" w:hAnsi="Aptos"/>
                <w:sz w:val="20"/>
                <w:szCs w:val="20"/>
              </w:rPr>
              <w:t xml:space="preserve"> at 3pm.</w:t>
            </w:r>
          </w:p>
        </w:tc>
      </w:tr>
    </w:tbl>
    <w:p w14:paraId="6AE03482" w14:textId="1847F418" w:rsidR="401D4E06" w:rsidRDefault="401D4E06"/>
    <w:p w14:paraId="6C36A651" w14:textId="7EAC1C92" w:rsidR="00CF648B" w:rsidRPr="001A4E91" w:rsidRDefault="00DC0437" w:rsidP="3F9B9FB5">
      <w:pPr>
        <w:jc w:val="center"/>
        <w:rPr>
          <w:rFonts w:ascii="Aptos" w:hAnsi="Aptos"/>
          <w:sz w:val="24"/>
          <w:szCs w:val="24"/>
        </w:rPr>
      </w:pPr>
      <w:r w:rsidRPr="001A4E91">
        <w:rPr>
          <w:rFonts w:ascii="Aptos" w:hAnsi="Aptos"/>
          <w:b/>
          <w:bCs/>
          <w:color w:val="006B54"/>
          <w:sz w:val="24"/>
          <w:szCs w:val="24"/>
        </w:rPr>
        <w:t xml:space="preserve">LATE APPLICATIONS WILL NOT BE CONSIDERED I.E. RECEIVED AFTER </w:t>
      </w:r>
      <w:r w:rsidR="00B34293" w:rsidRPr="001A4E91">
        <w:rPr>
          <w:rFonts w:ascii="Aptos" w:hAnsi="Aptos"/>
          <w:b/>
          <w:bCs/>
          <w:color w:val="006B54"/>
          <w:sz w:val="24"/>
          <w:szCs w:val="24"/>
        </w:rPr>
        <w:t>3</w:t>
      </w:r>
      <w:r w:rsidRPr="001A4E91">
        <w:rPr>
          <w:rFonts w:ascii="Aptos" w:hAnsi="Aptos"/>
          <w:b/>
          <w:bCs/>
          <w:color w:val="006B54"/>
          <w:sz w:val="24"/>
          <w:szCs w:val="24"/>
        </w:rPr>
        <w:t>.00PM (IRELAND TIME)</w:t>
      </w:r>
    </w:p>
    <w:p w14:paraId="3898429D" w14:textId="77777777" w:rsidR="00CF648B" w:rsidRPr="001A4E91" w:rsidRDefault="00DC0437">
      <w:pPr>
        <w:jc w:val="center"/>
        <w:rPr>
          <w:rFonts w:ascii="Aptos" w:hAnsi="Aptos"/>
          <w:sz w:val="20"/>
          <w:szCs w:val="20"/>
        </w:rPr>
      </w:pPr>
      <w:r w:rsidRPr="001A4E91">
        <w:rPr>
          <w:rFonts w:ascii="Aptos" w:hAnsi="Aptos"/>
          <w:sz w:val="20"/>
          <w:szCs w:val="20"/>
        </w:rPr>
        <w:t>We will contact you either by email or by telephone.</w:t>
      </w:r>
    </w:p>
    <w:tbl>
      <w:tblPr>
        <w:tblW w:w="0" w:type="auto"/>
        <w:jc w:val="center"/>
        <w:tblLook w:val="04A0" w:firstRow="1" w:lastRow="0" w:firstColumn="1" w:lastColumn="0" w:noHBand="0" w:noVBand="1"/>
      </w:tblPr>
      <w:tblGrid>
        <w:gridCol w:w="10318"/>
      </w:tblGrid>
      <w:tr w:rsidR="00CF648B" w:rsidRPr="001A4E91"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Pr="009A77A6" w:rsidRDefault="00DC0437">
            <w:pPr>
              <w:spacing w:after="0"/>
              <w:rPr>
                <w:rFonts w:ascii="Aptos" w:hAnsi="Aptos"/>
                <w:sz w:val="24"/>
                <w:szCs w:val="24"/>
              </w:rPr>
            </w:pPr>
            <w:r w:rsidRPr="009A77A6">
              <w:rPr>
                <w:rFonts w:ascii="Aptos" w:hAnsi="Aptos"/>
                <w:b/>
                <w:color w:val="FFFFFF"/>
                <w:sz w:val="24"/>
                <w:szCs w:val="24"/>
              </w:rPr>
              <w:t>Please answer all the following questions:</w:t>
            </w:r>
          </w:p>
        </w:tc>
      </w:tr>
    </w:tbl>
    <w:p w14:paraId="3DEEC669" w14:textId="77777777" w:rsidR="00CF648B" w:rsidRPr="001A4E91" w:rsidRDefault="00CF648B">
      <w:pPr>
        <w:spacing w:after="0"/>
        <w:rPr>
          <w:rFonts w:ascii="Aptos" w:hAnsi="Aptos"/>
          <w:sz w:val="20"/>
          <w:szCs w:val="20"/>
        </w:rPr>
      </w:pPr>
    </w:p>
    <w:p w14:paraId="60390542" w14:textId="77777777" w:rsidR="00CF648B" w:rsidRPr="001A4E91" w:rsidRDefault="00DC0437">
      <w:pPr>
        <w:spacing w:after="40"/>
        <w:rPr>
          <w:rFonts w:ascii="Aptos" w:hAnsi="Aptos"/>
          <w:sz w:val="20"/>
          <w:szCs w:val="20"/>
        </w:rPr>
      </w:pPr>
      <w:r w:rsidRPr="001A4E91">
        <w:rPr>
          <w:rFonts w:ascii="Aptos" w:hAnsi="Aptos"/>
          <w:sz w:val="20"/>
          <w:szCs w:val="20"/>
        </w:rPr>
        <w:t>• Please answer the questions fully as this will enable us to correctly assess your application.</w:t>
      </w:r>
    </w:p>
    <w:p w14:paraId="3B7D31B7" w14:textId="77777777" w:rsidR="00CF648B" w:rsidRPr="001A4E91" w:rsidRDefault="00DC0437">
      <w:pPr>
        <w:spacing w:after="40"/>
        <w:rPr>
          <w:rFonts w:ascii="Aptos" w:hAnsi="Aptos"/>
          <w:sz w:val="20"/>
          <w:szCs w:val="20"/>
        </w:rPr>
      </w:pPr>
      <w:r w:rsidRPr="001A4E91">
        <w:rPr>
          <w:rFonts w:ascii="Aptos" w:hAnsi="Aptos"/>
          <w:sz w:val="20"/>
          <w:szCs w:val="20"/>
        </w:rPr>
        <w:t>• Only the application form will be used for screening purposes.</w:t>
      </w:r>
    </w:p>
    <w:p w14:paraId="66B0DEF5" w14:textId="76F2FCC1" w:rsidR="00DC0437" w:rsidRPr="001A4E91" w:rsidRDefault="00DC0437" w:rsidP="3F9B9FB5">
      <w:pPr>
        <w:spacing w:after="40"/>
        <w:rPr>
          <w:rFonts w:ascii="Aptos" w:hAnsi="Aptos"/>
          <w:sz w:val="20"/>
          <w:szCs w:val="20"/>
        </w:rPr>
      </w:pPr>
      <w:r w:rsidRPr="001A4E91">
        <w:rPr>
          <w:rFonts w:ascii="Aptos" w:hAnsi="Aptos"/>
          <w:sz w:val="20"/>
          <w:szCs w:val="20"/>
        </w:rPr>
        <w:t>• Please type your responses - do not handwrite.</w:t>
      </w:r>
    </w:p>
    <w:p w14:paraId="2707BC34" w14:textId="44A69628" w:rsidR="3F9B9FB5" w:rsidRPr="001A4E91" w:rsidRDefault="3F9B9FB5" w:rsidP="3F9B9FB5">
      <w:pPr>
        <w:spacing w:after="40"/>
        <w:rPr>
          <w:rFonts w:ascii="Aptos" w:hAnsi="Aptos"/>
          <w:sz w:val="20"/>
          <w:szCs w:val="20"/>
        </w:rPr>
      </w:pPr>
    </w:p>
    <w:p w14:paraId="18EB6CC0" w14:textId="53DEC1FC" w:rsidR="56EAF618" w:rsidRPr="001A4E91" w:rsidRDefault="56EAF618" w:rsidP="3F9B9FB5">
      <w:pPr>
        <w:pStyle w:val="Heading4"/>
        <w:shd w:val="clear" w:color="auto" w:fill="E6F0EC"/>
        <w:spacing w:before="0" w:after="240"/>
        <w:rPr>
          <w:rFonts w:ascii="Aptos" w:eastAsia="Work Sans" w:hAnsi="Aptos" w:cs="Work Sans"/>
          <w:i w:val="0"/>
          <w:iCs w:val="0"/>
          <w:color w:val="006443"/>
          <w:sz w:val="20"/>
          <w:szCs w:val="20"/>
        </w:rPr>
      </w:pPr>
      <w:r w:rsidRPr="001A4E91">
        <w:rPr>
          <w:rFonts w:ascii="Aptos" w:eastAsia="Work Sans" w:hAnsi="Aptos" w:cs="Work Sans"/>
          <w:i w:val="0"/>
          <w:iCs w:val="0"/>
          <w:color w:val="006443"/>
          <w:sz w:val="20"/>
          <w:szCs w:val="20"/>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Pr="001A4E91" w:rsidRDefault="3F9B9FB5" w:rsidP="3F9B9FB5">
      <w:pPr>
        <w:spacing w:after="40"/>
        <w:rPr>
          <w:rFonts w:ascii="Aptos" w:hAnsi="Aptos"/>
          <w:sz w:val="20"/>
          <w:szCs w:val="20"/>
        </w:rPr>
      </w:pPr>
    </w:p>
    <w:tbl>
      <w:tblPr>
        <w:tblW w:w="0" w:type="auto"/>
        <w:jc w:val="center"/>
        <w:tblLook w:val="04A0" w:firstRow="1" w:lastRow="0" w:firstColumn="1" w:lastColumn="0" w:noHBand="0" w:noVBand="1"/>
      </w:tblPr>
      <w:tblGrid>
        <w:gridCol w:w="10318"/>
      </w:tblGrid>
      <w:tr w:rsidR="00CF648B" w:rsidRPr="001A4E91"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Pr="001A4E91" w:rsidRDefault="00DC0437">
            <w:pPr>
              <w:spacing w:after="0"/>
              <w:rPr>
                <w:rFonts w:ascii="Aptos" w:hAnsi="Aptos"/>
                <w:sz w:val="20"/>
                <w:szCs w:val="20"/>
              </w:rPr>
            </w:pPr>
            <w:r w:rsidRPr="001A4E91">
              <w:rPr>
                <w:rFonts w:ascii="Aptos" w:hAnsi="Aptos"/>
                <w:b/>
                <w:color w:val="FFFFFF"/>
                <w:sz w:val="20"/>
                <w:szCs w:val="20"/>
              </w:rPr>
              <w:t>PERSONAL DETAILS</w:t>
            </w:r>
          </w:p>
        </w:tc>
      </w:tr>
    </w:tbl>
    <w:p w14:paraId="3656B9A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B02BE7E" w14:textId="77777777" w:rsidTr="3443A52E">
        <w:tc>
          <w:tcPr>
            <w:tcW w:w="5159" w:type="dxa"/>
            <w:shd w:val="clear" w:color="auto" w:fill="DDEFE8"/>
            <w:tcMar>
              <w:top w:w="100" w:type="dxa"/>
              <w:left w:w="120" w:type="dxa"/>
              <w:bottom w:w="100" w:type="dxa"/>
              <w:right w:w="120" w:type="dxa"/>
            </w:tcMar>
            <w:vAlign w:val="center"/>
          </w:tcPr>
          <w:p w14:paraId="737FFEA5" w14:textId="77777777" w:rsidR="00CF648B" w:rsidRPr="001A4E91" w:rsidRDefault="00DC0437">
            <w:pPr>
              <w:rPr>
                <w:rFonts w:ascii="Aptos" w:hAnsi="Aptos"/>
                <w:sz w:val="20"/>
                <w:szCs w:val="20"/>
              </w:rPr>
            </w:pPr>
            <w:r w:rsidRPr="001A4E91">
              <w:rPr>
                <w:rFonts w:ascii="Aptos" w:hAnsi="Aptos"/>
                <w:b/>
                <w:color w:val="006B54"/>
                <w:sz w:val="20"/>
                <w:szCs w:val="20"/>
              </w:rPr>
              <w:t>First Name: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2EC665E" w14:textId="77777777" w:rsidR="00CF648B" w:rsidRPr="001A4E91" w:rsidRDefault="00DC0437">
            <w:pPr>
              <w:rPr>
                <w:rFonts w:ascii="Aptos" w:hAnsi="Aptos"/>
                <w:sz w:val="20"/>
                <w:szCs w:val="20"/>
              </w:rPr>
            </w:pPr>
            <w:r w:rsidRPr="001A4E91">
              <w:rPr>
                <w:rFonts w:ascii="Aptos" w:hAnsi="Aptos"/>
                <w:b/>
                <w:color w:val="006B54"/>
                <w:sz w:val="20"/>
                <w:szCs w:val="20"/>
              </w:rPr>
              <w:t>Surname:</w:t>
            </w:r>
            <w:r w:rsidRPr="001A4E91">
              <w:rPr>
                <w:rFonts w:ascii="Aptos" w:hAnsi="Aptos"/>
                <w:b/>
                <w:color w:val="006B54"/>
                <w:sz w:val="20"/>
                <w:szCs w:val="20"/>
              </w:rPr>
              <w:br/>
            </w:r>
          </w:p>
        </w:tc>
      </w:tr>
      <w:tr w:rsidR="00CF648B" w:rsidRPr="001A4E91" w14:paraId="5A4DD8A6" w14:textId="77777777" w:rsidTr="3443A52E">
        <w:tc>
          <w:tcPr>
            <w:tcW w:w="5159" w:type="dxa"/>
            <w:shd w:val="clear" w:color="auto" w:fill="DDEFE8"/>
            <w:tcMar>
              <w:top w:w="100" w:type="dxa"/>
              <w:left w:w="120" w:type="dxa"/>
              <w:bottom w:w="100" w:type="dxa"/>
              <w:right w:w="120" w:type="dxa"/>
            </w:tcMar>
            <w:vAlign w:val="center"/>
          </w:tcPr>
          <w:p w14:paraId="084443D4" w14:textId="77777777" w:rsidR="00CF648B" w:rsidRPr="001A4E91" w:rsidRDefault="00DC0437">
            <w:pPr>
              <w:rPr>
                <w:rFonts w:ascii="Aptos" w:hAnsi="Aptos"/>
                <w:sz w:val="20"/>
                <w:szCs w:val="20"/>
              </w:rPr>
            </w:pPr>
            <w:r w:rsidRPr="001A4E91">
              <w:rPr>
                <w:rFonts w:ascii="Aptos" w:hAnsi="Aptos"/>
                <w:b/>
                <w:color w:val="006B54"/>
                <w:sz w:val="20"/>
                <w:szCs w:val="20"/>
              </w:rPr>
              <w:t>Email:</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1D60778" w14:textId="77777777" w:rsidR="00CF648B" w:rsidRPr="001A4E91" w:rsidRDefault="00DC0437">
            <w:pPr>
              <w:rPr>
                <w:rFonts w:ascii="Aptos" w:hAnsi="Aptos"/>
                <w:sz w:val="20"/>
                <w:szCs w:val="20"/>
              </w:rPr>
            </w:pPr>
            <w:r w:rsidRPr="001A4E91">
              <w:rPr>
                <w:rFonts w:ascii="Aptos" w:hAnsi="Aptos"/>
                <w:b/>
                <w:color w:val="006B54"/>
                <w:sz w:val="20"/>
                <w:szCs w:val="20"/>
              </w:rPr>
              <w:t>Telephone No:</w:t>
            </w:r>
            <w:r w:rsidRPr="001A4E91">
              <w:rPr>
                <w:rFonts w:ascii="Aptos" w:hAnsi="Aptos"/>
                <w:b/>
                <w:color w:val="006B54"/>
                <w:sz w:val="20"/>
                <w:szCs w:val="20"/>
              </w:rPr>
              <w:br/>
            </w:r>
          </w:p>
        </w:tc>
      </w:tr>
      <w:tr w:rsidR="00CF648B" w:rsidRPr="001A4E91" w14:paraId="27A5B737" w14:textId="77777777" w:rsidTr="3443A52E">
        <w:tc>
          <w:tcPr>
            <w:tcW w:w="5159" w:type="dxa"/>
            <w:shd w:val="clear" w:color="auto" w:fill="F2F8F5"/>
            <w:tcMar>
              <w:top w:w="100" w:type="dxa"/>
              <w:left w:w="120" w:type="dxa"/>
              <w:bottom w:w="100" w:type="dxa"/>
              <w:right w:w="120" w:type="dxa"/>
            </w:tcMar>
            <w:vAlign w:val="center"/>
          </w:tcPr>
          <w:p w14:paraId="3273C517" w14:textId="77777777" w:rsidR="00CF648B" w:rsidRPr="001A4E91" w:rsidRDefault="00DC0437">
            <w:pPr>
              <w:rPr>
                <w:rFonts w:ascii="Aptos" w:hAnsi="Aptos"/>
                <w:sz w:val="20"/>
                <w:szCs w:val="20"/>
              </w:rPr>
            </w:pPr>
            <w:r w:rsidRPr="001A4E91">
              <w:rPr>
                <w:rFonts w:ascii="Aptos" w:hAnsi="Aptos"/>
                <w:b/>
                <w:color w:val="006B54"/>
                <w:sz w:val="20"/>
                <w:szCs w:val="20"/>
              </w:rPr>
              <w:t>Are you currently employed by Fáilte Ireland?</w:t>
            </w:r>
          </w:p>
        </w:tc>
        <w:tc>
          <w:tcPr>
            <w:tcW w:w="5159" w:type="dxa"/>
            <w:tcMar>
              <w:top w:w="100" w:type="dxa"/>
              <w:left w:w="120" w:type="dxa"/>
              <w:bottom w:w="100" w:type="dxa"/>
              <w:right w:w="120" w:type="dxa"/>
            </w:tcMar>
            <w:vAlign w:val="center"/>
          </w:tcPr>
          <w:p w14:paraId="6105CB15" w14:textId="5312256B" w:rsidR="00CF648B" w:rsidRPr="001A4E91" w:rsidRDefault="00000000">
            <w:pPr>
              <w:jc w:val="center"/>
              <w:rPr>
                <w:rFonts w:ascii="Aptos" w:hAnsi="Aptos"/>
                <w:sz w:val="20"/>
                <w:szCs w:val="20"/>
              </w:rPr>
            </w:pPr>
            <w:sdt>
              <w:sdtPr>
                <w:rPr>
                  <w:rFonts w:ascii="Aptos" w:hAnsi="Aptos"/>
                  <w:color w:val="000000" w:themeColor="text1"/>
                  <w:sz w:val="20"/>
                  <w:szCs w:val="20"/>
                </w:rPr>
                <w:id w:val="82963955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Yes </w:t>
            </w:r>
            <w:r w:rsidR="5C70DDE6" w:rsidRPr="001A4E91">
              <w:rPr>
                <w:rFonts w:ascii="Aptos" w:hAnsi="Aptos"/>
                <w:color w:val="000000" w:themeColor="text1"/>
                <w:sz w:val="20"/>
                <w:szCs w:val="20"/>
              </w:rPr>
              <w:t xml:space="preserve"> </w:t>
            </w:r>
            <w:r w:rsidR="00DC0437" w:rsidRPr="001A4E91">
              <w:rPr>
                <w:rFonts w:ascii="Aptos" w:hAnsi="Aptos"/>
                <w:color w:val="000000" w:themeColor="text1"/>
                <w:sz w:val="20"/>
                <w:szCs w:val="20"/>
              </w:rPr>
              <w:t xml:space="preserve"> </w:t>
            </w:r>
            <w:sdt>
              <w:sdtPr>
                <w:rPr>
                  <w:rFonts w:ascii="Aptos" w:hAnsi="Aptos"/>
                  <w:color w:val="000000" w:themeColor="text1"/>
                  <w:sz w:val="20"/>
                  <w:szCs w:val="20"/>
                </w:rPr>
                <w:id w:val="-58800040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p>
        </w:tc>
      </w:tr>
      <w:tr w:rsidR="00CF648B" w:rsidRPr="001A4E91" w14:paraId="58A0484A" w14:textId="77777777" w:rsidTr="3443A52E">
        <w:tc>
          <w:tcPr>
            <w:tcW w:w="5159" w:type="dxa"/>
            <w:shd w:val="clear" w:color="auto" w:fill="F2F8F5"/>
            <w:tcMar>
              <w:top w:w="100" w:type="dxa"/>
              <w:left w:w="120" w:type="dxa"/>
              <w:bottom w:w="100" w:type="dxa"/>
              <w:right w:w="120" w:type="dxa"/>
            </w:tcMar>
            <w:vAlign w:val="center"/>
          </w:tcPr>
          <w:p w14:paraId="635141EA" w14:textId="0DF563BF" w:rsidR="00CF648B" w:rsidRPr="001A4E91" w:rsidRDefault="01FF7788" w:rsidP="3F9B9FB5">
            <w:pPr>
              <w:rPr>
                <w:rFonts w:ascii="Aptos" w:hAnsi="Aptos"/>
                <w:b/>
                <w:bCs/>
                <w:color w:val="006B54"/>
                <w:sz w:val="20"/>
                <w:szCs w:val="20"/>
              </w:rPr>
            </w:pPr>
            <w:r w:rsidRPr="001A4E91">
              <w:rPr>
                <w:rFonts w:ascii="Aptos" w:hAnsi="Aptos"/>
                <w:b/>
                <w:color w:val="006B54"/>
                <w:sz w:val="20"/>
                <w:szCs w:val="20"/>
              </w:rPr>
              <w:t>Please note that we require prior confirmation of your eligibility to work in the Republic of Ireland. Please select which applies</w:t>
            </w:r>
          </w:p>
        </w:tc>
        <w:tc>
          <w:tcPr>
            <w:tcW w:w="5159" w:type="dxa"/>
            <w:tcMar>
              <w:top w:w="100" w:type="dxa"/>
              <w:left w:w="120" w:type="dxa"/>
              <w:bottom w:w="100" w:type="dxa"/>
              <w:right w:w="120" w:type="dxa"/>
            </w:tcMar>
            <w:vAlign w:val="center"/>
          </w:tcPr>
          <w:p w14:paraId="46186466" w14:textId="1929FE1A" w:rsidR="00CF648B" w:rsidRPr="001A4E91" w:rsidRDefault="00CF648B" w:rsidP="3F9B9FB5">
            <w:pPr>
              <w:rPr>
                <w:rFonts w:ascii="Aptos" w:hAnsi="Aptos"/>
                <w:b/>
                <w:bCs/>
                <w:color w:val="006B54"/>
                <w:sz w:val="20"/>
                <w:szCs w:val="20"/>
              </w:rPr>
            </w:pPr>
          </w:p>
          <w:p w14:paraId="1D43807B" w14:textId="206B723C" w:rsidR="00CF648B" w:rsidRPr="001A4E91" w:rsidRDefault="00000000" w:rsidP="3F9B9FB5">
            <w:pPr>
              <w:rPr>
                <w:rFonts w:ascii="Aptos" w:hAnsi="Aptos"/>
                <w:sz w:val="20"/>
                <w:szCs w:val="20"/>
              </w:rPr>
            </w:pPr>
            <w:sdt>
              <w:sdtPr>
                <w:rPr>
                  <w:rFonts w:ascii="Aptos" w:hAnsi="Aptos"/>
                  <w:color w:val="000000" w:themeColor="text1"/>
                  <w:sz w:val="20"/>
                  <w:szCs w:val="20"/>
                </w:rPr>
                <w:id w:val="-177269470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sz w:val="20"/>
                <w:szCs w:val="20"/>
              </w:rPr>
              <w:t xml:space="preserve"> </w:t>
            </w:r>
            <w:r w:rsidR="57410230" w:rsidRPr="001A4E91">
              <w:rPr>
                <w:rFonts w:ascii="Aptos" w:hAnsi="Aptos"/>
                <w:sz w:val="20"/>
                <w:szCs w:val="20"/>
              </w:rPr>
              <w:t>I am a citizen of the European Economic Area (EEA) </w:t>
            </w:r>
          </w:p>
          <w:p w14:paraId="33EE24F7" w14:textId="0CA2B5E6" w:rsidR="00CF648B" w:rsidRPr="001A4E91" w:rsidRDefault="00000000" w:rsidP="3F9B9FB5">
            <w:pPr>
              <w:rPr>
                <w:rFonts w:ascii="Aptos" w:hAnsi="Aptos"/>
                <w:sz w:val="20"/>
                <w:szCs w:val="20"/>
              </w:rPr>
            </w:pPr>
            <w:sdt>
              <w:sdtPr>
                <w:rPr>
                  <w:rFonts w:ascii="Aptos" w:hAnsi="Aptos"/>
                  <w:color w:val="000000" w:themeColor="text1"/>
                  <w:sz w:val="20"/>
                  <w:szCs w:val="20"/>
                </w:rPr>
                <w:id w:val="15542539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A1C530A" w:rsidRPr="001A4E91">
              <w:rPr>
                <w:rFonts w:ascii="Aptos" w:hAnsi="Aptos"/>
                <w:sz w:val="20"/>
                <w:szCs w:val="20"/>
              </w:rPr>
              <w:t xml:space="preserve"> </w:t>
            </w:r>
            <w:r w:rsidR="2EB80B06" w:rsidRPr="001A4E91">
              <w:rPr>
                <w:rFonts w:ascii="Aptos" w:hAnsi="Aptos"/>
                <w:sz w:val="20"/>
                <w:szCs w:val="20"/>
              </w:rPr>
              <w:t>I</w:t>
            </w:r>
            <w:r w:rsidR="609D24A0" w:rsidRPr="001A4E91">
              <w:rPr>
                <w:rFonts w:ascii="Aptos" w:hAnsi="Aptos"/>
                <w:sz w:val="20"/>
                <w:szCs w:val="20"/>
              </w:rPr>
              <w:t xml:space="preserve"> </w:t>
            </w:r>
            <w:r w:rsidR="2EB80B06" w:rsidRPr="001A4E91">
              <w:rPr>
                <w:rFonts w:ascii="Aptos" w:hAnsi="Aptos"/>
                <w:sz w:val="20"/>
                <w:szCs w:val="20"/>
              </w:rPr>
              <w:t>am a citizen of the United Kingdom</w:t>
            </w:r>
          </w:p>
          <w:p w14:paraId="4F658052" w14:textId="40B55FB9" w:rsidR="00CF648B" w:rsidRPr="001A4E91" w:rsidRDefault="00000000" w:rsidP="3F9B9FB5">
            <w:pPr>
              <w:rPr>
                <w:rFonts w:ascii="Aptos" w:hAnsi="Aptos"/>
                <w:sz w:val="20"/>
                <w:szCs w:val="20"/>
              </w:rPr>
            </w:pPr>
            <w:sdt>
              <w:sdtPr>
                <w:rPr>
                  <w:rFonts w:ascii="Aptos" w:hAnsi="Aptos"/>
                  <w:color w:val="000000" w:themeColor="text1"/>
                  <w:sz w:val="20"/>
                  <w:szCs w:val="20"/>
                </w:rPr>
                <w:id w:val="-186943824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4F84C81D" w:rsidRPr="001A4E91">
              <w:rPr>
                <w:rFonts w:ascii="Aptos" w:hAnsi="Aptos"/>
                <w:sz w:val="20"/>
                <w:szCs w:val="20"/>
              </w:rPr>
              <w:t xml:space="preserve"> </w:t>
            </w:r>
            <w:r w:rsidR="57410230" w:rsidRPr="001A4E91">
              <w:rPr>
                <w:rFonts w:ascii="Aptos" w:hAnsi="Aptos"/>
                <w:sz w:val="20"/>
                <w:szCs w:val="20"/>
              </w:rPr>
              <w:t>I am a citizen of Switzerland pursuant to the agreement between the EU and Switzerland on the free movement of persons </w:t>
            </w:r>
          </w:p>
          <w:p w14:paraId="335D3DD2" w14:textId="1E17A3C1" w:rsidR="00CF648B" w:rsidRPr="001A4E91" w:rsidRDefault="00000000" w:rsidP="3F9B9FB5">
            <w:pPr>
              <w:rPr>
                <w:rFonts w:ascii="Aptos" w:hAnsi="Aptos"/>
                <w:sz w:val="20"/>
                <w:szCs w:val="20"/>
              </w:rPr>
            </w:pPr>
            <w:sdt>
              <w:sdtPr>
                <w:rPr>
                  <w:rFonts w:ascii="Aptos" w:hAnsi="Aptos"/>
                  <w:color w:val="000000" w:themeColor="text1"/>
                  <w:sz w:val="20"/>
                  <w:szCs w:val="20"/>
                </w:rPr>
                <w:id w:val="69866583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5A21460" w:rsidRPr="001A4E91">
              <w:rPr>
                <w:rFonts w:ascii="Aptos" w:hAnsi="Aptos"/>
                <w:sz w:val="20"/>
                <w:szCs w:val="20"/>
              </w:rPr>
              <w:t xml:space="preserve"> </w:t>
            </w:r>
            <w:r w:rsidR="57410230" w:rsidRPr="001A4E91">
              <w:rPr>
                <w:rFonts w:ascii="Aptos" w:hAnsi="Aptos"/>
                <w:sz w:val="20"/>
                <w:szCs w:val="20"/>
              </w:rPr>
              <w:t>I hold a valid work authorisation / permit (please refer to question 2)</w:t>
            </w:r>
          </w:p>
          <w:p w14:paraId="1A83DC42" w14:textId="26BF819C" w:rsidR="00CF648B" w:rsidRPr="001A4E91" w:rsidRDefault="00000000" w:rsidP="3F9B9FB5">
            <w:pPr>
              <w:rPr>
                <w:rFonts w:ascii="Aptos" w:hAnsi="Aptos"/>
                <w:sz w:val="20"/>
                <w:szCs w:val="20"/>
              </w:rPr>
            </w:pPr>
            <w:sdt>
              <w:sdtPr>
                <w:rPr>
                  <w:rFonts w:ascii="Aptos" w:hAnsi="Aptos"/>
                  <w:color w:val="000000" w:themeColor="text1"/>
                  <w:sz w:val="20"/>
                  <w:szCs w:val="20"/>
                </w:rPr>
                <w:id w:val="-1275775868"/>
                <w14:checkbox>
                  <w14:checked w14:val="0"/>
                  <w14:checkedState w14:val="2612" w14:font="MS Gothic"/>
                  <w14:uncheckedState w14:val="2610" w14:font="MS Gothic"/>
                </w14:checkbox>
              </w:sdtPr>
              <w:sdtContent>
                <w:r w:rsidR="14C248F9" w:rsidRPr="001A4E91">
                  <w:rPr>
                    <w:rFonts w:ascii="Aptos" w:eastAsia="MS Gothic" w:hAnsi="Aptos" w:cs="MS Gothic"/>
                    <w:color w:val="000000" w:themeColor="text1"/>
                    <w:sz w:val="20"/>
                    <w:szCs w:val="20"/>
                  </w:rPr>
                  <w:t>☐</w:t>
                </w:r>
              </w:sdtContent>
            </w:sdt>
            <w:r w:rsidR="101E7EA2" w:rsidRPr="001A4E91">
              <w:rPr>
                <w:rFonts w:ascii="Aptos" w:hAnsi="Aptos"/>
                <w:sz w:val="20"/>
                <w:szCs w:val="20"/>
              </w:rPr>
              <w:t xml:space="preserve"> </w:t>
            </w:r>
            <w:r w:rsidR="2EB80B06" w:rsidRPr="001A4E91">
              <w:rPr>
                <w:rFonts w:ascii="Aptos" w:hAnsi="Aptos"/>
                <w:sz w:val="20"/>
                <w:szCs w:val="20"/>
              </w:rPr>
              <w:t>I do not hold a valid work authorisation / permit and am not eligible to work in Republic of Ireland</w:t>
            </w:r>
          </w:p>
          <w:p w14:paraId="692CAE3E" w14:textId="71EB0C39" w:rsidR="00CF648B" w:rsidRPr="001A4E91" w:rsidRDefault="00CF648B" w:rsidP="3F9B9FB5">
            <w:pPr>
              <w:rPr>
                <w:rFonts w:ascii="Aptos" w:hAnsi="Aptos"/>
                <w:b/>
                <w:bCs/>
                <w:color w:val="006B54"/>
                <w:sz w:val="20"/>
                <w:szCs w:val="20"/>
              </w:rPr>
            </w:pPr>
          </w:p>
          <w:p w14:paraId="5FBBF901" w14:textId="12BF7D60" w:rsidR="00CF648B" w:rsidRPr="001A4E91" w:rsidRDefault="00801C7D" w:rsidP="3F9B9FB5">
            <w:pPr>
              <w:jc w:val="center"/>
              <w:rPr>
                <w:rFonts w:ascii="Aptos" w:hAnsi="Aptos"/>
                <w:color w:val="000000" w:themeColor="text1"/>
                <w:sz w:val="20"/>
                <w:szCs w:val="20"/>
              </w:rPr>
            </w:pPr>
            <w:r w:rsidRPr="001A4E91">
              <w:rPr>
                <w:rFonts w:ascii="Aptos" w:hAnsi="Aptos"/>
                <w:color w:val="000000" w:themeColor="text1"/>
                <w:sz w:val="20"/>
                <w:szCs w:val="20"/>
              </w:rPr>
              <w:t>Please provide details of your valid work permit if applicable.</w:t>
            </w:r>
          </w:p>
          <w:tbl>
            <w:tblPr>
              <w:tblStyle w:val="TableGrid"/>
              <w:tblW w:w="0" w:type="auto"/>
              <w:tblLook w:val="04A0" w:firstRow="1" w:lastRow="0" w:firstColumn="1" w:lastColumn="0" w:noHBand="0" w:noVBand="1"/>
            </w:tblPr>
            <w:tblGrid>
              <w:gridCol w:w="4904"/>
            </w:tblGrid>
            <w:tr w:rsidR="00801C7D" w:rsidRPr="001A4E91" w14:paraId="6252227B" w14:textId="77777777" w:rsidTr="00801C7D">
              <w:tc>
                <w:tcPr>
                  <w:tcW w:w="4904" w:type="dxa"/>
                </w:tcPr>
                <w:p w14:paraId="374161CF" w14:textId="77777777" w:rsidR="00801C7D" w:rsidRPr="001A4E91" w:rsidRDefault="00801C7D" w:rsidP="3F9B9FB5">
                  <w:pPr>
                    <w:jc w:val="center"/>
                    <w:rPr>
                      <w:rFonts w:ascii="Aptos" w:hAnsi="Aptos"/>
                      <w:color w:val="000000" w:themeColor="text1"/>
                      <w:sz w:val="20"/>
                      <w:szCs w:val="20"/>
                    </w:rPr>
                  </w:pPr>
                </w:p>
              </w:tc>
            </w:tr>
          </w:tbl>
          <w:p w14:paraId="2BB2BD85" w14:textId="77777777" w:rsidR="00801C7D" w:rsidRPr="001A4E91" w:rsidRDefault="00801C7D" w:rsidP="3F9B9FB5">
            <w:pPr>
              <w:jc w:val="center"/>
              <w:rPr>
                <w:rFonts w:ascii="Aptos" w:hAnsi="Aptos"/>
                <w:color w:val="000000" w:themeColor="text1"/>
                <w:sz w:val="20"/>
                <w:szCs w:val="20"/>
              </w:rPr>
            </w:pPr>
          </w:p>
          <w:p w14:paraId="622E2A86" w14:textId="05CF00AF" w:rsidR="00CF648B" w:rsidRPr="001A4E91" w:rsidRDefault="00CF648B" w:rsidP="3F9B9FB5">
            <w:pPr>
              <w:jc w:val="center"/>
              <w:rPr>
                <w:rFonts w:ascii="Aptos" w:hAnsi="Aptos"/>
                <w:color w:val="000000" w:themeColor="text1"/>
                <w:sz w:val="20"/>
                <w:szCs w:val="20"/>
              </w:rPr>
            </w:pPr>
          </w:p>
        </w:tc>
      </w:tr>
      <w:tr w:rsidR="00CF648B" w:rsidRPr="001A4E91" w14:paraId="40CCACA3" w14:textId="77777777" w:rsidTr="3443A52E">
        <w:tc>
          <w:tcPr>
            <w:tcW w:w="5159" w:type="dxa"/>
            <w:shd w:val="clear" w:color="auto" w:fill="F2F8F5"/>
            <w:tcMar>
              <w:top w:w="100" w:type="dxa"/>
              <w:left w:w="120" w:type="dxa"/>
              <w:bottom w:w="100" w:type="dxa"/>
              <w:right w:w="120" w:type="dxa"/>
            </w:tcMar>
            <w:vAlign w:val="center"/>
          </w:tcPr>
          <w:p w14:paraId="6137D1EA" w14:textId="4C0E1C81" w:rsidR="00CF648B" w:rsidRPr="001A4E91" w:rsidRDefault="6CFBBD37" w:rsidP="3F9B9FB5">
            <w:pPr>
              <w:rPr>
                <w:rFonts w:ascii="Aptos" w:hAnsi="Aptos"/>
                <w:sz w:val="20"/>
                <w:szCs w:val="20"/>
              </w:rPr>
            </w:pPr>
            <w:r w:rsidRPr="001A4E91">
              <w:rPr>
                <w:rFonts w:ascii="Aptos" w:hAnsi="Aptos"/>
                <w:b/>
                <w:bCs/>
                <w:color w:val="006B54"/>
                <w:sz w:val="20"/>
                <w:szCs w:val="20"/>
              </w:rPr>
              <w:lastRenderedPageBreak/>
              <w:t>Please indicate if you are proficient in the Irish Language</w:t>
            </w:r>
          </w:p>
          <w:p w14:paraId="5C378276" w14:textId="4D6DFFB9" w:rsidR="00CF648B" w:rsidRPr="001A4E91" w:rsidRDefault="00CF648B" w:rsidP="3F9B9FB5">
            <w:pPr>
              <w:rPr>
                <w:rFonts w:ascii="Aptos" w:hAnsi="Aptos"/>
                <w:b/>
                <w:bCs/>
                <w:color w:val="006B54"/>
                <w:sz w:val="20"/>
                <w:szCs w:val="20"/>
              </w:rPr>
            </w:pPr>
          </w:p>
        </w:tc>
        <w:tc>
          <w:tcPr>
            <w:tcW w:w="5159" w:type="dxa"/>
            <w:tcMar>
              <w:top w:w="100" w:type="dxa"/>
              <w:left w:w="120" w:type="dxa"/>
              <w:bottom w:w="100" w:type="dxa"/>
              <w:right w:w="120" w:type="dxa"/>
            </w:tcMar>
            <w:vAlign w:val="center"/>
          </w:tcPr>
          <w:p w14:paraId="277AC3C5" w14:textId="34D9C06A" w:rsidR="00CF648B" w:rsidRPr="001A4E91" w:rsidRDefault="00000000">
            <w:pPr>
              <w:jc w:val="center"/>
              <w:rPr>
                <w:rFonts w:ascii="Aptos" w:hAnsi="Aptos"/>
                <w:sz w:val="20"/>
                <w:szCs w:val="20"/>
              </w:rPr>
            </w:pPr>
            <w:sdt>
              <w:sdtPr>
                <w:rPr>
                  <w:rFonts w:ascii="Aptos" w:hAnsi="Aptos"/>
                  <w:color w:val="000000" w:themeColor="text1"/>
                  <w:sz w:val="20"/>
                  <w:szCs w:val="20"/>
                </w:rPr>
                <w:id w:val="1830858389"/>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sz w:val="20"/>
                <w:szCs w:val="20"/>
              </w:rPr>
              <w:t xml:space="preserve"> Yes    </w:t>
            </w:r>
            <w:sdt>
              <w:sdtPr>
                <w:rPr>
                  <w:rFonts w:ascii="Aptos" w:hAnsi="Aptos"/>
                  <w:color w:val="000000" w:themeColor="text1"/>
                  <w:sz w:val="20"/>
                  <w:szCs w:val="20"/>
                </w:rPr>
                <w:id w:val="56206591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color w:val="000000"/>
                <w:sz w:val="20"/>
                <w:szCs w:val="20"/>
              </w:rPr>
              <w:t xml:space="preserve"> </w:t>
            </w:r>
            <w:r w:rsidR="00DC0437" w:rsidRPr="001A4E91">
              <w:rPr>
                <w:rFonts w:ascii="Aptos" w:hAnsi="Aptos"/>
                <w:color w:val="000000"/>
                <w:sz w:val="20"/>
                <w:szCs w:val="20"/>
              </w:rPr>
              <w:t>No</w:t>
            </w:r>
          </w:p>
        </w:tc>
      </w:tr>
      <w:tr w:rsidR="3F9B9FB5" w:rsidRPr="001A4E91"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Pr="001A4E91" w:rsidRDefault="5C09367A" w:rsidP="3F9B9FB5">
            <w:pPr>
              <w:rPr>
                <w:rFonts w:ascii="Aptos" w:hAnsi="Aptos"/>
                <w:sz w:val="20"/>
                <w:szCs w:val="20"/>
              </w:rPr>
            </w:pPr>
            <w:r w:rsidRPr="001A4E91">
              <w:rPr>
                <w:rFonts w:ascii="Aptos" w:hAnsi="Aptos"/>
                <w:b/>
                <w:bCs/>
                <w:color w:val="006B54"/>
                <w:sz w:val="20"/>
                <w:szCs w:val="20"/>
              </w:rPr>
              <w:t>If yes, please select from these options to indicate your level of knowledge of the Irish Language</w:t>
            </w:r>
            <w:r w:rsidR="7CCEFF0D" w:rsidRPr="001A4E91">
              <w:rPr>
                <w:rFonts w:ascii="Aptos" w:hAnsi="Aptos"/>
                <w:b/>
                <w:bCs/>
                <w:color w:val="006B54"/>
                <w:sz w:val="20"/>
                <w:szCs w:val="20"/>
              </w:rPr>
              <w:t>.</w:t>
            </w:r>
          </w:p>
          <w:p w14:paraId="352148D1" w14:textId="2A25D059" w:rsidR="3F9B9FB5" w:rsidRPr="001A4E91" w:rsidRDefault="3F9B9FB5" w:rsidP="3F9B9FB5">
            <w:pPr>
              <w:rPr>
                <w:rFonts w:ascii="Aptos" w:hAnsi="Aptos"/>
                <w:b/>
                <w:bCs/>
                <w:color w:val="006B54"/>
                <w:sz w:val="20"/>
                <w:szCs w:val="20"/>
              </w:rPr>
            </w:pPr>
          </w:p>
          <w:p w14:paraId="5B5D2655" w14:textId="77777777" w:rsidR="004909F5" w:rsidRPr="001A4E91" w:rsidRDefault="004909F5" w:rsidP="004909F5">
            <w:pPr>
              <w:pStyle w:val="NoSpacing"/>
              <w:rPr>
                <w:rFonts w:ascii="Aptos" w:hAnsi="Aptos" w:cs="Arial"/>
                <w:sz w:val="20"/>
                <w:szCs w:val="20"/>
                <w:lang w:val="en-IE" w:eastAsia="en-IE"/>
              </w:rPr>
            </w:pPr>
            <w:r w:rsidRPr="001A4E91">
              <w:rPr>
                <w:rFonts w:ascii="Aptos" w:hAnsi="Aptos" w:cs="Arial"/>
                <w:sz w:val="20"/>
                <w:szCs w:val="20"/>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Pr="001A4E91" w:rsidRDefault="7CCEFF0D" w:rsidP="3F9B9FB5">
            <w:pPr>
              <w:rPr>
                <w:rFonts w:ascii="Aptos" w:hAnsi="Aptos"/>
                <w:sz w:val="20"/>
                <w:szCs w:val="20"/>
              </w:rPr>
            </w:pPr>
          </w:p>
        </w:tc>
        <w:tc>
          <w:tcPr>
            <w:tcW w:w="5154" w:type="dxa"/>
            <w:tcMar>
              <w:top w:w="100" w:type="dxa"/>
              <w:left w:w="120" w:type="dxa"/>
              <w:bottom w:w="100" w:type="dxa"/>
              <w:right w:w="120" w:type="dxa"/>
            </w:tcMar>
            <w:vAlign w:val="center"/>
          </w:tcPr>
          <w:p w14:paraId="03672365" w14:textId="2166FC1E" w:rsidR="3F9B9FB5" w:rsidRPr="001A4E91" w:rsidRDefault="3F9B9FB5" w:rsidP="3F9B9FB5">
            <w:pPr>
              <w:rPr>
                <w:rFonts w:ascii="Aptos" w:hAnsi="Aptos"/>
                <w:sz w:val="20"/>
                <w:szCs w:val="20"/>
              </w:rPr>
            </w:pPr>
          </w:p>
          <w:p w14:paraId="34CDC694" w14:textId="49A4AFB2" w:rsidR="29B2D129" w:rsidRPr="001A4E91" w:rsidRDefault="00000000" w:rsidP="3F9B9FB5">
            <w:pPr>
              <w:rPr>
                <w:rFonts w:ascii="Aptos" w:hAnsi="Aptos"/>
                <w:sz w:val="20"/>
                <w:szCs w:val="20"/>
              </w:rPr>
            </w:pPr>
            <w:sdt>
              <w:sdtPr>
                <w:rPr>
                  <w:rFonts w:ascii="Aptos" w:hAnsi="Aptos"/>
                  <w:color w:val="000000" w:themeColor="text1"/>
                  <w:sz w:val="20"/>
                  <w:szCs w:val="20"/>
                </w:rPr>
                <w:id w:val="1988202895"/>
                <w14:checkbox>
                  <w14:checked w14:val="0"/>
                  <w14:checkedState w14:val="2612" w14:font="MS Gothic"/>
                  <w14:uncheckedState w14:val="2610" w14:font="MS Gothic"/>
                </w14:checkbox>
              </w:sdtPr>
              <w:sdtContent>
                <w:r w:rsidR="3F51EFF0" w:rsidRPr="001A4E91">
                  <w:rPr>
                    <w:rFonts w:ascii="Aptos" w:eastAsia="MS Gothic" w:hAnsi="Aptos" w:cs="MS Gothic"/>
                    <w:color w:val="000000" w:themeColor="text1"/>
                    <w:sz w:val="20"/>
                    <w:szCs w:val="20"/>
                  </w:rPr>
                  <w:t>☐</w:t>
                </w:r>
              </w:sdtContent>
            </w:sdt>
            <w:r w:rsidR="36CC93D1" w:rsidRPr="001A4E91">
              <w:rPr>
                <w:rFonts w:ascii="Aptos" w:hAnsi="Aptos"/>
                <w:sz w:val="20"/>
                <w:szCs w:val="20"/>
              </w:rPr>
              <w:t xml:space="preserve"> Level 1 - I have little or no knowledge of the Irish Language</w:t>
            </w:r>
            <w:r w:rsidR="004D5A6C" w:rsidRPr="001A4E91">
              <w:rPr>
                <w:rFonts w:ascii="Aptos" w:hAnsi="Aptos"/>
                <w:sz w:val="20"/>
                <w:szCs w:val="20"/>
              </w:rPr>
              <w:t xml:space="preserve"> (e.g. I did not learn Irish in School)</w:t>
            </w:r>
          </w:p>
          <w:p w14:paraId="2CD3A466" w14:textId="7D5B5CF9" w:rsidR="29B2D129" w:rsidRPr="001A4E91" w:rsidRDefault="00000000" w:rsidP="3F9B9FB5">
            <w:pPr>
              <w:rPr>
                <w:rFonts w:ascii="Aptos" w:hAnsi="Aptos"/>
                <w:sz w:val="20"/>
                <w:szCs w:val="20"/>
              </w:rPr>
            </w:pPr>
            <w:sdt>
              <w:sdtPr>
                <w:rPr>
                  <w:rFonts w:ascii="Aptos" w:hAnsi="Aptos"/>
                  <w:color w:val="000000" w:themeColor="text1"/>
                  <w:sz w:val="20"/>
                  <w:szCs w:val="20"/>
                </w:rPr>
                <w:id w:val="-44353337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Level 2 </w:t>
            </w:r>
            <w:r w:rsidR="3AB6485F" w:rsidRPr="001A4E91">
              <w:rPr>
                <w:rFonts w:ascii="Aptos" w:hAnsi="Aptos"/>
                <w:sz w:val="20"/>
                <w:szCs w:val="20"/>
              </w:rPr>
              <w:t>-</w:t>
            </w:r>
            <w:r w:rsidR="29B2D129" w:rsidRPr="001A4E91">
              <w:rPr>
                <w:rFonts w:ascii="Aptos" w:hAnsi="Aptos"/>
                <w:sz w:val="20"/>
                <w:szCs w:val="20"/>
              </w:rPr>
              <w:t xml:space="preserve"> I </w:t>
            </w:r>
            <w:proofErr w:type="gramStart"/>
            <w:r w:rsidR="29B2D129" w:rsidRPr="001A4E91">
              <w:rPr>
                <w:rFonts w:ascii="Aptos" w:hAnsi="Aptos"/>
                <w:sz w:val="20"/>
                <w:szCs w:val="20"/>
              </w:rPr>
              <w:t>am able to</w:t>
            </w:r>
            <w:proofErr w:type="gramEnd"/>
            <w:r w:rsidR="29B2D129" w:rsidRPr="001A4E91">
              <w:rPr>
                <w:rFonts w:ascii="Aptos" w:hAnsi="Aptos"/>
                <w:sz w:val="20"/>
                <w:szCs w:val="20"/>
              </w:rPr>
              <w:t xml:space="preserve"> communicate at a very basic level on</w:t>
            </w:r>
            <w:r w:rsidR="303316B4" w:rsidRPr="001A4E91">
              <w:rPr>
                <w:rFonts w:ascii="Aptos" w:hAnsi="Aptos"/>
                <w:sz w:val="20"/>
                <w:szCs w:val="20"/>
              </w:rPr>
              <w:t xml:space="preserve"> Irish</w:t>
            </w:r>
            <w:r w:rsidR="29B2D129" w:rsidRPr="001A4E91">
              <w:rPr>
                <w:rFonts w:ascii="Aptos" w:hAnsi="Aptos"/>
                <w:sz w:val="20"/>
                <w:szCs w:val="20"/>
              </w:rPr>
              <w:t xml:space="preserve"> </w:t>
            </w:r>
            <w:r w:rsidR="004D5A6C" w:rsidRPr="001A4E91">
              <w:rPr>
                <w:rFonts w:ascii="Aptos" w:hAnsi="Aptos"/>
                <w:sz w:val="20"/>
                <w:szCs w:val="20"/>
              </w:rPr>
              <w:t xml:space="preserve">(e.g. I can talk </w:t>
            </w:r>
            <w:r w:rsidR="008A6B23" w:rsidRPr="001A4E91">
              <w:rPr>
                <w:rFonts w:ascii="Aptos" w:hAnsi="Aptos"/>
                <w:sz w:val="20"/>
                <w:szCs w:val="20"/>
              </w:rPr>
              <w:t>about my background, where I live etc.)</w:t>
            </w:r>
          </w:p>
          <w:p w14:paraId="61E7B18E" w14:textId="17798E9B" w:rsidR="29B2D129" w:rsidRPr="001A4E91" w:rsidRDefault="00000000" w:rsidP="3F9B9FB5">
            <w:pPr>
              <w:rPr>
                <w:rFonts w:ascii="Aptos" w:hAnsi="Aptos"/>
                <w:sz w:val="20"/>
                <w:szCs w:val="20"/>
              </w:rPr>
            </w:pPr>
            <w:sdt>
              <w:sdtPr>
                <w:rPr>
                  <w:rFonts w:ascii="Aptos" w:hAnsi="Aptos"/>
                  <w:color w:val="000000" w:themeColor="text1"/>
                  <w:sz w:val="20"/>
                  <w:szCs w:val="20"/>
                </w:rPr>
                <w:id w:val="-27016815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33DA5CE5" w:rsidRPr="001A4E91">
              <w:rPr>
                <w:rFonts w:ascii="Aptos" w:hAnsi="Aptos"/>
                <w:sz w:val="20"/>
                <w:szCs w:val="20"/>
              </w:rPr>
              <w:t xml:space="preserve">Level 3- I </w:t>
            </w:r>
            <w:r w:rsidR="00F37F2A" w:rsidRPr="001A4E91">
              <w:rPr>
                <w:rFonts w:ascii="Aptos" w:hAnsi="Aptos"/>
                <w:sz w:val="20"/>
                <w:szCs w:val="20"/>
              </w:rPr>
              <w:t xml:space="preserve">have studied Irish at school and </w:t>
            </w:r>
            <w:r w:rsidR="33DA5CE5" w:rsidRPr="001A4E91">
              <w:rPr>
                <w:rFonts w:ascii="Aptos" w:hAnsi="Aptos"/>
                <w:sz w:val="20"/>
                <w:szCs w:val="20"/>
              </w:rPr>
              <w:t>understand a good deal of the language but have had few opportunities to use in recent years</w:t>
            </w:r>
            <w:r w:rsidR="008A6B23" w:rsidRPr="001A4E91">
              <w:rPr>
                <w:rFonts w:ascii="Aptos" w:hAnsi="Aptos"/>
                <w:sz w:val="20"/>
                <w:szCs w:val="20"/>
              </w:rPr>
              <w:t xml:space="preserve"> </w:t>
            </w:r>
          </w:p>
          <w:p w14:paraId="71A34952" w14:textId="1D7EA2C0" w:rsidR="29B2D129" w:rsidRPr="001A4E91" w:rsidRDefault="00000000" w:rsidP="3F9B9FB5">
            <w:pPr>
              <w:rPr>
                <w:rFonts w:ascii="Aptos" w:hAnsi="Aptos"/>
                <w:sz w:val="20"/>
                <w:szCs w:val="20"/>
              </w:rPr>
            </w:pPr>
            <w:sdt>
              <w:sdtPr>
                <w:rPr>
                  <w:rFonts w:ascii="Aptos" w:hAnsi="Aptos"/>
                  <w:color w:val="000000" w:themeColor="text1"/>
                  <w:sz w:val="20"/>
                  <w:szCs w:val="20"/>
                </w:rPr>
                <w:id w:val="-22267478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52F5152A" w:rsidRPr="001A4E91">
              <w:rPr>
                <w:rFonts w:ascii="Aptos" w:hAnsi="Aptos"/>
                <w:sz w:val="20"/>
                <w:szCs w:val="20"/>
              </w:rPr>
              <w:t xml:space="preserve">Level 4 </w:t>
            </w:r>
            <w:r w:rsidR="7F3E0573" w:rsidRPr="001A4E91">
              <w:rPr>
                <w:rFonts w:ascii="Aptos" w:hAnsi="Aptos"/>
                <w:sz w:val="20"/>
                <w:szCs w:val="20"/>
              </w:rPr>
              <w:t>-</w:t>
            </w:r>
            <w:r w:rsidR="52F5152A" w:rsidRPr="001A4E91">
              <w:rPr>
                <w:rFonts w:ascii="Aptos" w:hAnsi="Aptos"/>
                <w:sz w:val="20"/>
                <w:szCs w:val="20"/>
              </w:rPr>
              <w:t xml:space="preserve"> I am comfortable speaking Irish and use the language from time to time</w:t>
            </w:r>
          </w:p>
          <w:p w14:paraId="3DFDF58C" w14:textId="0685C012" w:rsidR="29B2D129" w:rsidRPr="001A4E91" w:rsidRDefault="00000000" w:rsidP="3F9B9FB5">
            <w:pPr>
              <w:rPr>
                <w:rFonts w:ascii="Aptos" w:hAnsi="Aptos"/>
                <w:sz w:val="20"/>
                <w:szCs w:val="20"/>
              </w:rPr>
            </w:pPr>
            <w:sdt>
              <w:sdtPr>
                <w:rPr>
                  <w:rFonts w:ascii="Aptos" w:hAnsi="Aptos"/>
                  <w:color w:val="000000" w:themeColor="text1"/>
                  <w:sz w:val="20"/>
                  <w:szCs w:val="20"/>
                </w:rPr>
                <w:id w:val="137311789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78A28CC0" w:rsidRPr="001A4E91">
              <w:rPr>
                <w:rFonts w:ascii="Aptos" w:hAnsi="Aptos"/>
                <w:sz w:val="20"/>
                <w:szCs w:val="20"/>
              </w:rPr>
              <w:t>Level 5</w:t>
            </w:r>
            <w:r w:rsidR="28DEBC17" w:rsidRPr="001A4E91">
              <w:rPr>
                <w:rFonts w:ascii="Aptos" w:hAnsi="Aptos"/>
                <w:sz w:val="20"/>
                <w:szCs w:val="20"/>
              </w:rPr>
              <w:t xml:space="preserve"> </w:t>
            </w:r>
            <w:r w:rsidR="4F76FF56" w:rsidRPr="001A4E91">
              <w:rPr>
                <w:rFonts w:ascii="Aptos" w:hAnsi="Aptos"/>
                <w:sz w:val="20"/>
                <w:szCs w:val="20"/>
              </w:rPr>
              <w:t>-</w:t>
            </w:r>
            <w:r w:rsidR="28DEBC17" w:rsidRPr="001A4E91">
              <w:rPr>
                <w:rFonts w:ascii="Aptos" w:hAnsi="Aptos"/>
                <w:sz w:val="20"/>
                <w:szCs w:val="20"/>
              </w:rPr>
              <w:t xml:space="preserve"> I </w:t>
            </w:r>
            <w:r w:rsidR="650A679B" w:rsidRPr="001A4E91">
              <w:rPr>
                <w:rFonts w:ascii="Aptos" w:hAnsi="Aptos"/>
                <w:sz w:val="20"/>
                <w:szCs w:val="20"/>
              </w:rPr>
              <w:t>am fluent in Irish</w:t>
            </w:r>
          </w:p>
          <w:p w14:paraId="71B10245" w14:textId="50D69AFF" w:rsidR="3F9B9FB5" w:rsidRPr="001A4E91" w:rsidRDefault="3F9B9FB5" w:rsidP="3F9B9FB5">
            <w:pPr>
              <w:rPr>
                <w:rFonts w:ascii="Aptos" w:hAnsi="Aptos"/>
                <w:sz w:val="20"/>
                <w:szCs w:val="20"/>
              </w:rPr>
            </w:pPr>
          </w:p>
        </w:tc>
      </w:tr>
      <w:tr w:rsidR="00CF648B" w:rsidRPr="001A4E91" w14:paraId="0AE3899E" w14:textId="77777777" w:rsidTr="3443A52E">
        <w:tc>
          <w:tcPr>
            <w:tcW w:w="5159" w:type="dxa"/>
            <w:shd w:val="clear" w:color="auto" w:fill="F2F8F5"/>
            <w:tcMar>
              <w:top w:w="100" w:type="dxa"/>
              <w:left w:w="120" w:type="dxa"/>
              <w:bottom w:w="100" w:type="dxa"/>
              <w:right w:w="120" w:type="dxa"/>
            </w:tcMar>
            <w:vAlign w:val="center"/>
          </w:tcPr>
          <w:p w14:paraId="3F1FED91" w14:textId="5BCB2A6A" w:rsidR="00CF648B" w:rsidRPr="001A4E91" w:rsidRDefault="61F8660C" w:rsidP="3F9B9FB5">
            <w:pPr>
              <w:rPr>
                <w:rFonts w:ascii="Aptos" w:hAnsi="Aptos"/>
                <w:sz w:val="20"/>
                <w:szCs w:val="20"/>
              </w:rPr>
            </w:pPr>
            <w:r w:rsidRPr="001A4E91">
              <w:rPr>
                <w:rFonts w:ascii="Aptos" w:hAnsi="Aptos"/>
                <w:b/>
                <w:bCs/>
                <w:color w:val="006B54"/>
                <w:sz w:val="20"/>
                <w:szCs w:val="20"/>
              </w:rPr>
              <w:t>Do you require reasonable accommodation to be made at any stage of the selection process?</w:t>
            </w:r>
          </w:p>
          <w:p w14:paraId="1F05E2A9" w14:textId="66239D3E" w:rsidR="00CF648B" w:rsidRPr="001A4E91" w:rsidRDefault="00CF648B" w:rsidP="3F9B9FB5">
            <w:pPr>
              <w:rPr>
                <w:rFonts w:ascii="Aptos" w:hAnsi="Aptos"/>
                <w:b/>
                <w:bCs/>
                <w:color w:val="006B54"/>
                <w:sz w:val="20"/>
                <w:szCs w:val="20"/>
              </w:rPr>
            </w:pPr>
          </w:p>
          <w:p w14:paraId="295BE27D" w14:textId="448F2BBB" w:rsidR="00CF648B" w:rsidRPr="001A4E91" w:rsidRDefault="1AFA1D20" w:rsidP="3F9B9FB5">
            <w:pPr>
              <w:rPr>
                <w:rFonts w:ascii="Aptos" w:hAnsi="Aptos"/>
                <w:sz w:val="20"/>
                <w:szCs w:val="20"/>
              </w:rPr>
            </w:pPr>
            <w:r w:rsidRPr="001A4E91">
              <w:rPr>
                <w:rFonts w:ascii="Aptos" w:hAnsi="Aptos"/>
                <w:sz w:val="20"/>
                <w:szCs w:val="20"/>
              </w:rPr>
              <w:t>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Traveller community.</w:t>
            </w:r>
          </w:p>
        </w:tc>
        <w:tc>
          <w:tcPr>
            <w:tcW w:w="5159" w:type="dxa"/>
            <w:tcMar>
              <w:top w:w="100" w:type="dxa"/>
              <w:left w:w="120" w:type="dxa"/>
              <w:bottom w:w="100" w:type="dxa"/>
              <w:right w:w="120" w:type="dxa"/>
            </w:tcMar>
            <w:vAlign w:val="center"/>
          </w:tcPr>
          <w:p w14:paraId="3B445905" w14:textId="55C171E3" w:rsidR="00CF648B" w:rsidRPr="001A4E91" w:rsidRDefault="00000000" w:rsidP="3F9B9FB5">
            <w:pPr>
              <w:jc w:val="center"/>
              <w:rPr>
                <w:rFonts w:ascii="Aptos" w:hAnsi="Aptos"/>
                <w:sz w:val="20"/>
                <w:szCs w:val="20"/>
              </w:rPr>
            </w:pPr>
            <w:sdt>
              <w:sdtPr>
                <w:rPr>
                  <w:rFonts w:ascii="Aptos" w:hAnsi="Aptos"/>
                  <w:color w:val="000000" w:themeColor="text1"/>
                  <w:sz w:val="20"/>
                  <w:szCs w:val="20"/>
                </w:rPr>
                <w:id w:val="-1449231259"/>
                <w14:checkbox>
                  <w14:checked w14:val="0"/>
                  <w14:checkedState w14:val="2612" w14:font="MS Gothic"/>
                  <w14:uncheckedState w14:val="2610" w14:font="MS Gothic"/>
                </w14:checkbox>
              </w:sdtPr>
              <w:sdtContent>
                <w:r w:rsidR="7F9CF6DD" w:rsidRPr="001A4E91">
                  <w:rPr>
                    <w:rFonts w:ascii="Aptos" w:eastAsia="MS Gothic" w:hAnsi="Aptos" w:cs="MS Gothic"/>
                    <w:color w:val="000000" w:themeColor="text1"/>
                    <w:sz w:val="20"/>
                    <w:szCs w:val="20"/>
                  </w:rPr>
                  <w:t>☐</w:t>
                </w:r>
              </w:sdtContent>
            </w:sdt>
            <w:r w:rsidR="00DC0437" w:rsidRPr="001A4E91">
              <w:rPr>
                <w:rFonts w:ascii="Aptos" w:hAnsi="Aptos"/>
                <w:color w:val="000000" w:themeColor="text1"/>
                <w:sz w:val="20"/>
                <w:szCs w:val="20"/>
              </w:rPr>
              <w:t xml:space="preserve"> Yes    </w:t>
            </w:r>
            <w:sdt>
              <w:sdtPr>
                <w:rPr>
                  <w:rFonts w:ascii="Aptos" w:hAnsi="Aptos"/>
                  <w:color w:val="000000" w:themeColor="text1"/>
                  <w:sz w:val="20"/>
                  <w:szCs w:val="20"/>
                </w:rPr>
                <w:id w:val="-169799836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r w:rsidR="7A28EFE1" w:rsidRPr="001A4E91">
              <w:rPr>
                <w:rFonts w:ascii="Aptos" w:hAnsi="Aptos"/>
                <w:color w:val="000000" w:themeColor="text1"/>
                <w:sz w:val="20"/>
                <w:szCs w:val="20"/>
              </w:rPr>
              <w:t xml:space="preserve">   </w:t>
            </w:r>
            <w:sdt>
              <w:sdtPr>
                <w:rPr>
                  <w:rFonts w:ascii="Aptos" w:hAnsi="Aptos"/>
                  <w:color w:val="000000" w:themeColor="text1"/>
                  <w:sz w:val="20"/>
                  <w:szCs w:val="20"/>
                </w:rPr>
                <w:id w:val="209404347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A28EFE1" w:rsidRPr="001A4E91">
              <w:rPr>
                <w:rFonts w:ascii="Aptos" w:hAnsi="Aptos"/>
                <w:color w:val="000000" w:themeColor="text1"/>
                <w:sz w:val="20"/>
                <w:szCs w:val="20"/>
              </w:rPr>
              <w:t xml:space="preserve"> Do not wish to disclose</w:t>
            </w:r>
          </w:p>
        </w:tc>
      </w:tr>
    </w:tbl>
    <w:p w14:paraId="5A366DDD" w14:textId="77777777" w:rsidR="00CF648B" w:rsidRPr="001A4E91" w:rsidRDefault="00DC0437">
      <w:pPr>
        <w:rPr>
          <w:rFonts w:ascii="Aptos" w:hAnsi="Aptos"/>
          <w:sz w:val="20"/>
          <w:szCs w:val="20"/>
        </w:rPr>
      </w:pPr>
      <w:r w:rsidRPr="001A4E91">
        <w:rPr>
          <w:rFonts w:ascii="Aptos" w:hAnsi="Aptos"/>
          <w:sz w:val="20"/>
          <w:szCs w:val="20"/>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rsidRPr="001A4E91"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Pr="001A4E91" w:rsidRDefault="6B13AFB4" w:rsidP="3443A52E">
            <w:pPr>
              <w:rPr>
                <w:rFonts w:ascii="Aptos" w:hAnsi="Aptos"/>
                <w:b/>
                <w:bCs/>
                <w:color w:val="006B54"/>
                <w:sz w:val="20"/>
                <w:szCs w:val="20"/>
              </w:rPr>
            </w:pPr>
            <w:r w:rsidRPr="001A4E91">
              <w:rPr>
                <w:rFonts w:ascii="Aptos" w:hAnsi="Aptos"/>
                <w:b/>
                <w:bCs/>
                <w:color w:val="006B54"/>
                <w:sz w:val="20"/>
                <w:szCs w:val="20"/>
              </w:rPr>
              <w:t>Where did you hear about this vacancy?</w:t>
            </w:r>
          </w:p>
          <w:p w14:paraId="19FD0B60" w14:textId="2EAAFAC5" w:rsidR="3F9B9FB5" w:rsidRPr="001A4E91" w:rsidRDefault="3F9B9FB5">
            <w:pPr>
              <w:rPr>
                <w:rFonts w:ascii="Aptos" w:hAnsi="Aptos"/>
                <w:sz w:val="20"/>
                <w:szCs w:val="20"/>
              </w:rPr>
            </w:pPr>
          </w:p>
          <w:p w14:paraId="1CBC4548" w14:textId="0A8B5C21" w:rsidR="3F9B9FB5" w:rsidRPr="001A4E91" w:rsidRDefault="3F9B9FB5"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33394C25" w14:textId="15E4500F" w:rsidR="3F9B9FB5" w:rsidRPr="001A4E91" w:rsidRDefault="00000000" w:rsidP="3F9B9FB5">
            <w:pPr>
              <w:rPr>
                <w:rFonts w:ascii="Aptos" w:hAnsi="Aptos"/>
                <w:sz w:val="20"/>
                <w:szCs w:val="20"/>
              </w:rPr>
            </w:pPr>
            <w:sdt>
              <w:sdtPr>
                <w:rPr>
                  <w:rFonts w:ascii="Aptos" w:hAnsi="Aptos"/>
                  <w:color w:val="000000" w:themeColor="text1"/>
                  <w:sz w:val="20"/>
                  <w:szCs w:val="20"/>
                </w:rPr>
                <w:id w:val="76041227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F9B9FB5" w:rsidRPr="001A4E91">
              <w:rPr>
                <w:rFonts w:ascii="Aptos" w:hAnsi="Aptos"/>
                <w:sz w:val="20"/>
                <w:szCs w:val="20"/>
              </w:rPr>
              <w:t xml:space="preserve"> </w:t>
            </w:r>
            <w:r w:rsidR="132D9D11" w:rsidRPr="001A4E91">
              <w:rPr>
                <w:rFonts w:ascii="Aptos" w:hAnsi="Aptos"/>
                <w:sz w:val="20"/>
                <w:szCs w:val="20"/>
              </w:rPr>
              <w:t>Fáilte Ireland Website</w:t>
            </w:r>
          </w:p>
          <w:p w14:paraId="0E630FC7" w14:textId="240C4232" w:rsidR="1B677B44" w:rsidRPr="001A4E91" w:rsidRDefault="00000000" w:rsidP="3F9B9FB5">
            <w:pPr>
              <w:rPr>
                <w:rFonts w:ascii="Aptos" w:hAnsi="Aptos"/>
                <w:sz w:val="20"/>
                <w:szCs w:val="20"/>
              </w:rPr>
            </w:pPr>
            <w:sdt>
              <w:sdtPr>
                <w:rPr>
                  <w:rFonts w:ascii="Aptos" w:hAnsi="Aptos"/>
                  <w:color w:val="000000" w:themeColor="text1"/>
                  <w:sz w:val="20"/>
                  <w:szCs w:val="20"/>
                </w:rPr>
                <w:id w:val="79726986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1B677B44" w:rsidRPr="001A4E91">
              <w:rPr>
                <w:rFonts w:ascii="Aptos" w:hAnsi="Aptos"/>
                <w:sz w:val="20"/>
                <w:szCs w:val="20"/>
              </w:rPr>
              <w:t xml:space="preserve"> </w:t>
            </w:r>
            <w:r w:rsidR="132D9D11" w:rsidRPr="001A4E91">
              <w:rPr>
                <w:rFonts w:ascii="Aptos" w:hAnsi="Aptos"/>
                <w:sz w:val="20"/>
                <w:szCs w:val="20"/>
              </w:rPr>
              <w:t>PublicJobs.ie</w:t>
            </w:r>
          </w:p>
          <w:p w14:paraId="408A9F4E" w14:textId="586A1D82" w:rsidR="7F211E71" w:rsidRPr="001A4E91" w:rsidRDefault="00000000" w:rsidP="3F9B9FB5">
            <w:pPr>
              <w:rPr>
                <w:rFonts w:ascii="Aptos" w:hAnsi="Aptos"/>
                <w:sz w:val="20"/>
                <w:szCs w:val="20"/>
              </w:rPr>
            </w:pPr>
            <w:sdt>
              <w:sdtPr>
                <w:rPr>
                  <w:rFonts w:ascii="Aptos" w:hAnsi="Aptos"/>
                  <w:color w:val="000000" w:themeColor="text1"/>
                  <w:sz w:val="20"/>
                  <w:szCs w:val="20"/>
                </w:rPr>
                <w:id w:val="31985405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F211E71" w:rsidRPr="001A4E91">
              <w:rPr>
                <w:rFonts w:ascii="Aptos" w:hAnsi="Aptos"/>
                <w:sz w:val="20"/>
                <w:szCs w:val="20"/>
              </w:rPr>
              <w:t xml:space="preserve"> </w:t>
            </w:r>
            <w:r w:rsidR="132D9D11" w:rsidRPr="001A4E91">
              <w:rPr>
                <w:rFonts w:ascii="Aptos" w:hAnsi="Aptos"/>
                <w:sz w:val="20"/>
                <w:szCs w:val="20"/>
              </w:rPr>
              <w:t xml:space="preserve">Open Doors Initiative </w:t>
            </w:r>
          </w:p>
          <w:p w14:paraId="750281D0" w14:textId="7DA308EF" w:rsidR="5108E578" w:rsidRPr="001A4E91" w:rsidRDefault="00000000" w:rsidP="3F9B9FB5">
            <w:pPr>
              <w:rPr>
                <w:rFonts w:ascii="Aptos" w:hAnsi="Aptos"/>
                <w:sz w:val="20"/>
                <w:szCs w:val="20"/>
              </w:rPr>
            </w:pPr>
            <w:sdt>
              <w:sdtPr>
                <w:rPr>
                  <w:rFonts w:ascii="Aptos" w:hAnsi="Aptos"/>
                  <w:color w:val="000000" w:themeColor="text1"/>
                  <w:sz w:val="20"/>
                  <w:szCs w:val="20"/>
                </w:rPr>
                <w:id w:val="137503835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sz w:val="20"/>
                <w:szCs w:val="20"/>
              </w:rPr>
              <w:t xml:space="preserve"> </w:t>
            </w:r>
            <w:r w:rsidR="61E274A4" w:rsidRPr="001A4E91">
              <w:rPr>
                <w:rFonts w:ascii="Aptos" w:hAnsi="Aptos"/>
                <w:sz w:val="20"/>
                <w:szCs w:val="20"/>
              </w:rPr>
              <w:t>LinkedIn</w:t>
            </w:r>
          </w:p>
          <w:p w14:paraId="5CAB7DAF" w14:textId="3692FEF9" w:rsidR="5108E578" w:rsidRPr="001A4E91" w:rsidRDefault="00000000" w:rsidP="3F9B9FB5">
            <w:pPr>
              <w:rPr>
                <w:rFonts w:ascii="Aptos" w:hAnsi="Aptos"/>
                <w:sz w:val="20"/>
                <w:szCs w:val="20"/>
              </w:rPr>
            </w:pPr>
            <w:sdt>
              <w:sdtPr>
                <w:rPr>
                  <w:rFonts w:ascii="Aptos" w:hAnsi="Aptos"/>
                  <w:color w:val="000000" w:themeColor="text1"/>
                  <w:sz w:val="20"/>
                  <w:szCs w:val="20"/>
                </w:rPr>
                <w:id w:val="173819934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b/>
                <w:bCs/>
                <w:sz w:val="20"/>
                <w:szCs w:val="20"/>
              </w:rPr>
              <w:t xml:space="preserve"> </w:t>
            </w:r>
            <w:r w:rsidR="132D9D11" w:rsidRPr="001A4E91">
              <w:rPr>
                <w:rFonts w:ascii="Aptos" w:hAnsi="Aptos"/>
                <w:sz w:val="20"/>
                <w:szCs w:val="20"/>
              </w:rPr>
              <w:t xml:space="preserve">Conscia </w:t>
            </w:r>
            <w:r w:rsidR="00F37F2A" w:rsidRPr="001A4E91">
              <w:rPr>
                <w:rFonts w:ascii="Aptos" w:hAnsi="Aptos"/>
                <w:sz w:val="20"/>
                <w:szCs w:val="20"/>
              </w:rPr>
              <w:t xml:space="preserve">Talent </w:t>
            </w:r>
          </w:p>
          <w:p w14:paraId="07FC2FD4" w14:textId="5AB0236C" w:rsidR="7E035450" w:rsidRPr="001A4E91" w:rsidRDefault="00000000" w:rsidP="3F9B9FB5">
            <w:pPr>
              <w:rPr>
                <w:rFonts w:ascii="Aptos" w:hAnsi="Aptos"/>
                <w:sz w:val="20"/>
                <w:szCs w:val="20"/>
              </w:rPr>
            </w:pPr>
            <w:sdt>
              <w:sdtPr>
                <w:rPr>
                  <w:rFonts w:ascii="Aptos" w:hAnsi="Aptos"/>
                  <w:color w:val="000000" w:themeColor="text1"/>
                  <w:sz w:val="20"/>
                  <w:szCs w:val="20"/>
                </w:rPr>
                <w:id w:val="-22129342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E035450" w:rsidRPr="001A4E91">
              <w:rPr>
                <w:rFonts w:ascii="Aptos" w:hAnsi="Aptos"/>
                <w:sz w:val="20"/>
                <w:szCs w:val="20"/>
              </w:rPr>
              <w:t xml:space="preserve"> </w:t>
            </w:r>
            <w:r w:rsidR="132D9D11" w:rsidRPr="001A4E91">
              <w:rPr>
                <w:rFonts w:ascii="Aptos" w:hAnsi="Aptos"/>
                <w:sz w:val="20"/>
                <w:szCs w:val="20"/>
              </w:rPr>
              <w:t>Word of Mouth</w:t>
            </w:r>
          </w:p>
          <w:p w14:paraId="270BB5C2" w14:textId="63981732" w:rsidR="5D29FD70" w:rsidRPr="001A4E91" w:rsidRDefault="00000000" w:rsidP="3F9B9FB5">
            <w:pPr>
              <w:rPr>
                <w:rFonts w:ascii="Aptos" w:hAnsi="Aptos"/>
                <w:sz w:val="20"/>
                <w:szCs w:val="20"/>
              </w:rPr>
            </w:pPr>
            <w:sdt>
              <w:sdtPr>
                <w:rPr>
                  <w:rFonts w:ascii="Aptos" w:hAnsi="Aptos"/>
                  <w:color w:val="000000" w:themeColor="text1"/>
                  <w:sz w:val="20"/>
                  <w:szCs w:val="20"/>
                </w:rPr>
                <w:id w:val="101912266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D29FD70" w:rsidRPr="001A4E91">
              <w:rPr>
                <w:rFonts w:ascii="Aptos" w:hAnsi="Aptos"/>
                <w:sz w:val="20"/>
                <w:szCs w:val="20"/>
              </w:rPr>
              <w:t xml:space="preserve"> </w:t>
            </w:r>
            <w:r w:rsidR="132D9D11" w:rsidRPr="001A4E91">
              <w:rPr>
                <w:rFonts w:ascii="Aptos" w:hAnsi="Aptos"/>
                <w:sz w:val="20"/>
                <w:szCs w:val="20"/>
              </w:rPr>
              <w:t>Other</w:t>
            </w:r>
          </w:p>
          <w:p w14:paraId="7A16B70D" w14:textId="410E92B0" w:rsidR="3F9B9FB5" w:rsidRPr="001A4E91" w:rsidRDefault="3F9B9FB5" w:rsidP="3F9B9FB5">
            <w:pPr>
              <w:rPr>
                <w:rFonts w:ascii="Aptos" w:hAnsi="Aptos"/>
                <w:sz w:val="20"/>
                <w:szCs w:val="20"/>
              </w:rPr>
            </w:pPr>
          </w:p>
          <w:p w14:paraId="4AC5AFBE" w14:textId="134EBAFF" w:rsidR="132D9D11" w:rsidRPr="001A4E91" w:rsidRDefault="132D9D11" w:rsidP="3F9B9FB5">
            <w:pPr>
              <w:rPr>
                <w:rFonts w:ascii="Aptos" w:hAnsi="Aptos"/>
                <w:sz w:val="20"/>
                <w:szCs w:val="20"/>
              </w:rPr>
            </w:pPr>
            <w:r w:rsidRPr="001A4E91">
              <w:rPr>
                <w:rFonts w:ascii="Aptos" w:hAnsi="Aptos"/>
                <w:sz w:val="20"/>
                <w:szCs w:val="20"/>
              </w:rPr>
              <w:t>If Other, please give details</w:t>
            </w:r>
            <w:r w:rsidR="13F1FC16" w:rsidRPr="001A4E91">
              <w:rPr>
                <w:rFonts w:ascii="Aptos" w:hAnsi="Aptos"/>
                <w:sz w:val="20"/>
                <w:szCs w:val="20"/>
              </w:rPr>
              <w:t>:</w:t>
            </w:r>
          </w:p>
          <w:tbl>
            <w:tblPr>
              <w:tblStyle w:val="TableGrid"/>
              <w:tblW w:w="0" w:type="auto"/>
              <w:tblLook w:val="06A0" w:firstRow="1" w:lastRow="0" w:firstColumn="1" w:lastColumn="0" w:noHBand="1" w:noVBand="1"/>
            </w:tblPr>
            <w:tblGrid>
              <w:gridCol w:w="4904"/>
            </w:tblGrid>
            <w:tr w:rsidR="3F9B9FB5" w:rsidRPr="001A4E91" w14:paraId="214BF54D" w14:textId="77777777" w:rsidTr="3F9B9FB5">
              <w:trPr>
                <w:trHeight w:val="300"/>
              </w:trPr>
              <w:tc>
                <w:tcPr>
                  <w:tcW w:w="4905" w:type="dxa"/>
                </w:tcPr>
                <w:p w14:paraId="1F992CA7" w14:textId="2761DF7E" w:rsidR="3F9B9FB5" w:rsidRPr="001A4E91" w:rsidRDefault="3F9B9FB5" w:rsidP="3F9B9FB5">
                  <w:pPr>
                    <w:rPr>
                      <w:rFonts w:ascii="Aptos" w:hAnsi="Aptos"/>
                      <w:sz w:val="20"/>
                      <w:szCs w:val="20"/>
                    </w:rPr>
                  </w:pPr>
                </w:p>
              </w:tc>
            </w:tr>
          </w:tbl>
          <w:p w14:paraId="77D96BDC" w14:textId="0516B65F" w:rsidR="3F9B9FB5" w:rsidRPr="001A4E91" w:rsidRDefault="3F9B9FB5" w:rsidP="3F9B9FB5">
            <w:pPr>
              <w:jc w:val="center"/>
              <w:rPr>
                <w:rFonts w:ascii="Aptos" w:hAnsi="Aptos"/>
                <w:sz w:val="20"/>
                <w:szCs w:val="20"/>
              </w:rPr>
            </w:pPr>
          </w:p>
          <w:p w14:paraId="7FB8B49B" w14:textId="471ED7D6" w:rsidR="3F9B9FB5" w:rsidRPr="001A4E91" w:rsidRDefault="3F9B9FB5" w:rsidP="3F9B9FB5">
            <w:pPr>
              <w:jc w:val="center"/>
              <w:rPr>
                <w:rFonts w:ascii="Aptos" w:hAnsi="Aptos"/>
                <w:sz w:val="20"/>
                <w:szCs w:val="20"/>
              </w:rPr>
            </w:pPr>
          </w:p>
          <w:p w14:paraId="7E0E5690" w14:textId="1F5DB1BB" w:rsidR="3F9B9FB5" w:rsidRPr="001A4E91" w:rsidRDefault="3F9B9FB5" w:rsidP="3F9B9FB5">
            <w:pPr>
              <w:jc w:val="center"/>
              <w:rPr>
                <w:rFonts w:ascii="Aptos" w:hAnsi="Aptos"/>
                <w:sz w:val="20"/>
                <w:szCs w:val="20"/>
              </w:rPr>
            </w:pPr>
            <w:r w:rsidRPr="001A4E91">
              <w:rPr>
                <w:rFonts w:ascii="Aptos" w:hAnsi="Aptos"/>
                <w:color w:val="000000" w:themeColor="text1"/>
                <w:sz w:val="20"/>
                <w:szCs w:val="20"/>
              </w:rPr>
              <w:t xml:space="preserve">    </w:t>
            </w:r>
          </w:p>
        </w:tc>
      </w:tr>
    </w:tbl>
    <w:p w14:paraId="3B786237" w14:textId="3EEC7983" w:rsidR="3F9B9FB5" w:rsidRPr="001A4E91" w:rsidRDefault="3F9B9FB5" w:rsidP="3F9B9FB5">
      <w:pPr>
        <w:rPr>
          <w:rFonts w:ascii="Aptos" w:hAnsi="Aptos"/>
          <w:sz w:val="20"/>
          <w:szCs w:val="20"/>
        </w:rPr>
      </w:pPr>
    </w:p>
    <w:p w14:paraId="53128261"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Pr="001A4E91" w:rsidRDefault="00CF648B">
            <w:pPr>
              <w:jc w:val="right"/>
              <w:rPr>
                <w:rFonts w:ascii="Aptos" w:hAnsi="Aptos"/>
                <w:sz w:val="20"/>
                <w:szCs w:val="20"/>
              </w:rPr>
            </w:pPr>
          </w:p>
        </w:tc>
      </w:tr>
      <w:tr w:rsidR="00CF648B" w:rsidRPr="001A4E91"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Pr="001A4E91" w:rsidRDefault="006D710E">
            <w:pPr>
              <w:spacing w:after="0"/>
              <w:rPr>
                <w:rFonts w:ascii="Aptos" w:hAnsi="Aptos"/>
                <w:sz w:val="20"/>
                <w:szCs w:val="20"/>
              </w:rPr>
            </w:pPr>
            <w:r w:rsidRPr="001A4E91">
              <w:rPr>
                <w:rFonts w:ascii="Aptos" w:hAnsi="Aptos"/>
                <w:b/>
                <w:color w:val="FFFFFF"/>
                <w:sz w:val="20"/>
                <w:szCs w:val="20"/>
              </w:rPr>
              <w:t xml:space="preserve">QUALIFICATION DETAILS </w:t>
            </w:r>
          </w:p>
        </w:tc>
      </w:tr>
    </w:tbl>
    <w:p w14:paraId="4101652C" w14:textId="77777777" w:rsidR="00CF648B" w:rsidRPr="001A4E91" w:rsidRDefault="00CF648B">
      <w:pPr>
        <w:spacing w:after="0"/>
        <w:rPr>
          <w:rFonts w:ascii="Aptos" w:hAnsi="Aptos"/>
          <w:sz w:val="20"/>
          <w:szCs w:val="20"/>
        </w:rPr>
      </w:pPr>
    </w:p>
    <w:p w14:paraId="2B29B7D5" w14:textId="77777777" w:rsidR="00CF648B" w:rsidRPr="001A4E91" w:rsidRDefault="00DC0437">
      <w:pPr>
        <w:rPr>
          <w:rFonts w:ascii="Aptos" w:hAnsi="Aptos"/>
          <w:sz w:val="20"/>
          <w:szCs w:val="20"/>
        </w:rPr>
      </w:pPr>
      <w:r w:rsidRPr="001A4E91">
        <w:rPr>
          <w:rFonts w:ascii="Aptos" w:hAnsi="Aptos"/>
          <w:sz w:val="20"/>
          <w:szCs w:val="20"/>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62"/>
        <w:gridCol w:w="2400"/>
        <w:gridCol w:w="2564"/>
        <w:gridCol w:w="2182"/>
      </w:tblGrid>
      <w:tr w:rsidR="006D7F69" w:rsidRPr="001A4E91" w14:paraId="360E4511" w14:textId="40C7B4B4" w:rsidTr="006D7F69">
        <w:tc>
          <w:tcPr>
            <w:tcW w:w="3129" w:type="dxa"/>
            <w:shd w:val="clear" w:color="auto" w:fill="006B54"/>
            <w:tcMar>
              <w:top w:w="100" w:type="dxa"/>
              <w:left w:w="120" w:type="dxa"/>
              <w:bottom w:w="100" w:type="dxa"/>
              <w:right w:w="120" w:type="dxa"/>
            </w:tcMar>
            <w:vAlign w:val="center"/>
          </w:tcPr>
          <w:p w14:paraId="646D8035" w14:textId="77777777" w:rsidR="006D7F69" w:rsidRPr="001A4E91" w:rsidRDefault="006D7F69">
            <w:pPr>
              <w:jc w:val="center"/>
              <w:rPr>
                <w:rFonts w:ascii="Aptos" w:hAnsi="Aptos"/>
                <w:sz w:val="20"/>
                <w:szCs w:val="20"/>
              </w:rPr>
            </w:pPr>
            <w:r w:rsidRPr="001A4E91">
              <w:rPr>
                <w:rFonts w:ascii="Aptos" w:hAnsi="Aptos"/>
                <w:b/>
                <w:color w:val="FFFFFF"/>
                <w:sz w:val="20"/>
                <w:szCs w:val="20"/>
              </w:rPr>
              <w:t>College/University/Professional Bodies</w:t>
            </w:r>
          </w:p>
        </w:tc>
        <w:tc>
          <w:tcPr>
            <w:tcW w:w="2413" w:type="dxa"/>
            <w:shd w:val="clear" w:color="auto" w:fill="006B54"/>
            <w:tcMar>
              <w:top w:w="100" w:type="dxa"/>
              <w:left w:w="120" w:type="dxa"/>
              <w:bottom w:w="100" w:type="dxa"/>
              <w:right w:w="120" w:type="dxa"/>
            </w:tcMar>
            <w:vAlign w:val="center"/>
          </w:tcPr>
          <w:p w14:paraId="38D93C5A" w14:textId="2B6AB825" w:rsidR="006D7F69" w:rsidRPr="001A4E91" w:rsidRDefault="006D7F69">
            <w:pPr>
              <w:jc w:val="center"/>
              <w:rPr>
                <w:rFonts w:ascii="Aptos" w:hAnsi="Aptos"/>
                <w:sz w:val="20"/>
                <w:szCs w:val="20"/>
              </w:rPr>
            </w:pPr>
            <w:r w:rsidRPr="001A4E91">
              <w:rPr>
                <w:rFonts w:ascii="Aptos" w:hAnsi="Aptos"/>
                <w:b/>
                <w:color w:val="FFFFFF"/>
                <w:sz w:val="20"/>
                <w:szCs w:val="20"/>
              </w:rPr>
              <w:t xml:space="preserve">Course Name </w:t>
            </w:r>
          </w:p>
        </w:tc>
        <w:tc>
          <w:tcPr>
            <w:tcW w:w="2574" w:type="dxa"/>
            <w:shd w:val="clear" w:color="auto" w:fill="006B54"/>
            <w:tcMar>
              <w:top w:w="100" w:type="dxa"/>
              <w:left w:w="120" w:type="dxa"/>
              <w:bottom w:w="100" w:type="dxa"/>
              <w:right w:w="120" w:type="dxa"/>
            </w:tcMar>
            <w:vAlign w:val="center"/>
          </w:tcPr>
          <w:p w14:paraId="795D9AA1" w14:textId="1B04BBCD" w:rsidR="006D7F69" w:rsidRPr="001A4E91" w:rsidRDefault="006D7F69">
            <w:pPr>
              <w:jc w:val="center"/>
              <w:rPr>
                <w:rFonts w:ascii="Aptos" w:hAnsi="Aptos"/>
                <w:sz w:val="20"/>
                <w:szCs w:val="20"/>
              </w:rPr>
            </w:pPr>
            <w:r w:rsidRPr="001A4E91">
              <w:rPr>
                <w:rFonts w:ascii="Aptos" w:hAnsi="Aptos"/>
                <w:b/>
                <w:color w:val="FFFFFF"/>
                <w:sz w:val="20"/>
                <w:szCs w:val="20"/>
              </w:rPr>
              <w:t>Qualification Type / Level</w:t>
            </w:r>
          </w:p>
        </w:tc>
        <w:tc>
          <w:tcPr>
            <w:tcW w:w="2192" w:type="dxa"/>
            <w:shd w:val="clear" w:color="auto" w:fill="006B54"/>
          </w:tcPr>
          <w:p w14:paraId="2811CA70" w14:textId="77777777" w:rsidR="006D7F69" w:rsidRPr="001A4E91" w:rsidRDefault="006D7F69">
            <w:pPr>
              <w:jc w:val="center"/>
              <w:rPr>
                <w:rFonts w:ascii="Aptos" w:hAnsi="Aptos"/>
                <w:b/>
                <w:color w:val="FFFFFF"/>
                <w:sz w:val="20"/>
                <w:szCs w:val="20"/>
              </w:rPr>
            </w:pPr>
            <w:r w:rsidRPr="001A4E91">
              <w:rPr>
                <w:rFonts w:ascii="Aptos" w:hAnsi="Aptos"/>
                <w:b/>
                <w:color w:val="FFFFFF"/>
                <w:sz w:val="20"/>
                <w:szCs w:val="20"/>
              </w:rPr>
              <w:t>Duration of Course</w:t>
            </w:r>
          </w:p>
          <w:p w14:paraId="486C3FC5" w14:textId="5329BFBF" w:rsidR="006D7F69" w:rsidRPr="001A4E91" w:rsidRDefault="006D7F69">
            <w:pPr>
              <w:jc w:val="center"/>
              <w:rPr>
                <w:rFonts w:ascii="Aptos" w:hAnsi="Aptos"/>
                <w:b/>
                <w:color w:val="FFFFFF"/>
                <w:sz w:val="20"/>
                <w:szCs w:val="20"/>
              </w:rPr>
            </w:pPr>
            <w:r w:rsidRPr="001A4E91">
              <w:rPr>
                <w:rFonts w:ascii="Aptos" w:hAnsi="Aptos"/>
                <w:b/>
                <w:color w:val="FFFFFF"/>
                <w:sz w:val="20"/>
                <w:szCs w:val="20"/>
              </w:rPr>
              <w:t>(in years)</w:t>
            </w:r>
          </w:p>
        </w:tc>
      </w:tr>
      <w:tr w:rsidR="006D7F69" w:rsidRPr="001A4E91" w14:paraId="4B99056E" w14:textId="0D0D1EF2" w:rsidTr="006D7F69">
        <w:tc>
          <w:tcPr>
            <w:tcW w:w="3129" w:type="dxa"/>
            <w:tcMar>
              <w:top w:w="100" w:type="dxa"/>
              <w:left w:w="120" w:type="dxa"/>
              <w:bottom w:w="100" w:type="dxa"/>
              <w:right w:w="120" w:type="dxa"/>
            </w:tcMar>
            <w:vAlign w:val="center"/>
          </w:tcPr>
          <w:p w14:paraId="1299C43A"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4DDBEF00"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461D7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B68EACD" w14:textId="77777777" w:rsidR="006D7F69" w:rsidRPr="001A4E91" w:rsidRDefault="006D7F69">
            <w:pPr>
              <w:rPr>
                <w:rFonts w:ascii="Aptos" w:hAnsi="Aptos"/>
                <w:color w:val="000000"/>
                <w:sz w:val="20"/>
                <w:szCs w:val="20"/>
              </w:rPr>
            </w:pPr>
          </w:p>
        </w:tc>
      </w:tr>
      <w:tr w:rsidR="006D7F69" w:rsidRPr="001A4E91" w14:paraId="3CF2D8B6" w14:textId="33F7C2D9" w:rsidTr="006D7F69">
        <w:tc>
          <w:tcPr>
            <w:tcW w:w="3129" w:type="dxa"/>
            <w:tcMar>
              <w:top w:w="100" w:type="dxa"/>
              <w:left w:w="120" w:type="dxa"/>
              <w:bottom w:w="100" w:type="dxa"/>
              <w:right w:w="120" w:type="dxa"/>
            </w:tcMar>
            <w:vAlign w:val="center"/>
          </w:tcPr>
          <w:p w14:paraId="0FB78278"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1FC3994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0562CB0E"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2FAE064" w14:textId="77777777" w:rsidR="006D7F69" w:rsidRPr="001A4E91" w:rsidRDefault="006D7F69">
            <w:pPr>
              <w:rPr>
                <w:rFonts w:ascii="Aptos" w:hAnsi="Aptos"/>
                <w:color w:val="000000"/>
                <w:sz w:val="20"/>
                <w:szCs w:val="20"/>
              </w:rPr>
            </w:pPr>
          </w:p>
        </w:tc>
      </w:tr>
      <w:tr w:rsidR="006D7F69" w:rsidRPr="001A4E91" w14:paraId="34CE0A41" w14:textId="17D21BD9" w:rsidTr="006D7F69">
        <w:tc>
          <w:tcPr>
            <w:tcW w:w="3129" w:type="dxa"/>
            <w:tcMar>
              <w:top w:w="100" w:type="dxa"/>
              <w:left w:w="120" w:type="dxa"/>
              <w:bottom w:w="100" w:type="dxa"/>
              <w:right w:w="120" w:type="dxa"/>
            </w:tcMar>
            <w:vAlign w:val="center"/>
          </w:tcPr>
          <w:p w14:paraId="62EBF3C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D98A12B"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2946DB82"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72830E20" w14:textId="77777777" w:rsidR="006D7F69" w:rsidRPr="001A4E91" w:rsidRDefault="006D7F69">
            <w:pPr>
              <w:rPr>
                <w:rFonts w:ascii="Aptos" w:hAnsi="Aptos"/>
                <w:color w:val="000000"/>
                <w:sz w:val="20"/>
                <w:szCs w:val="20"/>
              </w:rPr>
            </w:pPr>
          </w:p>
        </w:tc>
      </w:tr>
      <w:tr w:rsidR="006D7F69" w:rsidRPr="001A4E91" w14:paraId="5997CC1D" w14:textId="75EC689D" w:rsidTr="006D7F69">
        <w:tc>
          <w:tcPr>
            <w:tcW w:w="3129" w:type="dxa"/>
            <w:tcMar>
              <w:top w:w="100" w:type="dxa"/>
              <w:left w:w="120" w:type="dxa"/>
              <w:bottom w:w="100" w:type="dxa"/>
              <w:right w:w="120" w:type="dxa"/>
            </w:tcMar>
            <w:vAlign w:val="center"/>
          </w:tcPr>
          <w:p w14:paraId="110FFD37"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B6993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FE9F23F"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097653BD" w14:textId="77777777" w:rsidR="006D7F69" w:rsidRPr="001A4E91" w:rsidRDefault="006D7F69">
            <w:pPr>
              <w:rPr>
                <w:rFonts w:ascii="Aptos" w:hAnsi="Aptos"/>
                <w:color w:val="000000"/>
                <w:sz w:val="20"/>
                <w:szCs w:val="20"/>
              </w:rPr>
            </w:pPr>
          </w:p>
        </w:tc>
      </w:tr>
    </w:tbl>
    <w:tbl>
      <w:tblPr>
        <w:tblW w:w="0" w:type="auto"/>
        <w:jc w:val="center"/>
        <w:tblLook w:val="04A0" w:firstRow="1" w:lastRow="0" w:firstColumn="1" w:lastColumn="0" w:noHBand="0" w:noVBand="1"/>
      </w:tblPr>
      <w:tblGrid>
        <w:gridCol w:w="10318"/>
      </w:tblGrid>
      <w:tr w:rsidR="00CF648B" w:rsidRPr="001A4E91"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Pr="001A4E91" w:rsidRDefault="00DB0165">
            <w:pPr>
              <w:spacing w:after="0"/>
              <w:rPr>
                <w:rFonts w:ascii="Aptos" w:hAnsi="Aptos"/>
                <w:sz w:val="20"/>
                <w:szCs w:val="20"/>
              </w:rPr>
            </w:pPr>
            <w:r w:rsidRPr="001A4E91">
              <w:rPr>
                <w:rFonts w:ascii="Aptos" w:hAnsi="Aptos"/>
                <w:b/>
                <w:color w:val="FFFFFF"/>
                <w:sz w:val="20"/>
                <w:szCs w:val="20"/>
              </w:rPr>
              <w:t xml:space="preserve"> PROFESSIONAL BODIES &amp; </w:t>
            </w:r>
            <w:r w:rsidR="00DC0437" w:rsidRPr="001A4E91">
              <w:rPr>
                <w:rFonts w:ascii="Aptos" w:hAnsi="Aptos"/>
                <w:b/>
                <w:color w:val="FFFFFF"/>
                <w:sz w:val="20"/>
                <w:szCs w:val="20"/>
              </w:rPr>
              <w:t>OTHER TRAINING COURSES</w:t>
            </w:r>
          </w:p>
        </w:tc>
      </w:tr>
    </w:tbl>
    <w:p w14:paraId="1F72F646" w14:textId="77777777" w:rsidR="00CF648B" w:rsidRPr="001A4E91" w:rsidRDefault="00CF648B">
      <w:pPr>
        <w:spacing w:after="0"/>
        <w:rPr>
          <w:rFonts w:ascii="Aptos" w:hAnsi="Aptos"/>
          <w:sz w:val="20"/>
          <w:szCs w:val="20"/>
        </w:rPr>
      </w:pPr>
    </w:p>
    <w:p w14:paraId="71105374" w14:textId="77777777" w:rsidR="00CF648B" w:rsidRPr="001A4E91" w:rsidRDefault="00DC0437">
      <w:pPr>
        <w:rPr>
          <w:rFonts w:ascii="Aptos" w:hAnsi="Aptos"/>
          <w:sz w:val="20"/>
          <w:szCs w:val="20"/>
        </w:rPr>
      </w:pPr>
      <w:r w:rsidRPr="001A4E91">
        <w:rPr>
          <w:rFonts w:ascii="Aptos" w:hAnsi="Aptos"/>
          <w:sz w:val="20"/>
          <w:szCs w:val="20"/>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rsidRPr="001A4E91" w14:paraId="08CE6F91" w14:textId="77777777">
        <w:tc>
          <w:tcPr>
            <w:tcW w:w="10318" w:type="dxa"/>
            <w:tcMar>
              <w:top w:w="100" w:type="dxa"/>
              <w:left w:w="120" w:type="dxa"/>
              <w:bottom w:w="100" w:type="dxa"/>
              <w:right w:w="120" w:type="dxa"/>
            </w:tcMar>
            <w:vAlign w:val="center"/>
          </w:tcPr>
          <w:p w14:paraId="61CDCEAD"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6BB9E253" w14:textId="77777777">
        <w:tc>
          <w:tcPr>
            <w:tcW w:w="10318" w:type="dxa"/>
            <w:tcMar>
              <w:top w:w="100" w:type="dxa"/>
              <w:left w:w="120" w:type="dxa"/>
              <w:bottom w:w="100" w:type="dxa"/>
              <w:right w:w="120" w:type="dxa"/>
            </w:tcMar>
            <w:vAlign w:val="center"/>
          </w:tcPr>
          <w:p w14:paraId="23DE523C"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2E56223" w14:textId="77777777">
        <w:tc>
          <w:tcPr>
            <w:tcW w:w="10318" w:type="dxa"/>
            <w:tcMar>
              <w:top w:w="100" w:type="dxa"/>
              <w:left w:w="120" w:type="dxa"/>
              <w:bottom w:w="100" w:type="dxa"/>
              <w:right w:w="120" w:type="dxa"/>
            </w:tcMar>
            <w:vAlign w:val="center"/>
          </w:tcPr>
          <w:p w14:paraId="07547A01"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043CB0F" w14:textId="77777777">
        <w:tc>
          <w:tcPr>
            <w:tcW w:w="10318" w:type="dxa"/>
            <w:tcMar>
              <w:top w:w="100" w:type="dxa"/>
              <w:left w:w="120" w:type="dxa"/>
              <w:bottom w:w="100" w:type="dxa"/>
              <w:right w:w="120" w:type="dxa"/>
            </w:tcMar>
            <w:vAlign w:val="center"/>
          </w:tcPr>
          <w:p w14:paraId="07459315" w14:textId="77777777" w:rsidR="00CF648B" w:rsidRPr="001A4E91" w:rsidRDefault="00DC0437">
            <w:pPr>
              <w:rPr>
                <w:rFonts w:ascii="Aptos" w:hAnsi="Aptos"/>
                <w:sz w:val="20"/>
                <w:szCs w:val="20"/>
              </w:rPr>
            </w:pPr>
            <w:r w:rsidRPr="001A4E91">
              <w:rPr>
                <w:rFonts w:ascii="Aptos" w:hAnsi="Aptos"/>
                <w:color w:val="000000"/>
                <w:sz w:val="20"/>
                <w:szCs w:val="20"/>
              </w:rPr>
              <w:br/>
            </w:r>
          </w:p>
        </w:tc>
      </w:tr>
    </w:tbl>
    <w:tbl>
      <w:tblPr>
        <w:tblW w:w="0" w:type="auto"/>
        <w:jc w:val="center"/>
        <w:tblLook w:val="04A0" w:firstRow="1" w:lastRow="0" w:firstColumn="1" w:lastColumn="0" w:noHBand="0" w:noVBand="1"/>
      </w:tblPr>
      <w:tblGrid>
        <w:gridCol w:w="10318"/>
      </w:tblGrid>
      <w:tr w:rsidR="00CF648B" w:rsidRPr="001A4E91"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1A4E91" w:rsidRDefault="00CF648B">
            <w:pPr>
              <w:spacing w:after="0"/>
              <w:rPr>
                <w:rFonts w:ascii="Aptos" w:hAnsi="Aptos"/>
                <w:sz w:val="20"/>
                <w:szCs w:val="20"/>
              </w:rPr>
            </w:pPr>
          </w:p>
        </w:tc>
      </w:tr>
    </w:tbl>
    <w:p w14:paraId="6537F28F" w14:textId="77777777" w:rsidR="00CF648B" w:rsidRPr="001A4E91" w:rsidRDefault="00CF648B">
      <w:pPr>
        <w:spacing w:after="0"/>
        <w:rPr>
          <w:rFonts w:ascii="Aptos" w:hAnsi="Aptos"/>
          <w:sz w:val="20"/>
          <w:szCs w:val="20"/>
        </w:rPr>
      </w:pPr>
    </w:p>
    <w:p w14:paraId="44E871BC"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Pr="001A4E91" w:rsidRDefault="00CF648B">
            <w:pPr>
              <w:jc w:val="right"/>
              <w:rPr>
                <w:rFonts w:ascii="Aptos" w:hAnsi="Aptos"/>
                <w:sz w:val="20"/>
                <w:szCs w:val="20"/>
              </w:rPr>
            </w:pPr>
          </w:p>
        </w:tc>
      </w:tr>
      <w:tr w:rsidR="00CF648B" w:rsidRPr="001A4E91"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738610E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07263F0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A8A13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37805D2"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73D0C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B1D8A4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463F29E8" w14:textId="77777777" w:rsidR="00CF648B" w:rsidRPr="001A4E91" w:rsidRDefault="00CF648B">
      <w:pPr>
        <w:spacing w:after="60"/>
        <w:rPr>
          <w:rFonts w:ascii="Aptos" w:hAnsi="Aptos"/>
          <w:sz w:val="20"/>
          <w:szCs w:val="20"/>
        </w:rPr>
      </w:pPr>
    </w:p>
    <w:p w14:paraId="3B7B4B86"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Pr="001A4E91" w:rsidRDefault="00CF648B">
            <w:pPr>
              <w:jc w:val="right"/>
              <w:rPr>
                <w:rFonts w:ascii="Aptos" w:hAnsi="Aptos"/>
                <w:sz w:val="20"/>
                <w:szCs w:val="20"/>
              </w:rPr>
            </w:pPr>
          </w:p>
        </w:tc>
      </w:tr>
      <w:tr w:rsidR="00CF648B" w:rsidRPr="001A4E91"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5630AD66"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F16CBF1"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C07F0D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1829076"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5BC253"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A0BC237"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BA226A1" w14:textId="77777777" w:rsidR="00CF648B" w:rsidRPr="001A4E91" w:rsidRDefault="00CF648B">
      <w:pPr>
        <w:spacing w:after="60"/>
        <w:rPr>
          <w:rFonts w:ascii="Aptos" w:hAnsi="Aptos"/>
          <w:sz w:val="20"/>
          <w:szCs w:val="20"/>
        </w:rPr>
      </w:pPr>
    </w:p>
    <w:p w14:paraId="17AD93B2"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Pr="001A4E91" w:rsidRDefault="00CF648B">
            <w:pPr>
              <w:jc w:val="right"/>
              <w:rPr>
                <w:rFonts w:ascii="Aptos" w:hAnsi="Aptos"/>
                <w:sz w:val="20"/>
                <w:szCs w:val="20"/>
              </w:rPr>
            </w:pPr>
          </w:p>
        </w:tc>
      </w:tr>
      <w:tr w:rsidR="00CF648B" w:rsidRPr="001A4E91"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Pr="009A77A6" w:rsidRDefault="00DC0437">
            <w:pPr>
              <w:spacing w:after="0"/>
              <w:rPr>
                <w:rFonts w:ascii="Aptos" w:hAnsi="Aptos"/>
                <w:sz w:val="24"/>
                <w:szCs w:val="24"/>
              </w:rPr>
            </w:pPr>
            <w:r w:rsidRPr="009A77A6">
              <w:rPr>
                <w:rFonts w:ascii="Aptos" w:hAnsi="Aptos"/>
                <w:b/>
                <w:color w:val="FFFFFF"/>
                <w:sz w:val="24"/>
                <w:szCs w:val="24"/>
              </w:rPr>
              <w:t>EMPLOYMENT HISTORY</w:t>
            </w:r>
          </w:p>
        </w:tc>
      </w:tr>
    </w:tbl>
    <w:p w14:paraId="66204FF1"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85AC3FE"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D7F8A9"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DBF0D7D"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CD3B037"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3E06E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B62F1B3" w14:textId="77777777" w:rsidR="00CF648B" w:rsidRPr="001A4E91" w:rsidRDefault="00CF648B">
      <w:pPr>
        <w:spacing w:after="60"/>
        <w:rPr>
          <w:rFonts w:ascii="Aptos" w:hAnsi="Aptos"/>
          <w:sz w:val="20"/>
          <w:szCs w:val="20"/>
        </w:rPr>
      </w:pPr>
    </w:p>
    <w:p w14:paraId="02F2C34E"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Pr="001A4E91" w:rsidRDefault="00CF648B">
            <w:pPr>
              <w:jc w:val="right"/>
              <w:rPr>
                <w:rFonts w:ascii="Aptos" w:hAnsi="Aptos"/>
                <w:sz w:val="20"/>
                <w:szCs w:val="20"/>
              </w:rPr>
            </w:pPr>
          </w:p>
        </w:tc>
      </w:tr>
      <w:tr w:rsidR="00CF648B" w:rsidRPr="001A4E91"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Pr="00D92A8F" w:rsidRDefault="00DC0437">
            <w:pPr>
              <w:spacing w:after="0"/>
              <w:rPr>
                <w:rFonts w:ascii="Aptos" w:hAnsi="Aptos"/>
                <w:sz w:val="28"/>
                <w:szCs w:val="28"/>
              </w:rPr>
            </w:pPr>
            <w:r w:rsidRPr="00D92A8F">
              <w:rPr>
                <w:rFonts w:ascii="Aptos" w:hAnsi="Aptos"/>
                <w:b/>
                <w:color w:val="FFFFFF"/>
                <w:sz w:val="28"/>
                <w:szCs w:val="28"/>
              </w:rPr>
              <w:t>KEY COMPETENCIES - Candidate must provide evidence of the following:</w:t>
            </w:r>
          </w:p>
        </w:tc>
      </w:tr>
    </w:tbl>
    <w:p w14:paraId="19219836" w14:textId="77777777" w:rsidR="00CF648B" w:rsidRPr="001A4E91" w:rsidRDefault="00CF648B">
      <w:pPr>
        <w:spacing w:after="0"/>
        <w:rPr>
          <w:rFonts w:ascii="Aptos" w:hAnsi="Aptos"/>
          <w:sz w:val="20"/>
          <w:szCs w:val="20"/>
        </w:rPr>
      </w:pPr>
    </w:p>
    <w:p w14:paraId="6ACCC50A" w14:textId="44DBE420" w:rsidR="7041137D" w:rsidRPr="00D92A8F" w:rsidRDefault="7041137D" w:rsidP="401D4E06">
      <w:pPr>
        <w:pStyle w:val="Heading4"/>
        <w:shd w:val="clear" w:color="auto" w:fill="E6F0EC"/>
        <w:spacing w:before="0" w:after="240"/>
        <w:rPr>
          <w:rFonts w:ascii="Aptos" w:eastAsia="Arial" w:hAnsi="Aptos" w:cs="Arial"/>
          <w:i w:val="0"/>
          <w:iCs w:val="0"/>
          <w:color w:val="006443"/>
          <w:sz w:val="24"/>
          <w:szCs w:val="24"/>
        </w:rPr>
      </w:pPr>
      <w:r w:rsidRPr="00D92A8F">
        <w:rPr>
          <w:rFonts w:ascii="Aptos" w:eastAsia="Arial" w:hAnsi="Aptos" w:cs="Arial"/>
          <w:i w:val="0"/>
          <w:iCs w:val="0"/>
          <w:color w:val="006443"/>
          <w:sz w:val="24"/>
          <w:szCs w:val="24"/>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rsidRPr="001A4E91" w14:paraId="57B14DA5" w14:textId="77777777" w:rsidTr="437BC99B">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Pr="009A77A6" w:rsidRDefault="7041137D" w:rsidP="437BC99B">
            <w:pPr>
              <w:rPr>
                <w:rFonts w:ascii="Aptos" w:eastAsia="Arial" w:hAnsi="Aptos" w:cs="Arial"/>
                <w:b/>
                <w:bCs/>
                <w:color w:val="006B54"/>
                <w:sz w:val="22"/>
              </w:rPr>
            </w:pPr>
            <w:r w:rsidRPr="437BC99B">
              <w:rPr>
                <w:rFonts w:ascii="Aptos" w:eastAsia="Arial" w:hAnsi="Aptos" w:cs="Arial"/>
                <w:b/>
                <w:bCs/>
                <w:color w:val="006B54"/>
                <w:sz w:val="22"/>
              </w:rPr>
              <w:t xml:space="preserve">Please give your reasons for making this application, </w:t>
            </w:r>
            <w:proofErr w:type="gramStart"/>
            <w:r w:rsidRPr="437BC99B">
              <w:rPr>
                <w:rFonts w:ascii="Aptos" w:eastAsia="Arial" w:hAnsi="Aptos" w:cs="Arial"/>
                <w:b/>
                <w:bCs/>
                <w:color w:val="006B54"/>
                <w:sz w:val="22"/>
              </w:rPr>
              <w:t>relating</w:t>
            </w:r>
            <w:proofErr w:type="gramEnd"/>
            <w:r w:rsidRPr="437BC99B">
              <w:rPr>
                <w:rFonts w:ascii="Aptos" w:eastAsia="Arial" w:hAnsi="Aptos" w:cs="Arial"/>
                <w:b/>
                <w:bCs/>
                <w:color w:val="006B54"/>
                <w:sz w:val="22"/>
              </w:rPr>
              <w:t xml:space="preserve"> your experience, achievements and abilities to the post for which you are applying. Make any points of particular interest, such as practical experience in specialised areas and notable achievements.</w:t>
            </w:r>
          </w:p>
        </w:tc>
      </w:tr>
      <w:tr w:rsidR="3F9B9FB5" w:rsidRPr="001A4E91" w14:paraId="0B9C91AB" w14:textId="77777777" w:rsidTr="437BC99B">
        <w:trPr>
          <w:trHeight w:val="300"/>
        </w:trPr>
        <w:tc>
          <w:tcPr>
            <w:tcW w:w="10308" w:type="dxa"/>
            <w:tcMar>
              <w:top w:w="100" w:type="dxa"/>
              <w:left w:w="120" w:type="dxa"/>
              <w:bottom w:w="100" w:type="dxa"/>
              <w:right w:w="120" w:type="dxa"/>
            </w:tcMar>
            <w:vAlign w:val="center"/>
          </w:tcPr>
          <w:p w14:paraId="354493E8" w14:textId="77777777" w:rsidR="3F9B9FB5" w:rsidRPr="001A4E91" w:rsidRDefault="3F9B9FB5" w:rsidP="3F9B9FB5">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r w:rsidR="3443A52E" w:rsidRPr="001A4E91" w14:paraId="23F4E72F" w14:textId="77777777" w:rsidTr="437BC99B">
        <w:tblPrEx>
          <w:tblLook w:val="06A0" w:firstRow="1" w:lastRow="0" w:firstColumn="1" w:lastColumn="0" w:noHBand="1" w:noVBand="1"/>
        </w:tblPrEx>
        <w:trPr>
          <w:trHeight w:val="300"/>
        </w:trPr>
        <w:tc>
          <w:tcPr>
            <w:tcW w:w="10305" w:type="dxa"/>
          </w:tcPr>
          <w:p w14:paraId="2D49EB8E" w14:textId="53BCC4A2" w:rsidR="3443A52E" w:rsidRPr="001A4E91" w:rsidRDefault="3443A52E" w:rsidP="3443A52E">
            <w:pPr>
              <w:spacing w:line="276" w:lineRule="auto"/>
              <w:rPr>
                <w:rFonts w:ascii="Aptos" w:hAnsi="Aptos"/>
                <w:sz w:val="20"/>
                <w:szCs w:val="20"/>
              </w:rPr>
            </w:pPr>
          </w:p>
          <w:p w14:paraId="06F26E59" w14:textId="0B623690" w:rsidR="09AF46E9" w:rsidRPr="001A4E91" w:rsidRDefault="09AF46E9" w:rsidP="3443A52E">
            <w:pPr>
              <w:rPr>
                <w:rFonts w:ascii="Aptos" w:hAnsi="Aptos"/>
                <w:sz w:val="20"/>
                <w:szCs w:val="20"/>
              </w:rPr>
            </w:pPr>
            <w:r w:rsidRPr="001A4E91">
              <w:rPr>
                <w:rFonts w:ascii="Aptos" w:eastAsia="Arial" w:hAnsi="Aptos" w:cs="Arial"/>
                <w:sz w:val="20"/>
                <w:szCs w:val="20"/>
              </w:rPr>
              <w:t xml:space="preserve">Are you proficient in the use of Microsoft Office applications (e.g. Outlook, Word, Excel, </w:t>
            </w:r>
            <w:r w:rsidR="07918B2D" w:rsidRPr="001A4E91">
              <w:rPr>
                <w:rFonts w:ascii="Aptos" w:eastAsia="Arial" w:hAnsi="Aptos" w:cs="Arial"/>
                <w:sz w:val="20"/>
                <w:szCs w:val="20"/>
              </w:rPr>
              <w:t>PowerPoint,</w:t>
            </w:r>
            <w:r w:rsidRPr="001A4E91">
              <w:rPr>
                <w:rFonts w:ascii="Aptos" w:eastAsia="Arial" w:hAnsi="Aptos" w:cs="Arial"/>
                <w:sz w:val="20"/>
                <w:szCs w:val="20"/>
              </w:rPr>
              <w:t xml:space="preserve"> and Teams) required to perform the duties of this role?</w:t>
            </w:r>
          </w:p>
          <w:p w14:paraId="79728924" w14:textId="706A33C2" w:rsidR="3443A52E" w:rsidRPr="001A4E91" w:rsidRDefault="3443A52E" w:rsidP="3443A52E">
            <w:pPr>
              <w:rPr>
                <w:rFonts w:ascii="Aptos" w:eastAsia="Arial" w:hAnsi="Aptos" w:cs="Arial"/>
                <w:sz w:val="20"/>
                <w:szCs w:val="20"/>
              </w:rPr>
            </w:pPr>
          </w:p>
          <w:p w14:paraId="0E875CE4" w14:textId="1E3A9F45" w:rsidR="0827A3FD" w:rsidRPr="001A4E91" w:rsidRDefault="00000000" w:rsidP="3443A52E">
            <w:pPr>
              <w:rPr>
                <w:rFonts w:ascii="Aptos" w:hAnsi="Aptos"/>
                <w:color w:val="000000" w:themeColor="text1"/>
                <w:sz w:val="20"/>
                <w:szCs w:val="20"/>
              </w:rPr>
            </w:pPr>
            <w:sdt>
              <w:sdtPr>
                <w:rPr>
                  <w:rFonts w:ascii="Aptos" w:hAnsi="Aptos"/>
                  <w:color w:val="000000" w:themeColor="text1"/>
                  <w:sz w:val="20"/>
                  <w:szCs w:val="20"/>
                </w:rPr>
                <w:id w:val="1356394933"/>
                <w14:checkbox>
                  <w14:checked w14:val="0"/>
                  <w14:checkedState w14:val="2612" w14:font="MS Gothic"/>
                  <w14:uncheckedState w14:val="2610" w14:font="MS Gothic"/>
                </w14:checkbox>
              </w:sdtPr>
              <w:sdtContent>
                <w:r w:rsidR="0827A3FD" w:rsidRPr="001A4E91">
                  <w:rPr>
                    <w:rFonts w:ascii="Aptos" w:eastAsia="MS Gothic" w:hAnsi="Aptos" w:cs="MS Gothic"/>
                    <w:color w:val="000000" w:themeColor="text1"/>
                    <w:sz w:val="20"/>
                    <w:szCs w:val="20"/>
                  </w:rPr>
                  <w:t>☐</w:t>
                </w:r>
              </w:sdtContent>
            </w:sdt>
            <w:r w:rsidR="7A5352C1" w:rsidRPr="001A4E91">
              <w:rPr>
                <w:rFonts w:ascii="Aptos" w:hAnsi="Aptos"/>
                <w:color w:val="000000" w:themeColor="text1"/>
                <w:sz w:val="20"/>
                <w:szCs w:val="20"/>
              </w:rPr>
              <w:t xml:space="preserve"> Yes    </w:t>
            </w:r>
            <w:sdt>
              <w:sdtPr>
                <w:rPr>
                  <w:rFonts w:ascii="Aptos" w:hAnsi="Aptos"/>
                  <w:color w:val="000000" w:themeColor="text1"/>
                  <w:sz w:val="20"/>
                  <w:szCs w:val="20"/>
                </w:rPr>
                <w:id w:val="209717674"/>
                <w14:checkbox>
                  <w14:checked w14:val="0"/>
                  <w14:checkedState w14:val="2612" w14:font="MS Gothic"/>
                  <w14:uncheckedState w14:val="2610" w14:font="MS Gothic"/>
                </w14:checkbox>
              </w:sdtPr>
              <w:sdtContent>
                <w:r w:rsidR="7A5352C1" w:rsidRPr="001A4E91">
                  <w:rPr>
                    <w:rFonts w:ascii="Aptos" w:eastAsia="MS Gothic" w:hAnsi="Aptos"/>
                    <w:color w:val="000000" w:themeColor="text1"/>
                    <w:sz w:val="20"/>
                    <w:szCs w:val="20"/>
                  </w:rPr>
                  <w:t>☐</w:t>
                </w:r>
              </w:sdtContent>
            </w:sdt>
            <w:r w:rsidR="7A5352C1" w:rsidRPr="001A4E91">
              <w:rPr>
                <w:rFonts w:ascii="Aptos" w:hAnsi="Aptos"/>
                <w:color w:val="000000" w:themeColor="text1"/>
                <w:sz w:val="20"/>
                <w:szCs w:val="20"/>
              </w:rPr>
              <w:t xml:space="preserve"> No</w:t>
            </w:r>
          </w:p>
          <w:p w14:paraId="14CA9383" w14:textId="6F014BDA" w:rsidR="3443A52E" w:rsidRPr="001A4E91" w:rsidRDefault="3443A52E" w:rsidP="3443A52E">
            <w:pPr>
              <w:rPr>
                <w:rFonts w:ascii="Aptos" w:hAnsi="Aptos"/>
                <w:sz w:val="20"/>
                <w:szCs w:val="20"/>
              </w:rPr>
            </w:pPr>
          </w:p>
        </w:tc>
      </w:tr>
    </w:tbl>
    <w:p w14:paraId="609C731C" w14:textId="56029E3B" w:rsidR="3443A52E" w:rsidRPr="001A4E91" w:rsidRDefault="3443A52E" w:rsidP="3443A52E">
      <w:pPr>
        <w:spacing w:after="0"/>
        <w:rPr>
          <w:rFonts w:ascii="Aptos" w:hAnsi="Aptos"/>
          <w:sz w:val="20"/>
          <w:szCs w:val="20"/>
        </w:rPr>
      </w:pPr>
    </w:p>
    <w:tbl>
      <w:tblPr>
        <w:tblStyle w:val="TableGrid"/>
        <w:tblW w:w="0" w:type="auto"/>
        <w:tblLook w:val="04A0" w:firstRow="1" w:lastRow="0" w:firstColumn="1" w:lastColumn="0" w:noHBand="0" w:noVBand="1"/>
      </w:tblPr>
      <w:tblGrid>
        <w:gridCol w:w="10308"/>
      </w:tblGrid>
      <w:tr w:rsidR="00CF648B" w:rsidRPr="001A4E91" w14:paraId="1FB14324" w14:textId="77777777" w:rsidTr="17C126FE">
        <w:tc>
          <w:tcPr>
            <w:tcW w:w="10318" w:type="dxa"/>
            <w:shd w:val="clear" w:color="auto" w:fill="DDEFE8"/>
            <w:tcMar>
              <w:top w:w="100" w:type="dxa"/>
              <w:left w:w="120" w:type="dxa"/>
              <w:bottom w:w="100" w:type="dxa"/>
              <w:right w:w="120" w:type="dxa"/>
            </w:tcMar>
            <w:vAlign w:val="center"/>
          </w:tcPr>
          <w:p w14:paraId="7E7C3401" w14:textId="77777777" w:rsidR="00032E3C" w:rsidRPr="00032E3C" w:rsidRDefault="00032E3C" w:rsidP="17C126FE">
            <w:pPr>
              <w:rPr>
                <w:rFonts w:ascii="Aptos" w:eastAsia="Arial" w:hAnsi="Aptos" w:cs="Arial"/>
                <w:b/>
                <w:bCs/>
                <w:color w:val="006B54"/>
                <w:sz w:val="22"/>
              </w:rPr>
            </w:pPr>
            <w:r w:rsidRPr="00032E3C">
              <w:rPr>
                <w:rFonts w:ascii="Aptos" w:eastAsia="Arial" w:hAnsi="Aptos" w:cs="Arial"/>
                <w:b/>
                <w:bCs/>
                <w:color w:val="006B54"/>
                <w:sz w:val="22"/>
                <w:lang w:val="en-IE"/>
              </w:rPr>
              <w:t>Planning &amp; Managing Work</w:t>
            </w:r>
            <w:r w:rsidRPr="00032E3C">
              <w:rPr>
                <w:rFonts w:ascii="Aptos" w:eastAsia="Arial" w:hAnsi="Aptos" w:cs="Arial"/>
                <w:b/>
                <w:bCs/>
                <w:color w:val="006B54"/>
                <w:sz w:val="22"/>
              </w:rPr>
              <w:t> </w:t>
            </w:r>
          </w:p>
          <w:p w14:paraId="32BAA4F2" w14:textId="053C89B9" w:rsidR="00D92A8F" w:rsidRPr="00032E3C" w:rsidRDefault="00032E3C" w:rsidP="17C126FE">
            <w:pPr>
              <w:rPr>
                <w:rFonts w:ascii="Aptos" w:eastAsia="Arial" w:hAnsi="Aptos" w:cs="Arial"/>
                <w:b/>
                <w:bCs/>
                <w:color w:val="006B54"/>
                <w:sz w:val="22"/>
              </w:rPr>
            </w:pPr>
            <w:r w:rsidRPr="00032E3C">
              <w:rPr>
                <w:rFonts w:ascii="Aptos" w:eastAsia="Arial" w:hAnsi="Aptos" w:cs="Arial"/>
                <w:b/>
                <w:bCs/>
                <w:color w:val="006B54"/>
                <w:sz w:val="22"/>
              </w:rPr>
              <w:br/>
            </w:r>
            <w:r w:rsidRPr="00032E3C">
              <w:rPr>
                <w:rFonts w:ascii="Aptos" w:eastAsia="Arial" w:hAnsi="Aptos" w:cs="Arial"/>
                <w:b/>
                <w:bCs/>
                <w:color w:val="006B54"/>
                <w:sz w:val="22"/>
                <w:lang w:val="en-IE"/>
              </w:rPr>
              <w:t>Please provide an example of how you organised and prioritised a range of administrative tasks, activities or deadlines in a busy working environment. Outline your approach, the tools you used and the outcome achieved.</w:t>
            </w:r>
            <w:r w:rsidRPr="00032E3C">
              <w:rPr>
                <w:rFonts w:ascii="Aptos" w:eastAsia="Arial" w:hAnsi="Aptos" w:cs="Arial"/>
                <w:b/>
                <w:bCs/>
                <w:color w:val="006B54"/>
                <w:sz w:val="22"/>
              </w:rPr>
              <w:t> </w:t>
            </w:r>
            <w:r w:rsidR="00310924">
              <w:rPr>
                <w:rFonts w:ascii="Aptos" w:eastAsia="Arial" w:hAnsi="Aptos" w:cs="Arial"/>
                <w:b/>
                <w:bCs/>
                <w:color w:val="006B54"/>
                <w:sz w:val="22"/>
                <w:lang w:val="en-IE"/>
              </w:rPr>
              <w:br/>
            </w:r>
            <w:r w:rsidR="00264C48">
              <w:rPr>
                <w:rFonts w:ascii="Aptos" w:eastAsia="Arial" w:hAnsi="Aptos" w:cs="Arial"/>
                <w:b/>
                <w:bCs/>
                <w:color w:val="006B54"/>
                <w:sz w:val="22"/>
              </w:rPr>
              <w:br/>
            </w:r>
          </w:p>
          <w:p w14:paraId="46B311D1" w14:textId="4592FB2C" w:rsidR="00CF648B" w:rsidRPr="001A4E91" w:rsidRDefault="00DC0437" w:rsidP="17C126FE">
            <w:pPr>
              <w:rPr>
                <w:rFonts w:ascii="Aptos" w:eastAsia="Arial" w:hAnsi="Aptos" w:cs="Arial"/>
                <w:color w:val="006B54"/>
                <w:sz w:val="20"/>
                <w:szCs w:val="20"/>
              </w:rPr>
            </w:pPr>
            <w:r w:rsidRPr="001A4E91">
              <w:rPr>
                <w:rFonts w:ascii="Aptos" w:eastAsia="Arial" w:hAnsi="Aptos" w:cs="Arial"/>
                <w:color w:val="006B54"/>
                <w:sz w:val="20"/>
                <w:szCs w:val="20"/>
              </w:rPr>
              <w:t>Please give one specific example of where you demonstrated strong skills in this area (max 3</w:t>
            </w:r>
            <w:r w:rsidR="7C5BE92A" w:rsidRPr="001A4E91">
              <w:rPr>
                <w:rFonts w:ascii="Aptos" w:eastAsia="Arial" w:hAnsi="Aptos" w:cs="Arial"/>
                <w:color w:val="006B54"/>
                <w:sz w:val="20"/>
                <w:szCs w:val="20"/>
              </w:rPr>
              <w:t>5</w:t>
            </w:r>
            <w:r w:rsidRPr="001A4E91">
              <w:rPr>
                <w:rFonts w:ascii="Aptos" w:eastAsia="Arial" w:hAnsi="Aptos" w:cs="Arial"/>
                <w:color w:val="006B54"/>
                <w:sz w:val="20"/>
                <w:szCs w:val="20"/>
              </w:rPr>
              <w:t>0 words - anything above may disqualify).</w:t>
            </w:r>
          </w:p>
        </w:tc>
      </w:tr>
      <w:tr w:rsidR="00CF648B" w:rsidRPr="001A4E91" w14:paraId="296FEF7D" w14:textId="77777777" w:rsidTr="17C126FE">
        <w:tc>
          <w:tcPr>
            <w:tcW w:w="10318" w:type="dxa"/>
            <w:tcMar>
              <w:top w:w="100" w:type="dxa"/>
              <w:left w:w="120" w:type="dxa"/>
              <w:bottom w:w="100" w:type="dxa"/>
              <w:right w:w="120" w:type="dxa"/>
            </w:tcMar>
            <w:vAlign w:val="center"/>
          </w:tcPr>
          <w:p w14:paraId="5923831E" w14:textId="77777777" w:rsidR="00CF648B"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783853A3" w14:textId="77777777" w:rsidR="00264C48" w:rsidRDefault="00264C48" w:rsidP="17C126FE">
            <w:pPr>
              <w:rPr>
                <w:rFonts w:ascii="Aptos" w:eastAsia="Arial" w:hAnsi="Aptos" w:cs="Arial"/>
                <w:sz w:val="20"/>
                <w:szCs w:val="20"/>
              </w:rPr>
            </w:pPr>
          </w:p>
          <w:p w14:paraId="68980A54" w14:textId="77777777" w:rsidR="00264C48" w:rsidRDefault="00264C48" w:rsidP="17C126FE">
            <w:pPr>
              <w:rPr>
                <w:rFonts w:ascii="Aptos" w:eastAsia="Arial" w:hAnsi="Aptos" w:cs="Arial"/>
                <w:sz w:val="20"/>
                <w:szCs w:val="20"/>
              </w:rPr>
            </w:pPr>
          </w:p>
          <w:p w14:paraId="117A3F0C" w14:textId="77777777" w:rsidR="00264C48" w:rsidRDefault="00264C48" w:rsidP="17C126FE">
            <w:pPr>
              <w:rPr>
                <w:rFonts w:ascii="Aptos" w:eastAsia="Arial" w:hAnsi="Aptos" w:cs="Arial"/>
                <w:sz w:val="20"/>
                <w:szCs w:val="20"/>
              </w:rPr>
            </w:pPr>
          </w:p>
          <w:p w14:paraId="7194DBDC" w14:textId="77777777" w:rsidR="00264C48" w:rsidRPr="001A4E91" w:rsidRDefault="00264C48" w:rsidP="17C126FE">
            <w:pPr>
              <w:rPr>
                <w:rFonts w:ascii="Aptos" w:eastAsia="Arial" w:hAnsi="Aptos" w:cs="Arial"/>
                <w:sz w:val="20"/>
                <w:szCs w:val="20"/>
              </w:rPr>
            </w:pPr>
          </w:p>
        </w:tc>
      </w:tr>
    </w:tbl>
    <w:p w14:paraId="769D0D3C"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00CF648B" w:rsidRPr="001A4E91" w14:paraId="62FA3B99" w14:textId="77777777" w:rsidTr="437BC99B">
        <w:tc>
          <w:tcPr>
            <w:tcW w:w="10318" w:type="dxa"/>
            <w:shd w:val="clear" w:color="auto" w:fill="DDEFE8"/>
            <w:tcMar>
              <w:top w:w="100" w:type="dxa"/>
              <w:left w:w="120" w:type="dxa"/>
              <w:bottom w:w="100" w:type="dxa"/>
              <w:right w:w="120" w:type="dxa"/>
            </w:tcMar>
            <w:vAlign w:val="center"/>
          </w:tcPr>
          <w:p w14:paraId="559809DD" w14:textId="77777777" w:rsidR="008B2150" w:rsidRPr="008B2150" w:rsidRDefault="008B2150" w:rsidP="00FC5E6E">
            <w:pPr>
              <w:rPr>
                <w:rFonts w:ascii="Aptos" w:eastAsia="Arial" w:hAnsi="Aptos" w:cs="Arial"/>
                <w:b/>
                <w:bCs/>
                <w:color w:val="006B54"/>
                <w:sz w:val="22"/>
              </w:rPr>
            </w:pPr>
            <w:r w:rsidRPr="008B2150">
              <w:rPr>
                <w:rFonts w:ascii="Aptos" w:eastAsia="Arial" w:hAnsi="Aptos" w:cs="Arial"/>
                <w:b/>
                <w:bCs/>
                <w:color w:val="006B54"/>
                <w:sz w:val="22"/>
                <w:lang w:val="en-IE"/>
              </w:rPr>
              <w:lastRenderedPageBreak/>
              <w:t>Managing Relationships</w:t>
            </w:r>
            <w:r w:rsidRPr="008B2150">
              <w:rPr>
                <w:rFonts w:ascii="Aptos" w:eastAsia="Arial" w:hAnsi="Aptos" w:cs="Arial"/>
                <w:b/>
                <w:bCs/>
                <w:color w:val="006B54"/>
                <w:sz w:val="22"/>
              </w:rPr>
              <w:t> </w:t>
            </w:r>
          </w:p>
          <w:p w14:paraId="3E848124" w14:textId="79C38D55" w:rsidR="00CF648B" w:rsidRPr="001A4E91" w:rsidRDefault="008B2150" w:rsidP="00FC5E6E">
            <w:pPr>
              <w:rPr>
                <w:rFonts w:ascii="Aptos" w:eastAsia="Arial" w:hAnsi="Aptos" w:cs="Arial"/>
                <w:b/>
                <w:bCs/>
                <w:color w:val="006B54"/>
                <w:sz w:val="20"/>
                <w:szCs w:val="20"/>
              </w:rPr>
            </w:pPr>
            <w:r w:rsidRPr="008B2150">
              <w:rPr>
                <w:rFonts w:ascii="Aptos" w:eastAsia="Arial" w:hAnsi="Aptos" w:cs="Arial"/>
                <w:b/>
                <w:bCs/>
                <w:color w:val="006B54"/>
                <w:sz w:val="22"/>
              </w:rPr>
              <w:br/>
            </w:r>
            <w:r w:rsidRPr="008B2150">
              <w:rPr>
                <w:rFonts w:ascii="Aptos" w:eastAsia="Arial" w:hAnsi="Aptos" w:cs="Arial"/>
                <w:b/>
                <w:bCs/>
                <w:color w:val="006B54"/>
                <w:sz w:val="22"/>
                <w:lang w:val="en-IE"/>
              </w:rPr>
              <w:t>Please provide an example of how you built and maintained effective working relationships with colleagues and external stakeholders to support the delivery of a project, meeting or event.</w:t>
            </w:r>
            <w:r w:rsidRPr="008B2150">
              <w:rPr>
                <w:rFonts w:ascii="Aptos" w:eastAsia="Arial" w:hAnsi="Aptos" w:cs="Arial"/>
                <w:b/>
                <w:bCs/>
                <w:color w:val="006B54"/>
                <w:sz w:val="22"/>
              </w:rPr>
              <w:t> </w:t>
            </w:r>
            <w:r w:rsidR="00264C48">
              <w:br/>
            </w:r>
            <w:r w:rsidR="00264C48">
              <w:br/>
            </w:r>
            <w:r w:rsidR="00264C48">
              <w:br/>
            </w:r>
            <w:r w:rsidR="00DC0437" w:rsidRPr="437BC99B">
              <w:rPr>
                <w:rFonts w:ascii="Aptos" w:eastAsia="Arial" w:hAnsi="Aptos" w:cs="Arial"/>
                <w:color w:val="006B54"/>
                <w:sz w:val="20"/>
                <w:szCs w:val="20"/>
              </w:rPr>
              <w:t>Please give one specific example of where you demonstrated strong skills in this area (max 3</w:t>
            </w:r>
            <w:r w:rsidR="59496FC4" w:rsidRPr="437BC99B">
              <w:rPr>
                <w:rFonts w:ascii="Aptos" w:eastAsia="Arial" w:hAnsi="Aptos" w:cs="Arial"/>
                <w:color w:val="006B54"/>
                <w:sz w:val="20"/>
                <w:szCs w:val="20"/>
              </w:rPr>
              <w:t>5</w:t>
            </w:r>
            <w:r w:rsidR="00DC0437" w:rsidRPr="437BC99B">
              <w:rPr>
                <w:rFonts w:ascii="Aptos" w:eastAsia="Arial" w:hAnsi="Aptos" w:cs="Arial"/>
                <w:color w:val="006B54"/>
                <w:sz w:val="20"/>
                <w:szCs w:val="20"/>
              </w:rPr>
              <w:t>0 words - anything above may disqualify).</w:t>
            </w:r>
          </w:p>
        </w:tc>
      </w:tr>
      <w:tr w:rsidR="00CF648B" w:rsidRPr="001A4E91" w14:paraId="54CD245A" w14:textId="77777777" w:rsidTr="437BC99B">
        <w:tc>
          <w:tcPr>
            <w:tcW w:w="10318" w:type="dxa"/>
            <w:tcMar>
              <w:top w:w="100" w:type="dxa"/>
              <w:left w:w="120" w:type="dxa"/>
              <w:bottom w:w="100" w:type="dxa"/>
              <w:right w:w="120" w:type="dxa"/>
            </w:tcMar>
            <w:vAlign w:val="center"/>
          </w:tcPr>
          <w:p w14:paraId="1D903231" w14:textId="77777777" w:rsidR="001819BE" w:rsidRDefault="00DC0437" w:rsidP="17C126FE">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65CC2353" w14:textId="77777777" w:rsidR="001819BE" w:rsidRDefault="001819BE" w:rsidP="17C126FE">
            <w:pPr>
              <w:rPr>
                <w:rFonts w:ascii="Aptos" w:hAnsi="Aptos"/>
                <w:sz w:val="20"/>
                <w:szCs w:val="20"/>
              </w:rPr>
            </w:pPr>
          </w:p>
          <w:p w14:paraId="76E74AFA" w14:textId="3FE2405E" w:rsidR="00CF648B" w:rsidRPr="001A4E91"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1231BE67" w14:textId="19A4A746" w:rsidR="00CF648B" w:rsidRPr="001A4E91" w:rsidRDefault="00DC0437" w:rsidP="17C126FE">
            <w:pPr>
              <w:rPr>
                <w:rFonts w:ascii="Aptos" w:eastAsia="Arial" w:hAnsi="Aptos" w:cs="Arial"/>
                <w:sz w:val="20"/>
                <w:szCs w:val="20"/>
              </w:rPr>
            </w:pPr>
            <w:r w:rsidRPr="001A4E91">
              <w:rPr>
                <w:rFonts w:ascii="Aptos" w:hAnsi="Aptos"/>
                <w:sz w:val="20"/>
                <w:szCs w:val="20"/>
              </w:rPr>
              <w:br/>
            </w:r>
          </w:p>
        </w:tc>
      </w:tr>
    </w:tbl>
    <w:p w14:paraId="08831F03" w14:textId="77777777" w:rsidR="00CF648B" w:rsidRPr="001A4E91" w:rsidRDefault="00CF648B" w:rsidP="17C126FE">
      <w:pPr>
        <w:spacing w:after="0"/>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7A5198BA" w:rsidRPr="001A4E91" w14:paraId="4C3C51E1" w14:textId="77777777" w:rsidTr="437BC99B">
        <w:trPr>
          <w:trHeight w:val="300"/>
        </w:trPr>
        <w:tc>
          <w:tcPr>
            <w:tcW w:w="10308" w:type="dxa"/>
            <w:shd w:val="clear" w:color="auto" w:fill="DDEFE8"/>
            <w:tcMar>
              <w:top w:w="100" w:type="dxa"/>
              <w:left w:w="120" w:type="dxa"/>
              <w:bottom w:w="100" w:type="dxa"/>
              <w:right w:w="120" w:type="dxa"/>
            </w:tcMar>
            <w:vAlign w:val="center"/>
          </w:tcPr>
          <w:p w14:paraId="63157A52" w14:textId="77777777" w:rsidR="001F41C5" w:rsidRPr="001F41C5" w:rsidRDefault="001F41C5" w:rsidP="17C126FE">
            <w:pPr>
              <w:rPr>
                <w:rFonts w:ascii="Aptos" w:eastAsia="Arial" w:hAnsi="Aptos" w:cs="Arial"/>
                <w:b/>
                <w:bCs/>
                <w:color w:val="006B54"/>
                <w:sz w:val="22"/>
              </w:rPr>
            </w:pPr>
            <w:r w:rsidRPr="001F41C5">
              <w:rPr>
                <w:rFonts w:ascii="Aptos" w:eastAsia="Arial" w:hAnsi="Aptos" w:cs="Arial"/>
                <w:b/>
                <w:bCs/>
                <w:color w:val="006B54"/>
                <w:sz w:val="22"/>
                <w:lang w:val="en-IE"/>
              </w:rPr>
              <w:t>Communicating Effectively</w:t>
            </w:r>
            <w:r w:rsidRPr="001F41C5">
              <w:rPr>
                <w:rFonts w:ascii="Aptos" w:eastAsia="Arial" w:hAnsi="Aptos" w:cs="Arial"/>
                <w:b/>
                <w:bCs/>
                <w:color w:val="006B54"/>
                <w:sz w:val="22"/>
              </w:rPr>
              <w:t> </w:t>
            </w:r>
          </w:p>
          <w:p w14:paraId="795D7D77" w14:textId="4A028F67" w:rsidR="7A5198BA" w:rsidRPr="001A4E91" w:rsidRDefault="001F41C5" w:rsidP="17C126FE">
            <w:pPr>
              <w:rPr>
                <w:rFonts w:ascii="Aptos" w:eastAsia="Arial" w:hAnsi="Aptos" w:cs="Arial"/>
                <w:color w:val="006B54"/>
                <w:sz w:val="20"/>
                <w:szCs w:val="20"/>
              </w:rPr>
            </w:pPr>
            <w:r w:rsidRPr="001F41C5">
              <w:rPr>
                <w:rFonts w:ascii="Aptos" w:eastAsia="Arial" w:hAnsi="Aptos" w:cs="Arial"/>
                <w:b/>
                <w:bCs/>
                <w:color w:val="006B54"/>
                <w:sz w:val="22"/>
              </w:rPr>
              <w:br/>
            </w:r>
            <w:r w:rsidRPr="001F41C5">
              <w:rPr>
                <w:rFonts w:ascii="Aptos" w:eastAsia="Arial" w:hAnsi="Aptos" w:cs="Arial"/>
                <w:b/>
                <w:bCs/>
                <w:color w:val="006B54"/>
                <w:sz w:val="22"/>
                <w:lang w:val="en-IE"/>
              </w:rPr>
              <w:t>Please provide an example that demonstrates your ability to communicate information clearly and accurately, both in writing and orally, to different audiences.</w:t>
            </w:r>
            <w:r w:rsidRPr="001F41C5">
              <w:rPr>
                <w:rFonts w:ascii="Aptos" w:eastAsia="Arial" w:hAnsi="Aptos" w:cs="Arial"/>
                <w:b/>
                <w:bCs/>
                <w:color w:val="006B54"/>
                <w:sz w:val="22"/>
              </w:rPr>
              <w:t> </w:t>
            </w:r>
            <w:r w:rsidR="00FB2B2C">
              <w:rPr>
                <w:rFonts w:ascii="Aptos" w:eastAsia="Arial" w:hAnsi="Aptos" w:cs="Arial"/>
                <w:b/>
                <w:bCs/>
                <w:color w:val="006B54"/>
                <w:sz w:val="22"/>
                <w:lang w:val="en-IE"/>
              </w:rPr>
              <w:br/>
            </w:r>
            <w:r w:rsidR="009F3AC6">
              <w:br/>
            </w:r>
            <w:r w:rsidR="009F3AC6">
              <w:br/>
            </w:r>
            <w:r w:rsidR="308C5763" w:rsidRPr="437BC99B">
              <w:rPr>
                <w:rFonts w:ascii="Aptos" w:eastAsia="Arial" w:hAnsi="Aptos" w:cs="Arial"/>
                <w:color w:val="006B54"/>
                <w:sz w:val="20"/>
                <w:szCs w:val="20"/>
              </w:rPr>
              <w:t>Please give one specific example of where you demonstrated strong skills in this area (max 350 words - anything above may disqualify).</w:t>
            </w:r>
          </w:p>
        </w:tc>
      </w:tr>
      <w:tr w:rsidR="7A5198BA" w:rsidRPr="001A4E91" w14:paraId="2C68086D" w14:textId="77777777" w:rsidTr="437BC99B">
        <w:trPr>
          <w:trHeight w:val="300"/>
        </w:trPr>
        <w:tc>
          <w:tcPr>
            <w:tcW w:w="10308" w:type="dxa"/>
            <w:tcMar>
              <w:top w:w="100" w:type="dxa"/>
              <w:left w:w="120" w:type="dxa"/>
              <w:bottom w:w="100" w:type="dxa"/>
              <w:right w:w="120" w:type="dxa"/>
            </w:tcMar>
            <w:vAlign w:val="center"/>
          </w:tcPr>
          <w:p w14:paraId="74DB1BFE" w14:textId="77777777" w:rsidR="001819BE" w:rsidRDefault="7A5198BA" w:rsidP="17C126FE">
            <w:pPr>
              <w:rPr>
                <w:rFonts w:ascii="Aptos" w:hAnsi="Aptos"/>
                <w:sz w:val="20"/>
                <w:szCs w:val="20"/>
              </w:rPr>
            </w:pPr>
            <w:r w:rsidRPr="001A4E91">
              <w:rPr>
                <w:rFonts w:ascii="Aptos" w:hAnsi="Aptos"/>
                <w:sz w:val="20"/>
                <w:szCs w:val="20"/>
              </w:rPr>
              <w:br/>
            </w:r>
            <w:r w:rsidRPr="001A4E91">
              <w:rPr>
                <w:rFonts w:ascii="Aptos" w:hAnsi="Aptos"/>
                <w:sz w:val="20"/>
                <w:szCs w:val="20"/>
              </w:rPr>
              <w:br/>
            </w:r>
          </w:p>
          <w:p w14:paraId="394819F7" w14:textId="77777777" w:rsidR="001819BE" w:rsidRDefault="001819BE" w:rsidP="17C126FE">
            <w:pPr>
              <w:rPr>
                <w:rFonts w:ascii="Aptos" w:hAnsi="Aptos"/>
                <w:sz w:val="20"/>
                <w:szCs w:val="20"/>
              </w:rPr>
            </w:pPr>
          </w:p>
          <w:p w14:paraId="3BC5D7BE" w14:textId="77777777" w:rsidR="001819BE" w:rsidRDefault="001819BE" w:rsidP="17C126FE">
            <w:pPr>
              <w:rPr>
                <w:rFonts w:ascii="Aptos" w:hAnsi="Aptos"/>
                <w:sz w:val="20"/>
                <w:szCs w:val="20"/>
              </w:rPr>
            </w:pPr>
          </w:p>
          <w:p w14:paraId="7F348E12" w14:textId="77777777" w:rsidR="001819BE" w:rsidRDefault="001819BE" w:rsidP="17C126FE">
            <w:pPr>
              <w:rPr>
                <w:rFonts w:ascii="Aptos" w:hAnsi="Aptos"/>
                <w:sz w:val="20"/>
                <w:szCs w:val="20"/>
              </w:rPr>
            </w:pPr>
          </w:p>
          <w:p w14:paraId="59C1D2CA" w14:textId="77777777" w:rsidR="00FB2B2C" w:rsidRDefault="7A5198BA" w:rsidP="17C126FE">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573DEE10" w14:textId="77777777" w:rsidR="00FB2B2C" w:rsidRDefault="00FB2B2C" w:rsidP="17C126FE">
            <w:pPr>
              <w:rPr>
                <w:rFonts w:ascii="Aptos" w:hAnsi="Aptos"/>
                <w:sz w:val="20"/>
                <w:szCs w:val="20"/>
              </w:rPr>
            </w:pPr>
          </w:p>
          <w:p w14:paraId="0208DD43" w14:textId="77777777" w:rsidR="7A5198BA" w:rsidRDefault="7A5198BA"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p>
          <w:p w14:paraId="5B9AFA94" w14:textId="77777777" w:rsidR="001F41C5" w:rsidRDefault="001F41C5" w:rsidP="17C126FE">
            <w:pPr>
              <w:rPr>
                <w:rFonts w:ascii="Aptos" w:eastAsia="Arial" w:hAnsi="Aptos" w:cs="Arial"/>
                <w:sz w:val="20"/>
                <w:szCs w:val="20"/>
              </w:rPr>
            </w:pPr>
          </w:p>
          <w:p w14:paraId="09D6E213" w14:textId="77777777" w:rsidR="001F41C5" w:rsidRDefault="001F41C5" w:rsidP="17C126FE">
            <w:pPr>
              <w:rPr>
                <w:rFonts w:ascii="Aptos" w:eastAsia="Arial" w:hAnsi="Aptos" w:cs="Arial"/>
                <w:sz w:val="20"/>
                <w:szCs w:val="20"/>
              </w:rPr>
            </w:pPr>
          </w:p>
          <w:p w14:paraId="3CE97417" w14:textId="77777777" w:rsidR="001F41C5" w:rsidRDefault="001F41C5" w:rsidP="17C126FE">
            <w:pPr>
              <w:rPr>
                <w:rFonts w:ascii="Aptos" w:eastAsia="Arial" w:hAnsi="Aptos" w:cs="Arial"/>
                <w:sz w:val="20"/>
                <w:szCs w:val="20"/>
              </w:rPr>
            </w:pPr>
          </w:p>
          <w:p w14:paraId="1374B425" w14:textId="77777777" w:rsidR="001F41C5" w:rsidRDefault="001F41C5" w:rsidP="17C126FE">
            <w:pPr>
              <w:rPr>
                <w:rFonts w:ascii="Aptos" w:eastAsia="Arial" w:hAnsi="Aptos" w:cs="Arial"/>
                <w:sz w:val="20"/>
                <w:szCs w:val="20"/>
              </w:rPr>
            </w:pPr>
          </w:p>
          <w:p w14:paraId="60B24CBE" w14:textId="77777777" w:rsidR="001F41C5" w:rsidRDefault="001F41C5" w:rsidP="17C126FE">
            <w:pPr>
              <w:rPr>
                <w:rFonts w:ascii="Aptos" w:eastAsia="Arial" w:hAnsi="Aptos" w:cs="Arial"/>
                <w:sz w:val="20"/>
                <w:szCs w:val="20"/>
              </w:rPr>
            </w:pPr>
          </w:p>
          <w:p w14:paraId="5DBB62DA" w14:textId="77777777" w:rsidR="001F41C5" w:rsidRDefault="001F41C5" w:rsidP="17C126FE">
            <w:pPr>
              <w:rPr>
                <w:rFonts w:ascii="Aptos" w:eastAsia="Arial" w:hAnsi="Aptos" w:cs="Arial"/>
                <w:sz w:val="20"/>
                <w:szCs w:val="20"/>
              </w:rPr>
            </w:pPr>
          </w:p>
          <w:p w14:paraId="44958D69" w14:textId="7E7485CC" w:rsidR="001F41C5" w:rsidRPr="001A4E91" w:rsidRDefault="001F41C5" w:rsidP="17C126FE">
            <w:pPr>
              <w:rPr>
                <w:rFonts w:ascii="Aptos" w:eastAsia="Arial" w:hAnsi="Aptos" w:cs="Arial"/>
                <w:sz w:val="20"/>
                <w:szCs w:val="20"/>
              </w:rPr>
            </w:pPr>
          </w:p>
        </w:tc>
      </w:tr>
    </w:tbl>
    <w:p w14:paraId="117A5A5B"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401D4E06" w:rsidRPr="001A4E91"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3047591F" w14:textId="77777777" w:rsidR="001F41C5" w:rsidRPr="001F41C5" w:rsidRDefault="001F41C5" w:rsidP="00FC5E6E">
            <w:pPr>
              <w:rPr>
                <w:rFonts w:ascii="Aptos" w:eastAsia="Arial" w:hAnsi="Aptos" w:cs="Arial"/>
                <w:b/>
                <w:bCs/>
                <w:color w:val="006B54"/>
                <w:sz w:val="22"/>
              </w:rPr>
            </w:pPr>
            <w:r w:rsidRPr="001F41C5">
              <w:rPr>
                <w:rFonts w:ascii="Aptos" w:eastAsia="Arial" w:hAnsi="Aptos" w:cs="Arial"/>
                <w:b/>
                <w:bCs/>
                <w:color w:val="006B54"/>
                <w:sz w:val="22"/>
                <w:lang w:val="en-IE"/>
              </w:rPr>
              <w:lastRenderedPageBreak/>
              <w:t>Teamwork</w:t>
            </w:r>
            <w:r w:rsidRPr="001F41C5">
              <w:rPr>
                <w:rFonts w:ascii="Aptos" w:eastAsia="Arial" w:hAnsi="Aptos" w:cs="Arial"/>
                <w:b/>
                <w:bCs/>
                <w:color w:val="006B54"/>
                <w:sz w:val="22"/>
              </w:rPr>
              <w:t> </w:t>
            </w:r>
          </w:p>
          <w:p w14:paraId="20191CD9" w14:textId="3CC01736" w:rsidR="00FB2B2C" w:rsidRDefault="001F41C5" w:rsidP="00FC5E6E">
            <w:pPr>
              <w:rPr>
                <w:rFonts w:ascii="Aptos" w:eastAsia="Arial" w:hAnsi="Aptos" w:cs="Arial"/>
                <w:b/>
                <w:bCs/>
                <w:color w:val="006B54"/>
                <w:sz w:val="22"/>
                <w:lang w:val="en-IE"/>
              </w:rPr>
            </w:pPr>
            <w:r w:rsidRPr="001F41C5">
              <w:rPr>
                <w:rFonts w:ascii="Aptos" w:eastAsia="Arial" w:hAnsi="Aptos" w:cs="Arial"/>
                <w:b/>
                <w:bCs/>
                <w:color w:val="006B54"/>
                <w:sz w:val="22"/>
              </w:rPr>
              <w:br/>
            </w:r>
            <w:r w:rsidRPr="001F41C5">
              <w:rPr>
                <w:rFonts w:ascii="Aptos" w:eastAsia="Arial" w:hAnsi="Aptos" w:cs="Arial"/>
                <w:b/>
                <w:bCs/>
                <w:color w:val="006B54"/>
                <w:sz w:val="22"/>
                <w:lang w:val="en-IE"/>
              </w:rPr>
              <w:t>Please provide an example of how you contributed as a collaborative and dependable team member while supporting shared priorities or delivering a piece of work.</w:t>
            </w:r>
            <w:r w:rsidRPr="001F41C5">
              <w:rPr>
                <w:rFonts w:ascii="Aptos" w:eastAsia="Arial" w:hAnsi="Aptos" w:cs="Arial"/>
                <w:b/>
                <w:bCs/>
                <w:color w:val="006B54"/>
                <w:sz w:val="22"/>
              </w:rPr>
              <w:t> </w:t>
            </w:r>
          </w:p>
          <w:p w14:paraId="40848C7C" w14:textId="78CC2EC4" w:rsidR="401D4E06" w:rsidRPr="001A4E91" w:rsidRDefault="006B059D" w:rsidP="00FC5E6E">
            <w:pPr>
              <w:rPr>
                <w:rFonts w:ascii="Aptos" w:eastAsia="Arial" w:hAnsi="Aptos" w:cs="Arial"/>
                <w:color w:val="006B54"/>
                <w:sz w:val="20"/>
                <w:szCs w:val="20"/>
              </w:rPr>
            </w:pPr>
            <w:r>
              <w:rPr>
                <w:rFonts w:ascii="Aptos" w:eastAsia="Arial" w:hAnsi="Aptos" w:cs="Arial"/>
                <w:b/>
                <w:bCs/>
                <w:color w:val="006B54"/>
                <w:sz w:val="22"/>
              </w:rPr>
              <w:br/>
            </w:r>
            <w:r w:rsidR="401D4E06" w:rsidRPr="001A4E91">
              <w:rPr>
                <w:rFonts w:ascii="Aptos" w:hAnsi="Aptos"/>
                <w:sz w:val="20"/>
                <w:szCs w:val="20"/>
              </w:rPr>
              <w:br/>
            </w:r>
            <w:r w:rsidR="401D4E06"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401D4E06" w:rsidRPr="001A4E91"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Pr="001A4E91" w:rsidRDefault="401D4E06"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7601D09C" w14:textId="77777777" w:rsidR="00CF648B" w:rsidRPr="001A4E91" w:rsidRDefault="00DC0437">
      <w:pPr>
        <w:spacing w:before="500"/>
        <w:rPr>
          <w:rFonts w:ascii="Aptos" w:hAnsi="Aptos"/>
          <w:sz w:val="20"/>
          <w:szCs w:val="20"/>
        </w:rPr>
      </w:pPr>
      <w:r w:rsidRPr="001A4E91">
        <w:rPr>
          <w:rFonts w:ascii="Aptos" w:hAnsi="Aptos"/>
          <w:b/>
          <w:color w:val="006B54"/>
          <w:sz w:val="20"/>
          <w:szCs w:val="20"/>
        </w:rPr>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rsidRPr="001A4E91"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9A77A6" w:rsidRDefault="00DC0437">
            <w:pPr>
              <w:spacing w:after="0"/>
              <w:rPr>
                <w:rFonts w:ascii="Aptos" w:hAnsi="Aptos"/>
                <w:sz w:val="24"/>
                <w:szCs w:val="24"/>
              </w:rPr>
            </w:pPr>
            <w:r w:rsidRPr="009A77A6">
              <w:rPr>
                <w:rFonts w:ascii="Aptos" w:hAnsi="Aptos"/>
                <w:b/>
                <w:color w:val="FFFFFF"/>
                <w:sz w:val="24"/>
                <w:szCs w:val="24"/>
              </w:rPr>
              <w:t>DECLARATION</w:t>
            </w:r>
          </w:p>
        </w:tc>
      </w:tr>
    </w:tbl>
    <w:p w14:paraId="4B1F511A" w14:textId="77777777" w:rsidR="00CF648B" w:rsidRPr="001A4E91" w:rsidRDefault="00CF648B">
      <w:pPr>
        <w:spacing w:after="0"/>
        <w:rPr>
          <w:rFonts w:ascii="Aptos" w:hAnsi="Aptos"/>
          <w:sz w:val="20"/>
          <w:szCs w:val="20"/>
        </w:rPr>
      </w:pPr>
    </w:p>
    <w:p w14:paraId="11613342" w14:textId="4FC905E1" w:rsidR="00CF648B" w:rsidRPr="001A4E91" w:rsidRDefault="00DC0437">
      <w:pPr>
        <w:spacing w:after="500"/>
        <w:rPr>
          <w:rFonts w:ascii="Aptos" w:hAnsi="Aptos"/>
          <w:sz w:val="20"/>
          <w:szCs w:val="20"/>
        </w:rPr>
      </w:pPr>
      <w:r w:rsidRPr="001A4E91">
        <w:rPr>
          <w:rFonts w:ascii="Aptos" w:hAnsi="Aptos"/>
          <w:sz w:val="20"/>
          <w:szCs w:val="20"/>
        </w:rPr>
        <w:t>I declare that by submitting this application form, the foregoing particulars are complete and correct to the best of my knowledge and belief, and I consent to my personal details being used to process my employment application.</w:t>
      </w:r>
      <w:r w:rsidRPr="001A4E91">
        <w:rPr>
          <w:rFonts w:ascii="Aptos" w:hAnsi="Aptos"/>
          <w:sz w:val="20"/>
          <w:szCs w:val="20"/>
        </w:rPr>
        <w:br/>
      </w:r>
      <w:r w:rsidRPr="001A4E91">
        <w:rPr>
          <w:rFonts w:ascii="Aptos" w:hAnsi="Aptos"/>
          <w:sz w:val="20"/>
          <w:szCs w:val="20"/>
        </w:rPr>
        <w:br/>
        <w:t>Any candidate found to have knowingly given false information, or to have wil</w:t>
      </w:r>
      <w:r w:rsidR="298FE48A" w:rsidRPr="001A4E91">
        <w:rPr>
          <w:rFonts w:ascii="Aptos" w:hAnsi="Aptos"/>
          <w:sz w:val="20"/>
          <w:szCs w:val="20"/>
        </w:rPr>
        <w:t>l f</w:t>
      </w:r>
      <w:r w:rsidRPr="001A4E91">
        <w:rPr>
          <w:rFonts w:ascii="Aptos" w:hAnsi="Aptos"/>
          <w:sz w:val="20"/>
          <w:szCs w:val="20"/>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rsidRPr="001A4E91"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1A4E91" w:rsidRDefault="00DC0437">
            <w:pPr>
              <w:rPr>
                <w:rFonts w:ascii="Aptos" w:hAnsi="Aptos"/>
                <w:sz w:val="20"/>
                <w:szCs w:val="20"/>
              </w:rPr>
            </w:pPr>
            <w:r w:rsidRPr="001A4E91">
              <w:rPr>
                <w:rFonts w:ascii="Aptos" w:hAnsi="Aptos"/>
                <w:b/>
                <w:color w:val="006B54"/>
                <w:sz w:val="20"/>
                <w:szCs w:val="20"/>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Pr="001A4E91" w:rsidRDefault="00DC0437">
            <w:pPr>
              <w:rPr>
                <w:rFonts w:ascii="Aptos" w:hAnsi="Aptos"/>
                <w:sz w:val="20"/>
                <w:szCs w:val="20"/>
              </w:rPr>
            </w:pPr>
            <w:r w:rsidRPr="001A4E91">
              <w:rPr>
                <w:rFonts w:ascii="Aptos" w:hAnsi="Aptos"/>
                <w:b/>
                <w:color w:val="006B54"/>
                <w:sz w:val="20"/>
                <w:szCs w:val="20"/>
              </w:rPr>
              <w:t>Date:</w:t>
            </w:r>
          </w:p>
        </w:tc>
      </w:tr>
      <w:tr w:rsidR="00CF648B" w:rsidRPr="001A4E91" w14:paraId="65F9C3DC" w14:textId="77777777">
        <w:tc>
          <w:tcPr>
            <w:tcW w:w="5159" w:type="dxa"/>
            <w:tcMar>
              <w:top w:w="100" w:type="dxa"/>
              <w:left w:w="120" w:type="dxa"/>
              <w:bottom w:w="100" w:type="dxa"/>
              <w:right w:w="120" w:type="dxa"/>
            </w:tcMar>
            <w:vAlign w:val="center"/>
          </w:tcPr>
          <w:p w14:paraId="5023141B" w14:textId="77777777" w:rsidR="00CF648B" w:rsidRPr="001A4E91" w:rsidRDefault="00DC0437">
            <w:pPr>
              <w:rPr>
                <w:rFonts w:ascii="Aptos" w:hAnsi="Aptos"/>
                <w:sz w:val="20"/>
                <w:szCs w:val="20"/>
              </w:rPr>
            </w:pPr>
            <w:r w:rsidRPr="001A4E91">
              <w:rPr>
                <w:rFonts w:ascii="Aptos" w:hAnsi="Aptos"/>
                <w:color w:val="000000"/>
                <w:sz w:val="20"/>
                <w:szCs w:val="20"/>
              </w:rPr>
              <w:br/>
            </w:r>
          </w:p>
        </w:tc>
        <w:tc>
          <w:tcPr>
            <w:tcW w:w="5159" w:type="dxa"/>
            <w:tcMar>
              <w:top w:w="100" w:type="dxa"/>
              <w:left w:w="120" w:type="dxa"/>
              <w:bottom w:w="100" w:type="dxa"/>
              <w:right w:w="120" w:type="dxa"/>
            </w:tcMar>
            <w:vAlign w:val="center"/>
          </w:tcPr>
          <w:p w14:paraId="1F3B1409" w14:textId="77777777" w:rsidR="00CF648B" w:rsidRPr="001A4E91" w:rsidRDefault="00DC0437">
            <w:pPr>
              <w:rPr>
                <w:rFonts w:ascii="Aptos" w:hAnsi="Aptos"/>
                <w:sz w:val="20"/>
                <w:szCs w:val="20"/>
              </w:rPr>
            </w:pPr>
            <w:r w:rsidRPr="001A4E91">
              <w:rPr>
                <w:rFonts w:ascii="Aptos" w:hAnsi="Aptos"/>
                <w:color w:val="000000"/>
                <w:sz w:val="20"/>
                <w:szCs w:val="20"/>
              </w:rPr>
              <w:br/>
            </w:r>
          </w:p>
        </w:tc>
      </w:tr>
    </w:tbl>
    <w:p w14:paraId="12AD40EC" w14:textId="77777777" w:rsidR="00DC0437" w:rsidRPr="001A4E91" w:rsidRDefault="00DC0437">
      <w:pPr>
        <w:rPr>
          <w:rFonts w:ascii="Aptos" w:hAnsi="Aptos"/>
          <w:sz w:val="20"/>
          <w:szCs w:val="20"/>
        </w:rPr>
      </w:pPr>
    </w:p>
    <w:sectPr w:rsidR="00DC0437" w:rsidRPr="001A4E91"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698DA" w14:textId="77777777" w:rsidR="00FB6142" w:rsidRDefault="00FB6142" w:rsidP="00986640">
      <w:pPr>
        <w:spacing w:after="0" w:line="240" w:lineRule="auto"/>
      </w:pPr>
      <w:r>
        <w:separator/>
      </w:r>
    </w:p>
  </w:endnote>
  <w:endnote w:type="continuationSeparator" w:id="0">
    <w:p w14:paraId="50C28B59" w14:textId="77777777" w:rsidR="00FB6142" w:rsidRDefault="00FB6142"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1EFD1" w14:textId="77777777" w:rsidR="00FB6142" w:rsidRDefault="00FB6142" w:rsidP="00986640">
      <w:pPr>
        <w:spacing w:after="0" w:line="240" w:lineRule="auto"/>
      </w:pPr>
      <w:r>
        <w:separator/>
      </w:r>
    </w:p>
  </w:footnote>
  <w:footnote w:type="continuationSeparator" w:id="0">
    <w:p w14:paraId="72DFD238" w14:textId="77777777" w:rsidR="00FB6142" w:rsidRDefault="00FB6142"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1"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2"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3"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4"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5"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6"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7"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8" w15:restartNumberingAfterBreak="0">
    <w:nsid w:val="6C6E0438"/>
    <w:multiLevelType w:val="hybridMultilevel"/>
    <w:tmpl w:val="2CCE4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0"/>
  </w:num>
  <w:num w:numId="2" w16cid:durableId="1685084344">
    <w:abstractNumId w:val="16"/>
  </w:num>
  <w:num w:numId="3" w16cid:durableId="1247150552">
    <w:abstractNumId w:val="14"/>
  </w:num>
  <w:num w:numId="4" w16cid:durableId="1782187966">
    <w:abstractNumId w:val="15"/>
  </w:num>
  <w:num w:numId="5" w16cid:durableId="2032951483">
    <w:abstractNumId w:val="11"/>
  </w:num>
  <w:num w:numId="6" w16cid:durableId="153693343">
    <w:abstractNumId w:val="17"/>
  </w:num>
  <w:num w:numId="7" w16cid:durableId="1646550339">
    <w:abstractNumId w:val="12"/>
  </w:num>
  <w:num w:numId="8" w16cid:durableId="676156792">
    <w:abstractNumId w:val="13"/>
  </w:num>
  <w:num w:numId="9" w16cid:durableId="1897619196">
    <w:abstractNumId w:val="19"/>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7615319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17093"/>
    <w:rsid w:val="00032E3C"/>
    <w:rsid w:val="00034616"/>
    <w:rsid w:val="00036B87"/>
    <w:rsid w:val="0006063C"/>
    <w:rsid w:val="000C49E3"/>
    <w:rsid w:val="00113154"/>
    <w:rsid w:val="0012500C"/>
    <w:rsid w:val="0015010E"/>
    <w:rsid w:val="0015074B"/>
    <w:rsid w:val="00163CF5"/>
    <w:rsid w:val="0017102D"/>
    <w:rsid w:val="00176ED1"/>
    <w:rsid w:val="001819BE"/>
    <w:rsid w:val="00197D4A"/>
    <w:rsid w:val="001A4E91"/>
    <w:rsid w:val="001C072F"/>
    <w:rsid w:val="001F3608"/>
    <w:rsid w:val="001F41C5"/>
    <w:rsid w:val="00204135"/>
    <w:rsid w:val="002054B3"/>
    <w:rsid w:val="00251D4A"/>
    <w:rsid w:val="00264C48"/>
    <w:rsid w:val="00284D82"/>
    <w:rsid w:val="0029639D"/>
    <w:rsid w:val="002A4A90"/>
    <w:rsid w:val="002B76FE"/>
    <w:rsid w:val="002C5792"/>
    <w:rsid w:val="002C7B88"/>
    <w:rsid w:val="002E779C"/>
    <w:rsid w:val="00310457"/>
    <w:rsid w:val="00310924"/>
    <w:rsid w:val="00326F90"/>
    <w:rsid w:val="00343944"/>
    <w:rsid w:val="00384C07"/>
    <w:rsid w:val="003957C4"/>
    <w:rsid w:val="00396C37"/>
    <w:rsid w:val="003B4597"/>
    <w:rsid w:val="003C35E9"/>
    <w:rsid w:val="00401DDE"/>
    <w:rsid w:val="004637A7"/>
    <w:rsid w:val="00477344"/>
    <w:rsid w:val="00487981"/>
    <w:rsid w:val="004909F5"/>
    <w:rsid w:val="004C7DA8"/>
    <w:rsid w:val="004D59E3"/>
    <w:rsid w:val="004D5A6C"/>
    <w:rsid w:val="004D7B39"/>
    <w:rsid w:val="00536551"/>
    <w:rsid w:val="00554FC3"/>
    <w:rsid w:val="005A6328"/>
    <w:rsid w:val="005C5286"/>
    <w:rsid w:val="0063622A"/>
    <w:rsid w:val="006417D8"/>
    <w:rsid w:val="006B059D"/>
    <w:rsid w:val="006D710E"/>
    <w:rsid w:val="006D7F69"/>
    <w:rsid w:val="00741BA9"/>
    <w:rsid w:val="00783929"/>
    <w:rsid w:val="007E6975"/>
    <w:rsid w:val="00801C7D"/>
    <w:rsid w:val="0084002C"/>
    <w:rsid w:val="00876389"/>
    <w:rsid w:val="008A6B23"/>
    <w:rsid w:val="008B2150"/>
    <w:rsid w:val="008B4B9D"/>
    <w:rsid w:val="0090238B"/>
    <w:rsid w:val="00903253"/>
    <w:rsid w:val="009127B5"/>
    <w:rsid w:val="0092024F"/>
    <w:rsid w:val="00936385"/>
    <w:rsid w:val="009365FC"/>
    <w:rsid w:val="009571A2"/>
    <w:rsid w:val="009611D8"/>
    <w:rsid w:val="00986640"/>
    <w:rsid w:val="009A19BF"/>
    <w:rsid w:val="009A5BC9"/>
    <w:rsid w:val="009A77A6"/>
    <w:rsid w:val="009F3AC6"/>
    <w:rsid w:val="00A407C0"/>
    <w:rsid w:val="00AA1D8D"/>
    <w:rsid w:val="00AC0C1D"/>
    <w:rsid w:val="00AC0EB1"/>
    <w:rsid w:val="00B072E7"/>
    <w:rsid w:val="00B34293"/>
    <w:rsid w:val="00B47730"/>
    <w:rsid w:val="00B622DB"/>
    <w:rsid w:val="00B63EC8"/>
    <w:rsid w:val="00BF6CC8"/>
    <w:rsid w:val="00C406A3"/>
    <w:rsid w:val="00C47D49"/>
    <w:rsid w:val="00C67B76"/>
    <w:rsid w:val="00CA72F1"/>
    <w:rsid w:val="00CB0664"/>
    <w:rsid w:val="00CF648B"/>
    <w:rsid w:val="00D24A3E"/>
    <w:rsid w:val="00D516FD"/>
    <w:rsid w:val="00D61777"/>
    <w:rsid w:val="00D84176"/>
    <w:rsid w:val="00D879DF"/>
    <w:rsid w:val="00D92A8F"/>
    <w:rsid w:val="00DB0165"/>
    <w:rsid w:val="00DB321A"/>
    <w:rsid w:val="00DC0437"/>
    <w:rsid w:val="00DC629C"/>
    <w:rsid w:val="00E324B3"/>
    <w:rsid w:val="00E52176"/>
    <w:rsid w:val="00E5E8ED"/>
    <w:rsid w:val="00F00A8A"/>
    <w:rsid w:val="00F2743A"/>
    <w:rsid w:val="00F34484"/>
    <w:rsid w:val="00F37F2A"/>
    <w:rsid w:val="00F660B3"/>
    <w:rsid w:val="00F8459F"/>
    <w:rsid w:val="00F87979"/>
    <w:rsid w:val="00FB2B2C"/>
    <w:rsid w:val="00FB347A"/>
    <w:rsid w:val="00FB6142"/>
    <w:rsid w:val="00FC5E6E"/>
    <w:rsid w:val="00FC693F"/>
    <w:rsid w:val="00FE0C46"/>
    <w:rsid w:val="01C9DF74"/>
    <w:rsid w:val="01DDCBF1"/>
    <w:rsid w:val="01FF7788"/>
    <w:rsid w:val="0401B485"/>
    <w:rsid w:val="04A0CF53"/>
    <w:rsid w:val="04A30BF5"/>
    <w:rsid w:val="04EB4B8A"/>
    <w:rsid w:val="06815B54"/>
    <w:rsid w:val="0733D1F0"/>
    <w:rsid w:val="076139CB"/>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0F7424"/>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08C5763"/>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7BC99B"/>
    <w:rsid w:val="43A33EEE"/>
    <w:rsid w:val="44BAFCE6"/>
    <w:rsid w:val="466D8BE0"/>
    <w:rsid w:val="46AA4338"/>
    <w:rsid w:val="4940B131"/>
    <w:rsid w:val="4947C53F"/>
    <w:rsid w:val="4A32AAFC"/>
    <w:rsid w:val="4D0F6964"/>
    <w:rsid w:val="4D952779"/>
    <w:rsid w:val="4DE91180"/>
    <w:rsid w:val="4E0D8C5C"/>
    <w:rsid w:val="4EE25D66"/>
    <w:rsid w:val="4EE803E2"/>
    <w:rsid w:val="4F76FF56"/>
    <w:rsid w:val="4F84C81D"/>
    <w:rsid w:val="5073D694"/>
    <w:rsid w:val="507EB8CA"/>
    <w:rsid w:val="50CE9526"/>
    <w:rsid w:val="50D85236"/>
    <w:rsid w:val="50F7D97F"/>
    <w:rsid w:val="5108E578"/>
    <w:rsid w:val="51AEC22F"/>
    <w:rsid w:val="526DB7C4"/>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9496FC4"/>
    <w:rsid w:val="5B869AE9"/>
    <w:rsid w:val="5BCE2D4A"/>
    <w:rsid w:val="5C09367A"/>
    <w:rsid w:val="5C3504FC"/>
    <w:rsid w:val="5C70DDE6"/>
    <w:rsid w:val="5CA90785"/>
    <w:rsid w:val="5D1E0348"/>
    <w:rsid w:val="5D29FD70"/>
    <w:rsid w:val="609D24A0"/>
    <w:rsid w:val="61816BBF"/>
    <w:rsid w:val="61E274A4"/>
    <w:rsid w:val="61F8660C"/>
    <w:rsid w:val="629958E2"/>
    <w:rsid w:val="62A7561B"/>
    <w:rsid w:val="6348E048"/>
    <w:rsid w:val="650A679B"/>
    <w:rsid w:val="6764C63C"/>
    <w:rsid w:val="6771A950"/>
    <w:rsid w:val="67D5B91C"/>
    <w:rsid w:val="6830A729"/>
    <w:rsid w:val="68EC88EC"/>
    <w:rsid w:val="69B481F6"/>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1F254F"/>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76ED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17FB7CC-7274-4A50-B066-1A0E9C2A62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10</Pages>
  <Words>1254</Words>
  <Characters>7153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2025 - Employment Application Form - Editable</vt:lpstr>
    </vt:vector>
  </TitlesOfParts>
  <Manager/>
  <Company/>
  <LinksUpToDate>false</LinksUpToDate>
  <CharactersWithSpaces>8391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81</cp:revision>
  <dcterms:created xsi:type="dcterms:W3CDTF">2026-09-22T08:49:00Z</dcterms:created>
  <dcterms:modified xsi:type="dcterms:W3CDTF">2026-11-05T14:56:00Z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